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3942f253968b04745d4c23c5ddcdd50f12d978"/>
    <w:p>
      <w:pPr>
        <w:pStyle w:val="Heading1"/>
      </w:pPr>
      <w:r>
        <w:rPr>
          <w:b/>
          <w:bCs/>
        </w:rPr>
        <w:t xml:space="preserve">The Maelstrom</w:t>
      </w:r>
      <w:r>
        <w:br/>
      </w:r>
      <w:r>
        <w:rPr>
          <w:i/>
          <w:iCs/>
        </w:rPr>
        <w:t xml:space="preserve">Henry H. Neff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one, they'd obviously had little training, as evidenced by their sloppy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perimeter</w:t>
      </w:r>
      <w:r>
        <w:rPr>
          <w:b/>
          <w:bCs/>
        </w:rPr>
        <w:t xml:space="preserve"> </w:t>
      </w:r>
      <w:r>
        <w:rPr>
          <w:b/>
          <w:bCs/>
        </w:rPr>
        <w:t xml:space="preserve">and the fact that most were out of breath.</w:t>
      </w:r>
      <w:r>
        <w:br/>
      </w:r>
      <w:r>
        <w:t xml:space="preserve">    (a) the outer edge</w:t>
      </w:r>
      <w:r>
        <w:br/>
      </w:r>
      <w:r>
        <w:t xml:space="preserve">    (b) a fat compound</w:t>
      </w:r>
      <w:r>
        <w:br/>
      </w:r>
      <w:r>
        <w:t xml:space="preserve">    (c) a hoofed mamma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as we both know, David Menlo has no further need of formal education, while you persevere in a state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appalling</w:t>
      </w:r>
      <w:r>
        <w:rPr>
          <w:b/>
          <w:bCs/>
        </w:rPr>
        <w:t xml:space="preserve"> </w:t>
      </w:r>
      <w:r>
        <w:rPr>
          <w:b/>
          <w:bCs/>
        </w:rPr>
        <w:t xml:space="preserve">ignorance.</w:t>
      </w:r>
      <w:r>
        <w:br/>
      </w:r>
      <w:r>
        <w:t xml:space="preserve">    (a) commending or praising publicly</w:t>
      </w:r>
      <w:r>
        <w:br/>
      </w:r>
      <w:r>
        <w:t xml:space="preserve">    (b) telling someone about something</w:t>
      </w:r>
      <w:r>
        <w:br/>
      </w:r>
      <w:r>
        <w:t xml:space="preserve">    (c) shockingly terrible or horrible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knew that if the Director ordered Ben Polk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acquire</w:t>
      </w:r>
      <w:r>
        <w:rPr>
          <w:b/>
          <w:bCs/>
        </w:rPr>
        <w:t xml:space="preserve"> </w:t>
      </w:r>
      <w:r>
        <w:rPr>
          <w:b/>
          <w:bCs/>
        </w:rPr>
        <w:t xml:space="preserve">the gae bolga, the Agent would instantly do his utmost.</w:t>
      </w:r>
      <w:r>
        <w:br/>
      </w:r>
      <w:r>
        <w:t xml:space="preserve">    (a) obtain (come into the possession of something)</w:t>
      </w:r>
      <w:r>
        <w:br/>
      </w:r>
      <w:r>
        <w:t xml:space="preserve">    (b) something that is necessary for something else</w:t>
      </w:r>
      <w:r>
        <w:br/>
      </w:r>
      <w:r>
        <w:t xml:space="preserve">    (c) a slight amount; or to contain a slight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added this last reflection in an undertone before her attention snapped back to Max and Miss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Boon</w:t>
      </w:r>
      <w:r>
        <w:rPr>
          <w:b/>
          <w:bCs/>
        </w:rPr>
        <w:t xml:space="preserve">.</w:t>
      </w:r>
      <w:r>
        <w:br/>
      </w:r>
      <w:r>
        <w:t xml:space="preserve">    (a) something that causes great harm</w:t>
      </w:r>
      <w:r>
        <w:br/>
      </w:r>
      <w:r>
        <w:t xml:space="preserve">    (b) a traditional practice or custom</w:t>
      </w:r>
      <w:r>
        <w:br/>
      </w:r>
      <w:r>
        <w:t xml:space="preserve">    (c) something that is of great benefit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ultimatum</w:t>
      </w:r>
      <w:r>
        <w:rPr>
          <w:b/>
          <w:bCs/>
        </w:rPr>
        <w:t xml:space="preserve">, I gather," Bram muttered, rising to heat some water and retrieve some chairs from his study.</w:t>
      </w:r>
      <w:r>
        <w:br/>
      </w:r>
      <w:r>
        <w:t xml:space="preserve">    (a) a final demand that carries a threat if it is rejected</w:t>
      </w:r>
      <w:r>
        <w:br/>
      </w:r>
      <w:r>
        <w:t xml:space="preserve">    (b) any substance that tends to increase the flow of urine</w:t>
      </w:r>
      <w:r>
        <w:br/>
      </w:r>
      <w:r>
        <w:t xml:space="preserve">    (c) an electronic component that acts like a one-way valve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Max was about to press David further when he caught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 </w:t>
      </w:r>
      <w:r>
        <w:rPr>
          <w:b/>
          <w:bCs/>
        </w:rPr>
        <w:t xml:space="preserve">eye of a Highland hare glaring at them from the librarian's desk.</w:t>
      </w:r>
      <w:r>
        <w:br/>
      </w:r>
      <w:r>
        <w:t xml:space="preserve">    (a) angered or annoyed at something unjust or wrong</w:t>
      </w:r>
      <w:r>
        <w:br/>
      </w:r>
      <w:r>
        <w:t xml:space="preserve">    (b) accepted of something undesired as unavoidable</w:t>
      </w:r>
      <w:r>
        <w:br/>
      </w:r>
      <w:r>
        <w:t xml:space="preserve">    (c) surprised as something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with that, Skeedle ushered David and Toby into the back of the larger wagon where the pair stretched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luxuriantly</w:t>
      </w:r>
      <w:r>
        <w:rPr>
          <w:b/>
          <w:bCs/>
        </w:rPr>
        <w:t xml:space="preserve"> </w:t>
      </w:r>
      <w:r>
        <w:rPr>
          <w:b/>
          <w:bCs/>
        </w:rPr>
        <w:t xml:space="preserve">amid the fleeces and blankets.</w:t>
      </w:r>
      <w:r>
        <w:br/>
      </w:r>
      <w:r>
        <w:t xml:space="preserve">    (a) characterized by growing well or being richly thick or abundant -- as of vegetation or hair</w:t>
      </w:r>
      <w:r>
        <w:br/>
      </w:r>
      <w:r>
        <w:br/>
      </w:r>
      <w:r>
        <w:t xml:space="preserve">or (more rarely):</w:t>
      </w:r>
      <w:r>
        <w:br/>
      </w:r>
      <w:r>
        <w:br/>
      </w:r>
      <w:r>
        <w:t xml:space="preserve">characterized by luxury (very comfortable or extravagant)</w:t>
      </w:r>
      <w:r>
        <w:br/>
      </w:r>
      <w:r>
        <w:t xml:space="preserve">    (b) in a manner that is related to relating to existentialism -- a philosophical movement that assumes each person is free to determine what is essential in their existence</w:t>
      </w:r>
      <w:r>
        <w:br/>
      </w:r>
      <w:r>
        <w:t xml:space="preserve">    (c) in a manner not appearing dangerous, but actually very harmful over time  OR  treacherously  (in a dangerous manner due to trickery or from hidden or unpredictable risks)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I'd imagine she must be the same Julie who is now dating one Thomas Polk, a steady young man who bores her to tears and yet she still finds him infinitely preferable to you.... Turning fire red, Max opened his mouth for a furious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</w:t>
      </w:r>
      <w:r>
        <w:rPr>
          <w:b/>
          <w:bCs/>
        </w:rPr>
        <w:t xml:space="preserve">.</w:t>
      </w:r>
      <w:r>
        <w:br/>
      </w:r>
      <w:r>
        <w:t xml:space="preserve">    (a) stop fighting</w:t>
      </w:r>
      <w:r>
        <w:br/>
      </w:r>
      <w:r>
        <w:t xml:space="preserve">    (b) make possible</w:t>
      </w:r>
      <w:r>
        <w:br/>
      </w:r>
      <w:r>
        <w:t xml:space="preserve">    (c) quickly reply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</w:t>
      </w:r>
      <w:r>
        <w:rPr>
          <w:b/>
          <w:bCs/>
          <w:u w:val="single"/>
        </w:rPr>
        <w:t xml:space="preserve">Clones</w:t>
      </w:r>
      <w:r>
        <w:rPr>
          <w:b/>
          <w:bCs/>
        </w:rPr>
        <w:t xml:space="preserve">," said Max quietly.</w:t>
      </w:r>
      <w:r>
        <w:br/>
      </w:r>
      <w:r>
        <w:t xml:space="preserve">    (a) snakes</w:t>
      </w:r>
      <w:r>
        <w:br/>
      </w:r>
      <w:r>
        <w:t xml:space="preserve">    (b) copies</w:t>
      </w:r>
      <w:r>
        <w:br/>
      </w:r>
      <w:r>
        <w:t xml:space="preserve">    (c) enters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fought a million hyperbattles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simulations</w:t>
      </w:r>
      <w:r>
        <w:rPr>
          <w:b/>
          <w:bCs/>
        </w:rPr>
        <w:t xml:space="preserve"> </w:t>
      </w:r>
      <w:r>
        <w:rPr>
          <w:b/>
          <w:bCs/>
        </w:rPr>
        <w:t xml:space="preserve">and I've never lost.</w:t>
      </w:r>
      <w:r>
        <w:br/>
      </w:r>
      <w:r>
        <w:t xml:space="preserve">    (a) descriptions of unfavorable opinions; or acts of sharing unfavorable opinions</w:t>
      </w:r>
      <w:r>
        <w:br/>
      </w:r>
      <w:r>
        <w:t xml:space="preserve">    (b) things that are not real, bur are made to imitate or behave like other things</w:t>
      </w:r>
      <w:r>
        <w:br/>
      </w:r>
      <w:r>
        <w:t xml:space="preserve">    (c) geological areas where a river divides before entering a larger body of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main avenue through the city led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east toward where Yuga filled the sky like a spreading pool of ink.</w:t>
      </w:r>
      <w:r>
        <w:br/>
      </w:r>
      <w:r>
        <w:t xml:space="preserve">    (a) in a manner that is not sexually attractive, or persuasively tempting</w:t>
      </w:r>
      <w:r>
        <w:br/>
      </w:r>
      <w:r>
        <w:t xml:space="preserve">    (b) in a manner that is appropriate or related in size, amount, or degree</w:t>
      </w:r>
      <w:r>
        <w:br/>
      </w:r>
      <w:r>
        <w:t xml:space="preserve">    (c) straight (in a straight line)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rarely relied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confrontation or brute force; his were more subtle schemes of leverage and manipulation.</w:t>
      </w:r>
      <w:r>
        <w:br/>
      </w:r>
      <w:r>
        <w:t xml:space="preserve">    (a) the state or degree of being very large</w:t>
      </w:r>
      <w:r>
        <w:br/>
      </w:r>
      <w:r>
        <w:t xml:space="preserve">    (b) meticulousness (care for small details)</w:t>
      </w:r>
      <w:r>
        <w:br/>
      </w:r>
      <w:r>
        <w:t xml:space="preserve">    (c) clear, straightforward, or to the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Director</w:t>
      </w:r>
      <w:r>
        <w:rPr>
          <w:b/>
          <w:bCs/>
        </w:rPr>
        <w:t xml:space="preserve"> </w:t>
      </w:r>
      <w:r>
        <w:rPr>
          <w:b/>
          <w:bCs/>
        </w:rPr>
        <w:t xml:space="preserve">had personally dictated the simulation's parameters, and Max had no idea what they would be.</w:t>
      </w:r>
      <w:r>
        <w:br/>
      </w:r>
      <w:r>
        <w:t xml:space="preserve">    (a) someone who polishes something and makes it shiny; or someone who improves something</w:t>
      </w:r>
      <w:r>
        <w:br/>
      </w:r>
      <w:r>
        <w:t xml:space="preserve">    (b) a doctor who tests eyesight and provides glasses or contact lenses to improve vision</w:t>
      </w:r>
      <w:r>
        <w:br/>
      </w:r>
      <w:r>
        <w:t xml:space="preserve">    (c) to guide, aim, or manage -- such as actions, attention, speech, a project or company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Having rescued Max from Marley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</w:t>
      </w:r>
      <w:r>
        <w:rPr>
          <w:b/>
          <w:bCs/>
        </w:rPr>
        <w:t xml:space="preserve">'s crypt, Varga had earned his way back into Rowan's good graces, but it had come at a terrible price.</w:t>
      </w:r>
      <w:r>
        <w:br/>
      </w:r>
      <w:r>
        <w:t xml:space="preserve">    (a) to indicate or predict that something will happen --especially as a sign of what’s to come; or in ancient Rome, a religious official who interpreted signs and omens to guide public decisions</w:t>
      </w:r>
      <w:r>
        <w:br/>
      </w:r>
      <w:r>
        <w:t xml:space="preserve">    (b) treat in a manner that demonstrates a sense of superiority, but is supposed to seem kind  OR  the actions of a patron (to support someone or something; or to be a customer)</w:t>
      </w:r>
      <w:r>
        <w:br/>
      </w:r>
      <w:r>
        <w:t xml:space="preserve">    (c) (verb) to intentionally anger, challenge, or upset someone -- especially by mocking them or hurling insults  OR  (noun) an insult or other action intended to anger, challenge, or upset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We're not there yet, but we're hopeful that some of Sir Alistair's intelligence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another prize.</w:t>
      </w:r>
      <w:r>
        <w:br/>
      </w:r>
      <w:r>
        <w:t xml:space="preserve">    (a) produce or give</w:t>
      </w:r>
      <w:r>
        <w:br/>
      </w:r>
      <w:r>
        <w:t xml:space="preserve">    (b) stop (something from happening)</w:t>
      </w:r>
      <w:r>
        <w:br/>
      </w:r>
      <w:r>
        <w:t xml:space="preserve">    (c) think deeply or carefully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Max studied the girl's hard,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unyielding</w:t>
      </w:r>
      <w:r>
        <w:rPr>
          <w:b/>
          <w:bCs/>
        </w:rPr>
        <w:t xml:space="preserve"> </w:t>
      </w:r>
      <w:r>
        <w:rPr>
          <w:b/>
          <w:bCs/>
        </w:rPr>
        <w:t xml:space="preserve">face before speaking.</w:t>
      </w:r>
      <w:r>
        <w:br/>
      </w:r>
      <w:r>
        <w:t xml:space="preserve">    (a) strict, firm, or hard (not giving in, not giving way, or not giving up)</w:t>
      </w:r>
      <w:r>
        <w:br/>
      </w:r>
      <w:r>
        <w:t xml:space="preserve">    (b) relating to classical music plays in which most of the dialogue is sung</w:t>
      </w:r>
      <w:r>
        <w:br/>
      </w:r>
      <w:r>
        <w:t xml:space="preserve">    (c) rude or unfriendly because of using too few words or moving too quickly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"He's cunning, brutal, and greedy, but he's also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pragmatic</w:t>
      </w:r>
      <w:r>
        <w:rPr>
          <w:b/>
          <w:bCs/>
        </w:rPr>
        <w:t xml:space="preserve">. ... A tyrant like Prusias doesn't really care why you obey him; he only cares that you obey. But Astaroth is a fanatic. He wants true believers who share his ideals."</w:t>
      </w:r>
      <w:r>
        <w:br/>
      </w:r>
      <w:r>
        <w:t xml:space="preserve">    (a) concerned with practical matters</w:t>
      </w:r>
      <w:r>
        <w:br/>
      </w:r>
      <w:r>
        <w:t xml:space="preserve">    (b) describing someone as antisocial</w:t>
      </w:r>
      <w:r>
        <w:br/>
      </w:r>
      <w:r>
        <w:t xml:space="preserve">    (c) another battle with the same foe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</w:t>
      </w:r>
      <w:r>
        <w:rPr>
          <w:b/>
          <w:bCs/>
          <w:u w:val="single"/>
        </w:rPr>
        <w:t xml:space="preserve">Mystics</w:t>
      </w:r>
      <w:r>
        <w:rPr>
          <w:b/>
          <w:bCs/>
        </w:rPr>
        <w:t xml:space="preserve"> </w:t>
      </w:r>
      <w:r>
        <w:rPr>
          <w:b/>
          <w:bCs/>
        </w:rPr>
        <w:t xml:space="preserve">are in high demand these days," said Max.</w:t>
      </w:r>
      <w:r>
        <w:br/>
      </w:r>
      <w:r>
        <w:t xml:space="preserve">    (a) people said to comprehend reality using supernatural means</w:t>
      </w:r>
      <w:r>
        <w:br/>
      </w:r>
      <w:r>
        <w:t xml:space="preserve">    (b) people who share professional opinions in a specific field</w:t>
      </w:r>
      <w:r>
        <w:br/>
      </w:r>
      <w:r>
        <w:t xml:space="preserve">    (c) title for the heads of a government body in some countries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citadel</w:t>
      </w:r>
      <w:r>
        <w:rPr>
          <w:b/>
          <w:bCs/>
        </w:rPr>
        <w:t xml:space="preserve"> </w:t>
      </w:r>
      <w:r>
        <w:rPr>
          <w:b/>
          <w:bCs/>
        </w:rPr>
        <w:t xml:space="preserve">walls and fortifications protecting Old College loomed behind them, white and gleaming beneath the moon.</w:t>
      </w:r>
      <w:r>
        <w:br/>
      </w:r>
      <w:r>
        <w:t xml:space="preserve">    (a) a stronghold or fortress</w:t>
      </w:r>
      <w:r>
        <w:br/>
      </w:r>
      <w:r>
        <w:t xml:space="preserve">    (b) dense, rainy forest with many species</w:t>
      </w:r>
      <w:r>
        <w:br/>
      </w:r>
      <w:r>
        <w:t xml:space="preserve">    (c) island (that is made of a coral reef)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distinction belonged to the thousands of small white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obelisks</w:t>
      </w:r>
      <w:r>
        <w:rPr>
          <w:b/>
          <w:bCs/>
        </w:rPr>
        <w:t xml:space="preserve"> </w:t>
      </w:r>
      <w:r>
        <w:rPr>
          <w:b/>
          <w:bCs/>
        </w:rPr>
        <w:t xml:space="preserve">spaced in perfect rows.</w:t>
      </w:r>
      <w:r>
        <w:br/>
      </w:r>
      <w:r>
        <w:t xml:space="preserve">    (a) acts of officially telling someone about something; or things that contain such message</w:t>
      </w:r>
      <w:r>
        <w:br/>
      </w:r>
      <w:r>
        <w:t xml:space="preserve">    (b) a stone pillar with a pyramidal top erected as a monument to remember a person or event</w:t>
      </w:r>
      <w:r>
        <w:br/>
      </w:r>
      <w:r>
        <w:t xml:space="preserve">    (c) governmental systems in which a majority of citizens elect representatives to make laws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2026-07-31T18:31:17Z</dcterms:created>
  <dcterms:modified xsi:type="dcterms:W3CDTF">2026-07-31T18:31:17Z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