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33f8a4667eb4bbb6d476934fe902696313e122"/>
    <w:p>
      <w:pPr>
        <w:pStyle w:val="Heading1"/>
      </w:pPr>
      <w:r>
        <w:rPr>
          <w:b/>
          <w:bCs/>
        </w:rPr>
        <w:t xml:space="preserve">The Lucky One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adept</w:t>
      </w:r>
      <w:r>
        <w:rPr>
          <w:b/>
          <w:bCs/>
        </w:rPr>
        <w:t xml:space="preserve"> </w:t>
      </w:r>
      <w:r>
        <w:rPr>
          <w:b/>
          <w:bCs/>
        </w:rPr>
        <w:t xml:space="preserve">with a soccer ball.</w:t>
      </w:r>
      <w:r>
        <w:br/>
      </w:r>
      <w:r>
        <w:t xml:space="preserve">    (a) clumsy</w:t>
      </w:r>
      <w:r>
        <w:br/>
      </w:r>
      <w:r>
        <w:t xml:space="preserve">    (b) skillful</w:t>
      </w:r>
      <w:r>
        <w:br/>
      </w:r>
      <w:r>
        <w:t xml:space="preserve">    (c) surprising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the jury found her guilty, she showed no sign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contrition</w:t>
      </w:r>
      <w:r>
        <w:rPr>
          <w:b/>
          <w:bCs/>
        </w:rPr>
        <w:t xml:space="preserve">.</w:t>
      </w:r>
      <w:r>
        <w:br/>
      </w:r>
      <w:r>
        <w:t xml:space="preserve">    (a) regret</w:t>
      </w:r>
      <w:r>
        <w:br/>
      </w:r>
      <w:r>
        <w:t xml:space="preserve">    (b) understanding</w:t>
      </w:r>
      <w:r>
        <w:br/>
      </w:r>
      <w:r>
        <w:t xml:space="preserve">    (c) emotion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Crews spent hours clearing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debris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highway after the crash.</w:t>
      </w:r>
      <w:r>
        <w:br/>
      </w:r>
      <w:r>
        <w:t xml:space="preserve">    (a) valuable items</w:t>
      </w:r>
      <w:r>
        <w:br/>
      </w:r>
      <w:r>
        <w:t xml:space="preserve">    (b) scattered wreckage</w:t>
      </w:r>
      <w:r>
        <w:br/>
      </w:r>
      <w:r>
        <w:t xml:space="preserve">    (c) intact structures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we talked,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elaborated</w:t>
      </w:r>
      <w:r>
        <w:rPr>
          <w:b/>
          <w:bCs/>
        </w:rPr>
        <w:t xml:space="preserve"> </w:t>
      </w:r>
      <w:r>
        <w:rPr>
          <w:b/>
          <w:bCs/>
        </w:rPr>
        <w:t xml:space="preserve">on her idea</w:t>
      </w:r>
      <w:r>
        <w:br/>
      </w:r>
      <w:r>
        <w:t xml:space="preserve">    (a) changed thinking</w:t>
      </w:r>
      <w:r>
        <w:br/>
      </w:r>
      <w:r>
        <w:t xml:space="preserve">    (b) added details</w:t>
      </w:r>
      <w:r>
        <w:br/>
      </w:r>
      <w:r>
        <w:t xml:space="preserve">    (c) responded to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culture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wedding ceremonies.</w:t>
      </w:r>
      <w:r>
        <w:br/>
      </w:r>
      <w:r>
        <w:t xml:space="preserve">    (a) generous</w:t>
      </w:r>
      <w:r>
        <w:br/>
      </w:r>
      <w:r>
        <w:t xml:space="preserve">    (b) detailed</w:t>
      </w:r>
      <w:r>
        <w:br/>
      </w:r>
      <w:r>
        <w:t xml:space="preserve">    (c) exciting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evaluating</w:t>
      </w:r>
      <w:r>
        <w:rPr>
          <w:b/>
          <w:bCs/>
        </w:rPr>
        <w:t xml:space="preserve"> </w:t>
      </w:r>
      <w:r>
        <w:rPr>
          <w:b/>
          <w:bCs/>
        </w:rPr>
        <w:t xml:space="preserve">job options.</w:t>
      </w:r>
      <w:r>
        <w:br/>
      </w:r>
      <w:r>
        <w:t xml:space="preserve">    (a) avoiding</w:t>
      </w:r>
      <w:r>
        <w:br/>
      </w:r>
      <w:r>
        <w:t xml:space="preserve">    (b) creating</w:t>
      </w:r>
      <w:r>
        <w:br/>
      </w:r>
      <w:r>
        <w:t xml:space="preserve">    (c) considering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production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fiasco</w:t>
      </w:r>
      <w:r>
        <w:rPr>
          <w:b/>
          <w:bCs/>
        </w:rPr>
        <w:t xml:space="preserve">.</w:t>
      </w:r>
      <w:r>
        <w:br/>
      </w:r>
      <w:r>
        <w:t xml:space="preserve">    (a) failure</w:t>
      </w:r>
      <w:r>
        <w:br/>
      </w:r>
      <w:r>
        <w:t xml:space="preserve">    (b) challenge</w:t>
      </w:r>
      <w:r>
        <w:br/>
      </w:r>
      <w:r>
        <w:t xml:space="preserve">    (c) success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week, 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focusing</w:t>
      </w:r>
      <w:r>
        <w:rPr>
          <w:b/>
          <w:bCs/>
        </w:rPr>
        <w:t xml:space="preserve"> </w:t>
      </w:r>
      <w:r>
        <w:rPr>
          <w:b/>
          <w:bCs/>
        </w:rPr>
        <w:t xml:space="preserve">on finishing my research paper.</w:t>
      </w:r>
      <w:r>
        <w:br/>
      </w:r>
      <w:r>
        <w:t xml:space="preserve">    (a) concentrating</w:t>
      </w:r>
      <w:r>
        <w:br/>
      </w:r>
      <w:r>
        <w:t xml:space="preserve">    (b) getting help</w:t>
      </w:r>
      <w:r>
        <w:br/>
      </w:r>
      <w:r>
        <w:t xml:space="preserve">    (c) depending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of this class is classic American Literature.</w:t>
      </w:r>
      <w:r>
        <w:br/>
      </w:r>
      <w:r>
        <w:t xml:space="preserve">    (a) prerequisite (understanding required to enroll)</w:t>
      </w:r>
      <w:r>
        <w:br/>
      </w:r>
      <w:r>
        <w:t xml:space="preserve">    (b) area where attention is concentrated</w:t>
      </w:r>
      <w:r>
        <w:br/>
      </w:r>
      <w:r>
        <w:t xml:space="preserve">    (c) hardest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also</w:t>
      </w:r>
      <w:r>
        <w:br/>
      </w:r>
      <w:r>
        <w:t xml:space="preserve">    (b) and</w:t>
      </w:r>
      <w:r>
        <w:br/>
      </w:r>
      <w:r>
        <w:t xml:space="preserve">    (c) but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on-the-other-hand</w:t>
      </w:r>
      <w:r>
        <w:br/>
      </w:r>
      <w:r>
        <w:t xml:space="preserve">    (b) no matter how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intimidated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formality of her first board meeting.</w:t>
      </w:r>
      <w:r>
        <w:br/>
      </w:r>
      <w:r>
        <w:t xml:space="preserve">    (a) made welcome</w:t>
      </w:r>
      <w:r>
        <w:br/>
      </w:r>
      <w:r>
        <w:t xml:space="preserve">    (b) quite amused</w:t>
      </w:r>
      <w:r>
        <w:br/>
      </w:r>
      <w:r>
        <w:t xml:space="preserve">    (c) made fearful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Intuitively</w:t>
      </w:r>
      <w:r>
        <w:rPr>
          <w:b/>
          <w:bCs/>
        </w:rPr>
        <w:t xml:space="preserve">, I knew not to trust her.</w:t>
      </w:r>
      <w:r>
        <w:br/>
      </w:r>
      <w:r>
        <w:t xml:space="preserve">    (a) conclusively</w:t>
      </w:r>
      <w:r>
        <w:br/>
      </w:r>
      <w:r>
        <w:t xml:space="preserve">    (b) instinctively</w:t>
      </w:r>
      <w:r>
        <w:br/>
      </w:r>
      <w:r>
        <w:t xml:space="preserve">    (c) logically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theory was neat,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plausible</w:t>
      </w:r>
      <w:r>
        <w:rPr>
          <w:b/>
          <w:bCs/>
        </w:rPr>
        <w:t xml:space="preserve">, and wrong.</w:t>
      </w:r>
      <w:r>
        <w:br/>
      </w:r>
      <w:r>
        <w:t xml:space="preserve">    (a) praiseworthy</w:t>
      </w:r>
      <w:r>
        <w:br/>
      </w:r>
      <w:r>
        <w:t xml:space="preserve">    (b) foolish</w:t>
      </w:r>
      <w:r>
        <w:br/>
      </w:r>
      <w:r>
        <w:t xml:space="preserve">    (c) reasonable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our team will win on Friday.</w:t>
      </w:r>
      <w:r>
        <w:br/>
      </w:r>
      <w:r>
        <w:t xml:space="preserve">    (a) certain</w:t>
      </w:r>
      <w:r>
        <w:br/>
      </w:r>
      <w:r>
        <w:t xml:space="preserve">    (b) pretty sure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appreciation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attitude.</w:t>
      </w:r>
      <w:r>
        <w:br/>
      </w:r>
      <w:r>
        <w:t xml:space="preserve">    (a) optimistic</w:t>
      </w:r>
      <w:r>
        <w:br/>
      </w:r>
      <w:r>
        <w:t xml:space="preserve">    (b) open-minded</w:t>
      </w:r>
      <w:r>
        <w:br/>
      </w:r>
      <w:r>
        <w:t xml:space="preserve">    (c) 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among friends, Lena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reticent</w:t>
      </w:r>
      <w:r>
        <w:rPr>
          <w:b/>
          <w:bCs/>
        </w:rPr>
        <w:t xml:space="preserve"> </w:t>
      </w:r>
      <w:r>
        <w:rPr>
          <w:b/>
          <w:bCs/>
        </w:rPr>
        <w:t xml:space="preserve">about her plans.</w:t>
      </w:r>
      <w:r>
        <w:br/>
      </w:r>
      <w:r>
        <w:t xml:space="preserve">    (a) ready to celebrate</w:t>
      </w:r>
      <w:r>
        <w:br/>
      </w:r>
      <w:r>
        <w:t xml:space="preserve">    (b) not willing to talk</w:t>
      </w:r>
      <w:r>
        <w:br/>
      </w:r>
      <w:r>
        <w:t xml:space="preserve">    (c) eager to argue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policy faced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scrutiny</w:t>
      </w:r>
      <w:r>
        <w:rPr>
          <w:b/>
          <w:bCs/>
        </w:rPr>
        <w:t xml:space="preserve"> </w:t>
      </w:r>
      <w:r>
        <w:rPr>
          <w:b/>
          <w:bCs/>
        </w:rPr>
        <w:t xml:space="preserve">from independent reviewers.</w:t>
      </w:r>
      <w:r>
        <w:br/>
      </w:r>
      <w:r>
        <w:t xml:space="preserve">    (a) quick approval</w:t>
      </w:r>
      <w:r>
        <w:br/>
      </w:r>
      <w:r>
        <w:t xml:space="preserve">    (b) careful examination</w:t>
      </w:r>
      <w:r>
        <w:br/>
      </w:r>
      <w:r>
        <w:t xml:space="preserve">    (c) strong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project.</w:t>
      </w:r>
      <w:r>
        <w:br/>
      </w:r>
      <w:r>
        <w:t xml:space="preserve">    (a) keeping silent</w:t>
      </w:r>
      <w:r>
        <w:br/>
      </w:r>
      <w:r>
        <w:t xml:space="preserve">    (b) excited</w:t>
      </w:r>
      <w:r>
        <w:br/>
      </w:r>
      <w:r>
        <w:t xml:space="preserve">    (c) doubtful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revenge was a motive,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subconscious</w:t>
      </w:r>
      <w:r>
        <w:rPr>
          <w:b/>
          <w:bCs/>
        </w:rPr>
        <w:t xml:space="preserve">.</w:t>
      </w:r>
      <w:r>
        <w:br/>
      </w:r>
      <w:r>
        <w:t xml:space="preserve">    (a) unnecessary</w:t>
      </w:r>
      <w:r>
        <w:br/>
      </w:r>
      <w:r>
        <w:t xml:space="preserve">    (b) without awareness</w:t>
      </w:r>
      <w:r>
        <w:br/>
      </w:r>
      <w:r>
        <w:t xml:space="preserve">    (c) well-disguised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2026-07-31T18:40:18Z</dcterms:created>
  <dcterms:modified xsi:type="dcterms:W3CDTF">2026-07-31T18:40:18Z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