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38e1cd29d94281795eb65ae89978d3fb08732f"/>
    <w:p>
      <w:pPr>
        <w:pStyle w:val="Heading1"/>
      </w:pPr>
      <w:r>
        <w:rPr>
          <w:b/>
          <w:bCs/>
        </w:rPr>
        <w:t xml:space="preserve">The Lucky One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Clayton had learned a long time ago that his uniform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intimidated</w:t>
      </w:r>
      <w:r>
        <w:rPr>
          <w:b/>
          <w:bCs/>
        </w:rPr>
        <w:t xml:space="preserve"> </w:t>
      </w:r>
      <w:r>
        <w:rPr>
          <w:b/>
          <w:bCs/>
        </w:rPr>
        <w:t xml:space="preserve">most people.</w:t>
      </w:r>
      <w:r>
        <w:br/>
      </w:r>
      <w:r>
        <w:t xml:space="preserve">    (a) threatened; or instilled fear</w:t>
      </w:r>
      <w:r>
        <w:br/>
      </w:r>
      <w:r>
        <w:t xml:space="preserve">    (b) marked important text</w:t>
      </w:r>
      <w:r>
        <w:br/>
      </w:r>
      <w:r>
        <w:t xml:space="preserve">    (c) gained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sure? It's probably expensive."</w:t>
      </w:r>
      <w:r>
        <w:br/>
      </w: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."</w:t>
      </w:r>
      <w:r>
        <w:br/>
      </w:r>
      <w:r>
        <w:t xml:space="preserve">    (a) certain</w:t>
      </w:r>
      <w:r>
        <w:br/>
      </w:r>
      <w:r>
        <w:t xml:space="preserve">    (b) outside</w:t>
      </w:r>
      <w:r>
        <w:br/>
      </w:r>
      <w:r>
        <w:t xml:space="preserve">    (c) various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thinking and all that.</w:t>
      </w:r>
      <w:r>
        <w:br/>
      </w:r>
      <w:r>
        <w:t xml:space="preserve">    (a) not sensible or careful</w:t>
      </w:r>
      <w:r>
        <w:br/>
      </w:r>
      <w:r>
        <w:t xml:space="preserve">    (b) unable to get closer to</w:t>
      </w:r>
      <w:r>
        <w:br/>
      </w:r>
      <w:r>
        <w:t xml:space="preserve">    (c) optimistic (focusing on good things)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Beth's marriage, on the other hand, had been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beginning.</w:t>
      </w:r>
      <w:r>
        <w:br/>
      </w:r>
      <w:r>
        <w:t xml:space="preserve">    (a) a complete failure or humiliating situation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ten, Ben was already remarkably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at predicting her behavior.</w:t>
      </w:r>
      <w:r>
        <w:br/>
      </w:r>
      <w:r>
        <w:t xml:space="preserve">    (a) pleasing</w:t>
      </w:r>
      <w:r>
        <w:br/>
      </w:r>
      <w:r>
        <w:t xml:space="preserve">    (b) absolute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but she sensed that he was either lying or leaving something out.</w:t>
      </w:r>
      <w:r>
        <w:br/>
      </w:r>
      <w:r>
        <w:t xml:space="preserve">    (a) sounded reasonable on the surface (though unproven)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often got the sense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him, even in the course of normal conversations.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moving back and forth; or being unsure or weak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Strangely,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she never asked about his military service or if he'd served in Iraq, which struck him as unusual.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 for us,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many you want for you.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the amount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Enclosed by a hedge lay a series of cobblestone paths that wove among several circular brick planters, each with its own dogwood tree; in the center of the yard, serving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focal</w:t>
      </w:r>
      <w:r>
        <w:rPr>
          <w:b/>
          <w:bCs/>
        </w:rPr>
        <w:t xml:space="preserve"> </w:t>
      </w:r>
      <w:r>
        <w:rPr>
          <w:b/>
          <w:bCs/>
        </w:rPr>
        <w:t xml:space="preserve">point, was a three-tiered fountain that fed a large koi pond.</w:t>
      </w:r>
      <w:r>
        <w:br/>
      </w:r>
      <w:r>
        <w:t xml:space="preserve">    (a) computer code that performs a specific task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where attention is drawn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Instead, as Nana sang,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his attention on her while keeping perfect rhythm and pace, more interested in her performance than his own.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concentrated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"Are you saying that I owe this woman something?" Thibault's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.</w:t>
      </w:r>
      <w:r>
        <w:br/>
      </w:r>
      <w:r>
        <w:t xml:space="preserve">    (a) full of doubt (that something is true)</w:t>
      </w:r>
      <w:r>
        <w:br/>
      </w:r>
      <w:r>
        <w:t xml:space="preserve">    (b) the quality of being characterized by fantastic imagery, or combinations of things and events that don't go together</w:t>
      </w:r>
      <w:r>
        <w:br/>
      </w:r>
      <w:r>
        <w:t xml:space="preserve">    (c) related to the branch of medicine that deals with the diseases of women -- especially those of the reproductive organs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nodded, uncomfortable under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.</w:t>
      </w:r>
      <w:r>
        <w:br/>
      </w:r>
      <w:r>
        <w:t xml:space="preserve">    (a) a secret agreement or plot</w:t>
      </w:r>
      <w:r>
        <w:br/>
      </w:r>
      <w:r>
        <w:t xml:space="preserve">    (b) the best or most important</w:t>
      </w:r>
      <w:r>
        <w:br/>
      </w:r>
      <w:r>
        <w:t xml:space="preserve">    (c) careful look or inspection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she hadn't really known him long enough to make that kind of judgment, but she couldn't deny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intuition</w:t>
      </w:r>
      <w:r>
        <w:rPr>
          <w:b/>
          <w:bCs/>
        </w:rPr>
        <w:t xml:space="preserve">.</w:t>
      </w:r>
      <w:r>
        <w:br/>
      </w:r>
      <w:r>
        <w:t xml:space="preserve">    (a) the redirection energy from a negative (unacceptable) impulse or urge into a positive or acceptable action</w:t>
      </w:r>
      <w:r>
        <w:br/>
      </w:r>
      <w:r>
        <w:t xml:space="preserve">    (b) something believed based on feeling or instinct rather than conscious reasoning</w:t>
      </w:r>
      <w:r>
        <w:br/>
      </w:r>
      <w:r>
        <w:t xml:space="preserve">    (c) someone with a potentially life-threatening psychological eating disorder that prevents eating enough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like the noise begins to trail behind the engine by a millisecond that the brain can pick up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subconsciously</w:t>
      </w:r>
      <w:r>
        <w:rPr>
          <w:b/>
          <w:bCs/>
        </w:rPr>
        <w:t xml:space="preserve">, and I knew we were in trouble.</w:t>
      </w:r>
      <w:r>
        <w:br/>
      </w:r>
      <w:r>
        <w:t xml:space="preserve">    (a) of mental activity of which one is not aware, but which can influence feelings and behavior</w:t>
      </w:r>
      <w:r>
        <w:br/>
      </w:r>
      <w:r>
        <w:t xml:space="preserve">    (b) in a manner that explains or demonstrates an understanding of something in a particular way</w:t>
      </w:r>
      <w:r>
        <w:br/>
      </w:r>
      <w:r>
        <w:t xml:space="preserve">    (c) in a manner related to the smallest amount of a chemical substance that can exist by itself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just something exciting about maintaining the pretense that nothing had changed between them; it gave the relationship an illicit feeling, almost like an affair. ... Every now and then while Beth and Logan were engaged in keeping up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facade, Nana would mutter something nonsensical like "camels in the Sahara" or "it's like hair and slippers."</w:t>
      </w:r>
      <w:r>
        <w:br/>
      </w:r>
      <w:r>
        <w:t xml:space="preserve">    (a) without gender classification</w:t>
      </w:r>
      <w:r>
        <w:br/>
      </w:r>
      <w:r>
        <w:t xml:space="preserve">    (b) overly unhappy and unsociable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spoke, his voice was steady, like a professor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elaborating</w:t>
      </w:r>
      <w:r>
        <w:rPr>
          <w:b/>
          <w:bCs/>
        </w:rPr>
        <w:t xml:space="preserve"> </w:t>
      </w:r>
      <w:r>
        <w:rPr>
          <w:b/>
          <w:bCs/>
        </w:rPr>
        <w:t xml:space="preserve">on a subject he taught.</w:t>
      </w:r>
      <w:r>
        <w:br/>
      </w:r>
      <w:r>
        <w:t xml:space="preserve">    (a) making strips of hair lighter in color</w:t>
      </w:r>
      <w:r>
        <w:br/>
      </w:r>
      <w:r>
        <w:t xml:space="preserve">    (b) requiring (obligating) to do something</w:t>
      </w:r>
      <w:r>
        <w:br/>
      </w:r>
      <w:r>
        <w:t xml:space="preserve">    (c) explaining in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Thibault noticed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deposited around the pillars by the rushing waters.</w:t>
      </w:r>
      <w:r>
        <w:br/>
      </w:r>
      <w:r>
        <w:t xml:space="preserve">    (a) passages food and drink follow between the back of mouths and the stomachs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pieces of something that has been destroyed; or trash that is lying around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Clayton shuffled his feet, trying to look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contrite</w:t>
      </w:r>
      <w:r>
        <w:rPr>
          <w:b/>
          <w:bCs/>
        </w:rPr>
        <w:t xml:space="preserve">.</w:t>
      </w:r>
      <w:r>
        <w:br/>
      </w:r>
      <w:r>
        <w:t xml:space="preserve">    (a) sorry and full of regret for a fault or offense</w:t>
      </w:r>
      <w:r>
        <w:br/>
      </w:r>
      <w:r>
        <w:t xml:space="preserve">    (b) not able to change to fit a different situation</w:t>
      </w:r>
      <w:r>
        <w:br/>
      </w:r>
      <w:r>
        <w:t xml:space="preserve">    (c) the state or degree of being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"Tell me in ten words or less," she suggested, sensing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reticence</w:t>
      </w:r>
      <w:r>
        <w:rPr>
          <w:b/>
          <w:bCs/>
        </w:rPr>
        <w:t xml:space="preserve">.</w:t>
      </w:r>
      <w:r>
        <w:br/>
      </w:r>
      <w:r>
        <w:t xml:space="preserve">    (a) reluctance to speak freely</w:t>
      </w:r>
      <w:r>
        <w:br/>
      </w:r>
      <w:r>
        <w:t xml:space="preserve">    (b) a short part of a longer written work</w:t>
      </w:r>
      <w:r>
        <w:br/>
      </w:r>
      <w:r>
        <w:t xml:space="preserve">    (c) the act of stopping a battle or fight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2026-07-31T18:40:18Z</dcterms:created>
  <dcterms:modified xsi:type="dcterms:W3CDTF">2026-07-31T18:40:18Z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