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1d09797c394845b0897490530276baea3109db5"/>
    <w:p>
      <w:pPr>
        <w:pStyle w:val="Heading1"/>
      </w:pPr>
      <w:r>
        <w:rPr>
          <w:b/>
          <w:bCs/>
        </w:rPr>
        <w:t xml:space="preserve">The Lovely Bones</w:t>
      </w:r>
      <w:r>
        <w:br/>
      </w:r>
      <w:r>
        <w:rPr>
          <w:i/>
          <w:iCs/>
        </w:rPr>
        <w:t xml:space="preserve">Alice Sebold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dead are never exactly seen by the living, but many people seem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acutely</w:t>
      </w:r>
      <w:r>
        <w:rPr>
          <w:b/>
          <w:bCs/>
        </w:rPr>
        <w:t xml:space="preserve"> </w:t>
      </w:r>
      <w:r>
        <w:rPr>
          <w:b/>
          <w:bCs/>
        </w:rPr>
        <w:t xml:space="preserve">aware of something changed around them.</w:t>
      </w:r>
      <w:r>
        <w:br/>
      </w:r>
      <w:r>
        <w:t xml:space="preserve">    (a) highly (in a manner showing high perceptiveness)</w:t>
      </w:r>
      <w:r>
        <w:br/>
      </w:r>
      <w:r>
        <w:t xml:space="preserve">    (b) in a manner that shows bad taste (crude, offensive, or unsophisticated)</w:t>
      </w:r>
      <w:r>
        <w:br/>
      </w:r>
      <w:r>
        <w:t xml:space="preserve">    (c) in a continuing manner -- especially despite difficulties or opposition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Ruth had to be driven to the symposium because that morning, when the bus was leaving, she was still at home with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acute</w:t>
      </w:r>
      <w:r>
        <w:rPr>
          <w:b/>
          <w:bCs/>
        </w:rPr>
        <w:t xml:space="preserve"> </w:t>
      </w:r>
      <w:r>
        <w:rPr>
          <w:b/>
          <w:bCs/>
        </w:rPr>
        <w:t xml:space="preserve">attack of gastritis.</w:t>
      </w:r>
      <w:r>
        <w:br/>
      </w:r>
      <w:r>
        <w:t xml:space="preserve">    (a) gradually getting worse</w:t>
      </w:r>
      <w:r>
        <w:br/>
      </w:r>
      <w:r>
        <w:t xml:space="preserve">    (b) severe (with rapid onset)</w:t>
      </w:r>
      <w:r>
        <w:br/>
      </w:r>
      <w:r>
        <w:t xml:space="preserve">    (c) only superficial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 put me in the waxy cloth sack and thrown in the shaving cream and razor from the mud ledge, his book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sonnets</w:t>
      </w:r>
      <w:r>
        <w:rPr>
          <w:b/>
          <w:bCs/>
        </w:rPr>
        <w:t xml:space="preserve">, and finally the bloody knife.</w:t>
      </w:r>
      <w:r>
        <w:br/>
      </w:r>
      <w:r>
        <w:t xml:space="preserve">    (a) a poem consisting of 14 lines with a fixed rhyme scheme</w:t>
      </w:r>
      <w:r>
        <w:br/>
      </w:r>
      <w:r>
        <w:t xml:space="preserve">    (b) members of Nazi organization for children aged 10 to 18</w:t>
      </w:r>
      <w:r>
        <w:br/>
      </w:r>
      <w:r>
        <w:t xml:space="preserve">    (c) extremely dense collapsed stars made mostly of neutrons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those days there was no security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suburbs</w:t>
      </w:r>
      <w:r>
        <w:rPr>
          <w:b/>
          <w:bCs/>
        </w:rPr>
        <w:t xml:space="preserve">.</w:t>
      </w:r>
      <w:r>
        <w:br/>
      </w:r>
      <w:r>
        <w:t xml:space="preserve">    (a) compounds best known for causing an allergic reaction after exposure to allergens</w:t>
      </w:r>
      <w:r>
        <w:br/>
      </w:r>
      <w:r>
        <w:t xml:space="preserve">    (b) residential districts located on the outskirts of a city</w:t>
      </w:r>
      <w:r>
        <w:br/>
      </w:r>
      <w:r>
        <w:t xml:space="preserve">    (c) soccer:  unopposed kicks awarded to a team due an infraction by the opposing team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made his eyes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perpetually</w:t>
      </w:r>
      <w:r>
        <w:rPr>
          <w:b/>
          <w:bCs/>
        </w:rPr>
        <w:t xml:space="preserve"> </w:t>
      </w:r>
      <w:r>
        <w:rPr>
          <w:b/>
          <w:bCs/>
        </w:rPr>
        <w:t xml:space="preserve">bloodshot, and many people, my father among them, believed he had taken to drink.</w:t>
      </w:r>
      <w:r>
        <w:br/>
      </w:r>
      <w:r>
        <w:t xml:space="preserve">    (a) done in a manner that is of low quality or of lower quality than something else</w:t>
      </w:r>
      <w:r>
        <w:br/>
      </w:r>
      <w:r>
        <w:t xml:space="preserve">    (b) continuing forever without change; or occurring so frequently it seems constant</w:t>
      </w:r>
      <w:r>
        <w:br/>
      </w:r>
      <w:r>
        <w:t xml:space="preserve">    (c) in a manner that relates to electricity generated by light or affected by light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and my father played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Monopoly</w:t>
      </w:r>
      <w:r>
        <w:rPr>
          <w:b/>
          <w:bCs/>
        </w:rPr>
        <w:t xml:space="preserve">, ignoring the more brutal squares for each other's sake.</w:t>
      </w:r>
      <w:r>
        <w:br/>
      </w:r>
      <w:r>
        <w:t xml:space="preserve">    (a) complete control over a product, service, or resource -- usually by a single person, company, or group</w:t>
      </w:r>
      <w:r>
        <w:br/>
      </w:r>
      <w:r>
        <w:t xml:space="preserve">    (b) in the manner of someone who consumes more than they should -- especially eating and drinking too much</w:t>
      </w:r>
      <w:r>
        <w:br/>
      </w:r>
      <w:r>
        <w:t xml:space="preserve">    (c) in a manner that tries to obtain a result through gentle and careful effort -- often gently persuading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You're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implying</w:t>
      </w:r>
      <w:r>
        <w:rPr>
          <w:b/>
          <w:bCs/>
        </w:rPr>
        <w:t xml:space="preserve"> </w:t>
      </w:r>
      <w:r>
        <w:rPr>
          <w:b/>
          <w:bCs/>
        </w:rPr>
        <w:t xml:space="preserve">....</w:t>
      </w:r>
      <w:r>
        <w:br/>
      </w:r>
      <w:r>
        <w:t xml:space="preserve">    (a) suggesting (saying indirectly)</w:t>
      </w:r>
      <w:r>
        <w:br/>
      </w:r>
      <w:r>
        <w:t xml:space="preserve">    (b) acting in an official capacity</w:t>
      </w:r>
      <w:r>
        <w:br/>
      </w:r>
      <w:r>
        <w:t xml:space="preserve">    (c) going back to a previous state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had never even let myself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yearn</w:t>
      </w:r>
      <w:r>
        <w:rPr>
          <w:b/>
          <w:bCs/>
        </w:rPr>
        <w:t xml:space="preserve"> </w:t>
      </w:r>
      <w:r>
        <w:rPr>
          <w:b/>
          <w:bCs/>
        </w:rPr>
        <w:t xml:space="preserve">for Buckley, afraid he might see my image in a mirror or a bottle cap.</w:t>
      </w:r>
      <w:r>
        <w:br/>
      </w:r>
      <w:r>
        <w:t xml:space="preserve">    (a) strongly desire</w:t>
      </w:r>
      <w:r>
        <w:br/>
      </w:r>
      <w:r>
        <w:t xml:space="preserve">    (b) help make clear</w:t>
      </w:r>
      <w:r>
        <w:br/>
      </w:r>
      <w:r>
        <w:t xml:space="preserve">    (c) work or operate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blush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highlighted</w:t>
      </w:r>
      <w:r>
        <w:rPr>
          <w:b/>
          <w:bCs/>
        </w:rPr>
        <w:t xml:space="preserve"> </w:t>
      </w:r>
      <w:r>
        <w:rPr>
          <w:b/>
          <w:bCs/>
        </w:rPr>
        <w:t xml:space="preserve">the hollows beneath her cheekbones ("The hollows that could stand some more hollowing," our grandmother pointed out).</w:t>
      </w:r>
      <w:r>
        <w:br/>
      </w:r>
      <w:r>
        <w:t xml:space="preserve">    (a) emphasized (called attention to)</w:t>
      </w:r>
      <w:r>
        <w:br/>
      </w:r>
      <w:r>
        <w:t xml:space="preserve">    (b) not vaccinated (to protect from a disease)</w:t>
      </w:r>
      <w:r>
        <w:br/>
      </w:r>
      <w:r>
        <w:t xml:space="preserve">    (c) not fit for service to humans or home life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smoked cigarettes and looked at each other as if they had suddenly and without preparation moved on to a new page, where the pressing business had already been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highlighted</w:t>
      </w:r>
      <w:r>
        <w:rPr>
          <w:b/>
          <w:bCs/>
        </w:rPr>
        <w:t xml:space="preserve"> </w:t>
      </w:r>
      <w:r>
        <w:rPr>
          <w:b/>
          <w:bCs/>
        </w:rPr>
        <w:t xml:space="preserve">for prompt attention.</w:t>
      </w:r>
      <w:r>
        <w:br/>
      </w:r>
      <w:r>
        <w:t xml:space="preserve">    (a) recognized difference</w:t>
      </w:r>
      <w:r>
        <w:br/>
      </w:r>
      <w:r>
        <w:t xml:space="preserve">    (b) gained advantage from</w:t>
      </w:r>
      <w:r>
        <w:br/>
      </w:r>
      <w:r>
        <w:t xml:space="preserve">    (c) marked as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pushed and pushed against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unyielding</w:t>
      </w:r>
      <w:r>
        <w:rPr>
          <w:b/>
          <w:bCs/>
        </w:rPr>
        <w:t xml:space="preserve"> </w:t>
      </w:r>
      <w:r>
        <w:rPr>
          <w:b/>
          <w:bCs/>
        </w:rPr>
        <w:t xml:space="preserve">borders of my heaven.</w:t>
      </w:r>
      <w:r>
        <w:br/>
      </w:r>
      <w:r>
        <w:t xml:space="preserve">    (a) relating to classical music plays in which most of the dialogue is sung</w:t>
      </w:r>
      <w:r>
        <w:br/>
      </w:r>
      <w:r>
        <w:t xml:space="preserve">    (b) rude or unfriendly because of using too few words or moving too quickly</w:t>
      </w:r>
      <w:r>
        <w:br/>
      </w:r>
      <w:r>
        <w:t xml:space="preserve">    (c) unmovable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sister told herself that she was inside a series of rooms and spaces that, gone through methodically, might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</w:t>
      </w:r>
      <w:r>
        <w:rPr>
          <w:b/>
          <w:bCs/>
        </w:rPr>
        <w:t xml:space="preserve"> </w:t>
      </w:r>
      <w:r>
        <w:rPr>
          <w:b/>
          <w:bCs/>
        </w:rPr>
        <w:t xml:space="preserve">what she needed, provide her the trophy she could take home to our father, earning her freedom from me that way.</w:t>
      </w:r>
      <w:r>
        <w:br/>
      </w:r>
      <w:r>
        <w:t xml:space="preserve">    (a) stop (something from happening)</w:t>
      </w:r>
      <w:r>
        <w:br/>
      </w:r>
      <w:r>
        <w:t xml:space="preserve">    (b) think deeply or carefully about</w:t>
      </w:r>
      <w:r>
        <w:br/>
      </w:r>
      <w:r>
        <w:t xml:space="preserve">    (c) provide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seemed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preoccupied</w:t>
      </w:r>
      <w:r>
        <w:rPr>
          <w:b/>
          <w:bCs/>
        </w:rPr>
        <w:t xml:space="preserve">, and he wished he could reach up and grab them and train them on the here and now.</w:t>
      </w:r>
      <w:r>
        <w:br/>
      </w:r>
      <w:r>
        <w:t xml:space="preserve">    (a) took up the attention of</w:t>
      </w:r>
      <w:r>
        <w:br/>
      </w:r>
      <w:r>
        <w:t xml:space="preserve">    (b) mirrored back (an image)</w:t>
      </w:r>
      <w:r>
        <w:br/>
      </w:r>
      <w:r>
        <w:t xml:space="preserve">    (c) quoted (to make a point)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"Don't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petulant</w:t>
      </w:r>
      <w:r>
        <w:rPr>
          <w:b/>
          <w:bCs/>
        </w:rPr>
        <w:t xml:space="preserve">," my father said.</w:t>
      </w:r>
      <w:r>
        <w:br/>
      </w:r>
      <w:r>
        <w:t xml:space="preserve">    (a) unreasonably annoyed or upset</w:t>
      </w:r>
      <w:r>
        <w:br/>
      </w:r>
      <w:r>
        <w:t xml:space="preserve">    (b) the degree to which something is able to change or is different</w:t>
      </w:r>
      <w:r>
        <w:br/>
      </w:r>
      <w:r>
        <w:t xml:space="preserve">    (c) not trustworthy, or improper, or attracting unwelcome attention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pragmatic</w:t>
      </w:r>
      <w:r>
        <w:rPr>
          <w:b/>
          <w:bCs/>
        </w:rPr>
        <w:t xml:space="preserve">, prim mistress that my mother had always been was gone.</w:t>
      </w:r>
      <w:r>
        <w:br/>
      </w:r>
      <w:r>
        <w:t xml:space="preserve">    (a) concerned with practical matters</w:t>
      </w:r>
      <w:r>
        <w:br/>
      </w:r>
      <w:r>
        <w:t xml:space="preserve">    (b) describing someone as antisocial</w:t>
      </w:r>
      <w:r>
        <w:br/>
      </w:r>
      <w:r>
        <w:t xml:space="preserve">    (c) another battle with the same foe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Smiling hard as our mother tried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</w:t>
      </w:r>
      <w:r>
        <w:rPr>
          <w:b/>
          <w:bCs/>
        </w:rPr>
        <w:t xml:space="preserve"> </w:t>
      </w:r>
      <w:r>
        <w:rPr>
          <w:b/>
          <w:bCs/>
        </w:rPr>
        <w:t xml:space="preserve">her camera.</w:t>
      </w:r>
      <w:r>
        <w:br/>
      </w:r>
      <w:r>
        <w:t xml:space="preserve">    (a) software that stops uninvited software from spreading between computers and causing damage to data and software</w:t>
      </w:r>
      <w:r>
        <w:br/>
      </w:r>
      <w:r>
        <w:t xml:space="preserve">    (b) a condition where the body cannot properly regulate blood sugar levels because it produces little or no insulin</w:t>
      </w:r>
      <w:r>
        <w:br/>
      </w:r>
      <w:r>
        <w:t xml:space="preserve">    (c) adjust a lens for a sharp image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then, when they finally shivered to a halt, she gave up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focused</w:t>
      </w:r>
      <w:r>
        <w:rPr>
          <w:b/>
          <w:bCs/>
        </w:rPr>
        <w:t xml:space="preserve"> </w:t>
      </w:r>
      <w:r>
        <w:rPr>
          <w:b/>
          <w:bCs/>
        </w:rPr>
        <w:t xml:space="preserve">only on getting off the plane.</w:t>
      </w:r>
      <w:r>
        <w:br/>
      </w:r>
      <w:r>
        <w:t xml:space="preserve">    (a) began speaking with someone about something</w:t>
      </w:r>
      <w:r>
        <w:br/>
      </w:r>
      <w:r>
        <w:t xml:space="preserve">    (b) thought carefully and made a judgment about</w:t>
      </w:r>
      <w:r>
        <w:br/>
      </w:r>
      <w:r>
        <w:t xml:space="preserve">    (c) concentrated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the sensation of being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simultaneously</w:t>
      </w:r>
      <w:r>
        <w:rPr>
          <w:b/>
          <w:bCs/>
        </w:rPr>
        <w:t xml:space="preserve"> </w:t>
      </w:r>
      <w:r>
        <w:rPr>
          <w:b/>
          <w:bCs/>
        </w:rPr>
        <w:t xml:space="preserve">resurrected and buried within the same breath.</w:t>
      </w:r>
      <w:r>
        <w:br/>
      </w:r>
      <w:r>
        <w:t xml:space="preserve">    (a) done with excess</w:t>
      </w:r>
      <w:r>
        <w:br/>
      </w:r>
      <w:r>
        <w:t xml:space="preserve">    (b) at the same time</w:t>
      </w:r>
      <w:r>
        <w:br/>
      </w:r>
      <w:r>
        <w:t xml:space="preserve">    (c) done while awake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Sometimes I saw the wounded—those who had been beaten by husbands or raped by strangers, children raped by their fathers—and I would wish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intervene</w:t>
      </w:r>
      <w:r>
        <w:rPr>
          <w:b/>
          <w:bCs/>
        </w:rPr>
        <w:t xml:space="preserve"> </w:t>
      </w:r>
      <w:r>
        <w:rPr>
          <w:b/>
          <w:bCs/>
        </w:rPr>
        <w:t xml:space="preserve">somehow.</w:t>
      </w:r>
      <w:r>
        <w:br/>
      </w:r>
      <w:r>
        <w:t xml:space="preserve">    (a) tell someone about something</w:t>
      </w:r>
      <w:r>
        <w:br/>
      </w:r>
      <w:r>
        <w:t xml:space="preserve">    (b) get involved to influence an outcome</w:t>
      </w:r>
      <w:r>
        <w:br/>
      </w:r>
      <w:r>
        <w:t xml:space="preserve">    (c) something repeated regularly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had cut all her hair off and grown thinner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intervening</w:t>
      </w:r>
      <w:r>
        <w:rPr>
          <w:b/>
          <w:bCs/>
        </w:rPr>
        <w:t xml:space="preserve"> </w:t>
      </w:r>
      <w:r>
        <w:rPr>
          <w:b/>
          <w:bCs/>
        </w:rPr>
        <w:t xml:space="preserve">years, but it was her, sitting at the drafting board she used as a desk and reading a psychology book.</w:t>
      </w:r>
      <w:r>
        <w:br/>
      </w:r>
      <w:r>
        <w:t xml:space="preserve">    (a) separating</w:t>
      </w:r>
      <w:r>
        <w:br/>
      </w:r>
      <w:r>
        <w:t xml:space="preserve">    (b) unwrapping</w:t>
      </w:r>
      <w:r>
        <w:br/>
      </w:r>
      <w:r>
        <w:t xml:space="preserve">    (c) in between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2026-07-31T16:54:50Z</dcterms:created>
  <dcterms:modified xsi:type="dcterms:W3CDTF">2026-07-31T16:54:50Z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