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ad4c5ff19e3abd59fe2fc59214527e949980ae"/>
    <w:p>
      <w:pPr>
        <w:pStyle w:val="Heading1"/>
      </w:pPr>
      <w:r>
        <w:rPr>
          <w:b/>
          <w:bCs/>
        </w:rPr>
        <w:t xml:space="preserve">The Love Song of J. Alfred Prufrock</w:t>
      </w:r>
      <w:r>
        <w:br/>
      </w:r>
      <w:r>
        <w:rPr>
          <w:i/>
          <w:iCs/>
        </w:rPr>
        <w:t xml:space="preserve">T. S. Eliot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deference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Hindu visitors, they did not serve beef.</w:t>
      </w:r>
      <w:r>
        <w:br/>
      </w:r>
      <w:r>
        <w:t xml:space="preserve">    (a) open dislike</w:t>
      </w:r>
      <w:r>
        <w:br/>
      </w:r>
      <w:r>
        <w:t xml:space="preserve">    (b) loud praise</w:t>
      </w:r>
      <w:r>
        <w:br/>
      </w:r>
      <w:r>
        <w:t xml:space="preserve">    (c) polite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elaborate</w:t>
      </w:r>
      <w:r>
        <w:br/>
      </w:r>
      <w:r>
        <w:t xml:space="preserve">    (b) wander</w:t>
      </w:r>
      <w:r>
        <w:br/>
      </w:r>
      <w:r>
        <w:t xml:space="preserve">    (c) compete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from doubt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indecision</w:t>
      </w:r>
      <w:r>
        <w:rPr>
          <w:b/>
          <w:bCs/>
        </w:rPr>
        <w:t xml:space="preserve">.</w:t>
      </w:r>
      <w:r>
        <w:br/>
      </w:r>
      <w:r>
        <w:t xml:space="preserve">    (a) a general tendency to leave decisions unmade</w:t>
      </w:r>
      <w:r>
        <w:br/>
      </w:r>
      <w:r>
        <w:t xml:space="preserve">    (b) embodiment (as to take physical form or for something physical to represent something else)</w:t>
      </w:r>
      <w:r>
        <w:br/>
      </w:r>
      <w:r>
        <w:t xml:space="preserve">    (c) a tool for cutting grass that has a curved blade and a long handle that is held with both hands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We've grown accustomed to spending more than we earn, but the increasing debt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insidious</w:t>
      </w:r>
      <w:r>
        <w:rPr>
          <w:b/>
          <w:bCs/>
        </w:rPr>
        <w:t xml:space="preserve"> </w:t>
      </w:r>
      <w:r>
        <w:rPr>
          <w:b/>
          <w:bCs/>
        </w:rPr>
        <w:t xml:space="preserve">problem.</w:t>
      </w:r>
      <w:r>
        <w:br/>
      </w:r>
      <w:r>
        <w:t xml:space="preserve">    (a) hidden</w:t>
      </w:r>
      <w:r>
        <w:br/>
      </w:r>
      <w:r>
        <w:t xml:space="preserve">    (b) severe</w:t>
      </w:r>
      <w:r>
        <w:br/>
      </w:r>
      <w:r>
        <w:t xml:space="preserve">    (c) shared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sweet smell of cookies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lingered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kitchen for hours.</w:t>
      </w:r>
      <w:r>
        <w:br/>
      </w:r>
      <w:r>
        <w:t xml:space="preserve">    (a) remained a long time</w:t>
      </w:r>
      <w:r>
        <w:br/>
      </w:r>
      <w:r>
        <w:t xml:space="preserve">    (b) smelled good</w:t>
      </w:r>
      <w:r>
        <w:br/>
      </w:r>
      <w:r>
        <w:t xml:space="preserve">    (c) spread quickly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estimates that about a third of those making a legal claim for a pain disorder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malingering</w:t>
      </w:r>
      <w:r>
        <w:rPr>
          <w:b/>
          <w:bCs/>
        </w:rPr>
        <w:t xml:space="preserve">.</w:t>
      </w:r>
      <w:r>
        <w:br/>
      </w:r>
      <w:r>
        <w:t xml:space="preserve">    (a) pretending to be injured</w:t>
      </w:r>
      <w:r>
        <w:br/>
      </w:r>
      <w:r>
        <w:t xml:space="preserve">    (b) expecting success</w:t>
      </w:r>
      <w:r>
        <w:br/>
      </w:r>
      <w:r>
        <w:t xml:space="preserve">    (c) just hoping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meticulous</w:t>
      </w:r>
      <w:r>
        <w:rPr>
          <w:b/>
          <w:bCs/>
        </w:rPr>
        <w:t xml:space="preserve"> </w:t>
      </w:r>
      <w:r>
        <w:rPr>
          <w:b/>
          <w:bCs/>
        </w:rPr>
        <w:t xml:space="preserve">in her bookkeeping and at the end of the year she can tell the IRS where every dollar was spent.</w:t>
      </w:r>
      <w:r>
        <w:br/>
      </w:r>
      <w:r>
        <w:t xml:space="preserve">    (a) quick</w:t>
      </w:r>
      <w:r>
        <w:br/>
      </w:r>
      <w:r>
        <w:t xml:space="preserve">    (b) impressive</w:t>
      </w:r>
      <w:r>
        <w:br/>
      </w:r>
      <w:r>
        <w:t xml:space="preserve">    (c)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you think the writer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revise</w:t>
      </w:r>
      <w:r>
        <w:rPr>
          <w:b/>
          <w:bCs/>
        </w:rPr>
        <w:t xml:space="preserve"> </w:t>
      </w:r>
      <w:r>
        <w:rPr>
          <w:b/>
          <w:bCs/>
        </w:rPr>
        <w:t xml:space="preserve">the underlined sentence?</w:t>
      </w:r>
      <w:r>
        <w:br/>
      </w:r>
      <w:r>
        <w:t xml:space="preserve">    (a) highlight</w:t>
      </w:r>
      <w:r>
        <w:br/>
      </w:r>
      <w:r>
        <w:t xml:space="preserve">    (b) remove</w:t>
      </w:r>
      <w:r>
        <w:br/>
      </w:r>
      <w:r>
        <w:t xml:space="preserve">    (c) improve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find it relaxing to wash the holiday dishes, but she finds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tedious</w:t>
      </w:r>
      <w:r>
        <w:rPr>
          <w:b/>
          <w:bCs/>
        </w:rPr>
        <w:t xml:space="preserve">.</w:t>
      </w:r>
      <w:r>
        <w:br/>
      </w:r>
      <w:r>
        <w:t xml:space="preserve">    (a) punishing</w:t>
      </w:r>
      <w:r>
        <w:br/>
      </w:r>
      <w:r>
        <w:t xml:space="preserve">    (b) boring</w:t>
      </w:r>
      <w:r>
        <w:br/>
      </w:r>
      <w:r>
        <w:t xml:space="preserve">    (c) stressful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2026-07-31T15:43:44Z</dcterms:created>
  <dcterms:modified xsi:type="dcterms:W3CDTF">2026-07-31T15:43:44Z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