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0a13d904e383d1f1f19f2c88ee9dfe260e9302"/>
    <w:p>
      <w:pPr>
        <w:pStyle w:val="Heading1"/>
      </w:pPr>
      <w:r>
        <w:rPr>
          <w:b/>
          <w:bCs/>
        </w:rPr>
        <w:t xml:space="preserve">The Lost Hero</w:t>
      </w:r>
      <w:r>
        <w:br/>
      </w:r>
      <w:r>
        <w:rPr>
          <w:i/>
          <w:iCs/>
        </w:rPr>
        <w:t xml:space="preserve">Rick Riordan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primary focus is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acquisition</w:t>
      </w:r>
      <w:r>
        <w:rPr>
          <w:b/>
          <w:bCs/>
        </w:rPr>
        <w:t xml:space="preserve"> </w:t>
      </w:r>
      <w:r>
        <w:rPr>
          <w:b/>
          <w:bCs/>
        </w:rPr>
        <w:t xml:space="preserve">of money and the things it can buy.</w:t>
      </w:r>
      <w:r>
        <w:br/>
      </w:r>
      <w:r>
        <w:t xml:space="preserve">    (a) getting</w:t>
      </w:r>
      <w:r>
        <w:br/>
      </w:r>
      <w:r>
        <w:t xml:space="preserve">    (b) spending</w:t>
      </w:r>
      <w:r>
        <w:br/>
      </w:r>
      <w:r>
        <w:t xml:space="preserve">    (c) fearing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aurora borealis</w:t>
      </w:r>
      <w:r>
        <w:rPr>
          <w:b/>
          <w:bCs/>
        </w:rPr>
        <w:t xml:space="preserve"> </w:t>
      </w:r>
      <w:r>
        <w:rPr>
          <w:b/>
          <w:bCs/>
        </w:rPr>
        <w:t xml:space="preserve">most often occurs from September to October and from March to April.</w:t>
      </w:r>
      <w:r>
        <w:br/>
      </w:r>
      <w:r>
        <w:t xml:space="preserve">    (a) temperate weather</w:t>
      </w:r>
      <w:r>
        <w:br/>
      </w:r>
      <w:r>
        <w:t xml:space="preserve">    (b) northern lights</w:t>
      </w:r>
      <w:r>
        <w:br/>
      </w:r>
      <w:r>
        <w:t xml:space="preserve">    (c) hunting season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sensor needs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calibrated</w:t>
      </w:r>
      <w:r>
        <w:rPr>
          <w:b/>
          <w:bCs/>
        </w:rPr>
        <w:t xml:space="preserve"> </w:t>
      </w:r>
      <w:r>
        <w:rPr>
          <w:b/>
          <w:bCs/>
        </w:rPr>
        <w:t xml:space="preserve">in extreme weather.</w:t>
      </w:r>
      <w:r>
        <w:br/>
      </w:r>
      <w:r>
        <w:t xml:space="preserve">    (a) finely adjusted</w:t>
      </w:r>
      <w:r>
        <w:br/>
      </w:r>
      <w:r>
        <w:t xml:space="preserve">    (b) protected</w:t>
      </w:r>
      <w:r>
        <w:br/>
      </w:r>
      <w:r>
        <w:t xml:space="preserve">    (c) used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eating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compulsion</w:t>
      </w:r>
      <w:r>
        <w:rPr>
          <w:b/>
          <w:bCs/>
        </w:rPr>
        <w:t xml:space="preserve"> </w:t>
      </w:r>
      <w:r>
        <w:rPr>
          <w:b/>
          <w:bCs/>
        </w:rPr>
        <w:t xml:space="preserve">doesn't make sense.</w:t>
      </w:r>
      <w:r>
        <w:br/>
      </w:r>
      <w:r>
        <w:t xml:space="preserve">    (a) so slowly</w:t>
      </w:r>
      <w:r>
        <w:br/>
      </w:r>
      <w:r>
        <w:t xml:space="preserve">    (b) unhealthfully</w:t>
      </w:r>
      <w:r>
        <w:br/>
      </w:r>
      <w:r>
        <w:t xml:space="preserve">    (c) uncontrollably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conceit</w:t>
      </w:r>
      <w:r>
        <w:rPr>
          <w:b/>
          <w:bCs/>
        </w:rPr>
        <w:t xml:space="preserve"> </w:t>
      </w:r>
      <w:r>
        <w:rPr>
          <w:b/>
          <w:bCs/>
        </w:rPr>
        <w:t xml:space="preserve">showed in the way she interrupted others and assumed she was always the smartest person in the room.</w:t>
      </w:r>
      <w:r>
        <w:br/>
      </w:r>
      <w:r>
        <w:t xml:space="preserve">    (a) ignorance</w:t>
      </w:r>
      <w:r>
        <w:br/>
      </w:r>
      <w:r>
        <w:t xml:space="preserve">    (b) encouragement</w:t>
      </w:r>
      <w:r>
        <w:br/>
      </w:r>
      <w:r>
        <w:t xml:space="preserve">    (c) arrogance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Congressional power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court.</w:t>
      </w:r>
      <w:r>
        <w:br/>
      </w:r>
      <w:r>
        <w:t xml:space="preserve">    (a) threatened</w:t>
      </w:r>
      <w:r>
        <w:br/>
      </w:r>
      <w:r>
        <w:t xml:space="preserve">    (b) restricted</w:t>
      </w:r>
      <w:r>
        <w:br/>
      </w:r>
      <w:r>
        <w:t xml:space="preserve">    (c) enforced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luggage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conveyor belts</w:t>
      </w:r>
      <w:r>
        <w:rPr>
          <w:b/>
          <w:bCs/>
        </w:rPr>
        <w:t xml:space="preserve"> </w:t>
      </w:r>
      <w:r>
        <w:rPr>
          <w:b/>
          <w:bCs/>
        </w:rPr>
        <w:t xml:space="preserve">work at a speed of about 1 meter/second.</w:t>
      </w:r>
      <w:r>
        <w:br/>
      </w:r>
      <w:r>
        <w:t xml:space="preserve">    (a) a moving band or belt that transports objects</w:t>
      </w:r>
      <w:r>
        <w:br/>
      </w:r>
      <w:r>
        <w:t xml:space="preserve">    (b) parts of a poem or song where each part consists of a fixed number of lines</w:t>
      </w:r>
      <w:r>
        <w:br/>
      </w:r>
      <w:r>
        <w:t xml:space="preserve">    (c) things that are lacking which are needed to live in a satisfactory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tried not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fawn</w:t>
      </w:r>
      <w:r>
        <w:rPr>
          <w:b/>
          <w:bCs/>
        </w:rPr>
        <w:t xml:space="preserve"> </w:t>
      </w:r>
      <w:r>
        <w:rPr>
          <w:b/>
          <w:bCs/>
        </w:rPr>
        <w:t xml:space="preserve">over the famous actor when he visited the school.</w:t>
      </w:r>
      <w:r>
        <w:br/>
      </w:r>
      <w:r>
        <w:t xml:space="preserve">    (a) speak honestly</w:t>
      </w:r>
      <w:r>
        <w:br/>
      </w:r>
      <w:r>
        <w:t xml:space="preserve">    (b) argue angrily</w:t>
      </w:r>
      <w:r>
        <w:br/>
      </w:r>
      <w:r>
        <w:t xml:space="preserve">    (c) flatter too much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endorsements are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lucrative</w:t>
      </w:r>
      <w:r>
        <w:rPr>
          <w:b/>
          <w:bCs/>
        </w:rPr>
        <w:t xml:space="preserve"> </w:t>
      </w:r>
      <w:r>
        <w:rPr>
          <w:b/>
          <w:bCs/>
        </w:rPr>
        <w:t xml:space="preserve">than the prize money she earns winning tournaments.</w:t>
      </w:r>
      <w:r>
        <w:br/>
      </w:r>
      <w:r>
        <w:t xml:space="preserve">    (a) interesting</w:t>
      </w:r>
      <w:r>
        <w:br/>
      </w:r>
      <w:r>
        <w:t xml:space="preserve">    (b) profitable</w:t>
      </w:r>
      <w:r>
        <w:br/>
      </w:r>
      <w:r>
        <w:t xml:space="preserve">    (c) fame-causing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asked the Prime Minister of India to help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mediate</w:t>
      </w:r>
      <w:r>
        <w:rPr>
          <w:b/>
          <w:bCs/>
        </w:rPr>
        <w:t xml:space="preserve"> </w:t>
      </w:r>
      <w:r>
        <w:rPr>
          <w:b/>
          <w:bCs/>
        </w:rPr>
        <w:t xml:space="preserve">an agreement.</w:t>
      </w:r>
      <w:r>
        <w:br/>
      </w:r>
      <w:r>
        <w:t xml:space="preserve">    (a) settle</w:t>
      </w:r>
      <w:r>
        <w:br/>
      </w:r>
      <w:r>
        <w:t xml:space="preserve">    (b) document</w:t>
      </w:r>
      <w:r>
        <w:br/>
      </w:r>
      <w:r>
        <w:t xml:space="preserve">    (c) publicize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were away from the city lights where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meteors</w:t>
      </w:r>
      <w:r>
        <w:rPr>
          <w:b/>
          <w:bCs/>
        </w:rPr>
        <w:t xml:space="preserve"> </w:t>
      </w:r>
      <w:r>
        <w:rPr>
          <w:b/>
          <w:bCs/>
        </w:rPr>
        <w:t xml:space="preserve">are easier to see.</w:t>
      </w:r>
      <w:r>
        <w:br/>
      </w:r>
      <w:r>
        <w:t xml:space="preserve">    (a) shooting stars</w:t>
      </w:r>
      <w:r>
        <w:br/>
      </w:r>
      <w:r>
        <w:t xml:space="preserve">    (b) tall trees</w:t>
      </w:r>
      <w:r>
        <w:br/>
      </w:r>
      <w:r>
        <w:t xml:space="preserve">    (c) low clouds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apologized, but he would not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mollified</w:t>
      </w:r>
      <w:r>
        <w:rPr>
          <w:b/>
          <w:bCs/>
        </w:rPr>
        <w:t xml:space="preserve">, and he continued to insist on speaking with her manager.</w:t>
      </w:r>
      <w:r>
        <w:br/>
      </w:r>
      <w:r>
        <w:t xml:space="preserve">    (a) calmed</w:t>
      </w:r>
      <w:r>
        <w:br/>
      </w:r>
      <w:r>
        <w:t xml:space="preserve">    (b) angered</w:t>
      </w:r>
      <w:r>
        <w:br/>
      </w:r>
      <w:r>
        <w:t xml:space="preserve">    (c) ignored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shouldn't have spent so much money on the shoes, but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rationalized</w:t>
      </w:r>
      <w:r>
        <w:rPr>
          <w:b/>
          <w:bCs/>
        </w:rPr>
        <w:t xml:space="preserve"> </w:t>
      </w:r>
      <w:r>
        <w:rPr>
          <w:b/>
          <w:bCs/>
        </w:rPr>
        <w:t xml:space="preserve">the expenditure because they were on sale.</w:t>
      </w:r>
      <w:r>
        <w:br/>
      </w:r>
      <w:r>
        <w:t xml:space="preserve">    (a) justified</w:t>
      </w:r>
      <w:r>
        <w:br/>
      </w:r>
      <w:r>
        <w:t xml:space="preserve">    (b) made</w:t>
      </w:r>
      <w:r>
        <w:br/>
      </w:r>
      <w:r>
        <w:t xml:space="preserve">    (c) allowed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soldiers are trained to move through the night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stealth</w:t>
      </w:r>
      <w:r>
        <w:rPr>
          <w:b/>
          <w:bCs/>
        </w:rPr>
        <w:t xml:space="preserve">.</w:t>
      </w:r>
      <w:r>
        <w:br/>
      </w:r>
      <w:r>
        <w:t xml:space="preserve">    (a) a manner that is considered safe</w:t>
      </w:r>
      <w:r>
        <w:br/>
      </w:r>
      <w:r>
        <w:t xml:space="preserve">    (b) a manner that is hard to detect</w:t>
      </w:r>
      <w:r>
        <w:br/>
      </w:r>
      <w:r>
        <w:t xml:space="preserve">    (c) a manner that is very fast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investigating the rock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strata</w:t>
      </w:r>
      <w:r>
        <w:rPr>
          <w:b/>
          <w:bCs/>
        </w:rPr>
        <w:t xml:space="preserve"> </w:t>
      </w:r>
      <w:r>
        <w:rPr>
          <w:b/>
          <w:bCs/>
        </w:rPr>
        <w:t xml:space="preserve">to better understand the Antarctic ice sheet.</w:t>
      </w:r>
      <w:r>
        <w:br/>
      </w:r>
      <w:r>
        <w:t xml:space="preserve">    (a) hardness</w:t>
      </w:r>
      <w:r>
        <w:br/>
      </w:r>
      <w:r>
        <w:t xml:space="preserve">    (b) layers</w:t>
      </w:r>
      <w:r>
        <w:br/>
      </w:r>
      <w:r>
        <w:t xml:space="preserve">    (c) erosion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suave</w:t>
      </w:r>
      <w:r>
        <w:rPr>
          <w:b/>
          <w:bCs/>
        </w:rPr>
        <w:t xml:space="preserve"> </w:t>
      </w:r>
      <w:r>
        <w:rPr>
          <w:b/>
          <w:bCs/>
        </w:rPr>
        <w:t xml:space="preserve">operator, but completely insincere.</w:t>
      </w:r>
      <w:r>
        <w:br/>
      </w:r>
      <w:r>
        <w:t xml:space="preserve">    (a) sophisticated</w:t>
      </w:r>
      <w:r>
        <w:br/>
      </w:r>
      <w:r>
        <w:t xml:space="preserve">    (b) adorable</w:t>
      </w:r>
      <w:r>
        <w:br/>
      </w:r>
      <w:r>
        <w:t xml:space="preserve">    (c) smart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Power in the city is divided amongst the mayor, city council,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sundry</w:t>
      </w:r>
      <w:r>
        <w:rPr>
          <w:b/>
          <w:bCs/>
        </w:rPr>
        <w:t xml:space="preserve"> </w:t>
      </w:r>
      <w:r>
        <w:rPr>
          <w:b/>
          <w:bCs/>
        </w:rPr>
        <w:t xml:space="preserve">city commissions.</w:t>
      </w:r>
      <w:r>
        <w:br/>
      </w:r>
      <w:r>
        <w:t xml:space="preserve">    (a) skillful</w:t>
      </w:r>
      <w:r>
        <w:br/>
      </w:r>
      <w:r>
        <w:t xml:space="preserve">    (b) elected</w:t>
      </w:r>
      <w:r>
        <w:br/>
      </w:r>
      <w:r>
        <w:t xml:space="preserve">    (c) various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artwork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transcends</w:t>
      </w:r>
      <w:r>
        <w:rPr>
          <w:b/>
          <w:bCs/>
        </w:rPr>
        <w:t xml:space="preserve"> </w:t>
      </w:r>
      <w:r>
        <w:rPr>
          <w:b/>
          <w:bCs/>
        </w:rPr>
        <w:t xml:space="preserve">typical landscape painting through bold abstract elements.</w:t>
      </w:r>
      <w:r>
        <w:br/>
      </w:r>
      <w:r>
        <w:t xml:space="preserve">    (a) goes beyond</w:t>
      </w:r>
      <w:r>
        <w:br/>
      </w:r>
      <w:r>
        <w:t xml:space="preserve">    (b) stays within</w:t>
      </w:r>
      <w:r>
        <w:br/>
      </w:r>
      <w:r>
        <w:t xml:space="preserve">    (c) exactly copies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French territories and overseas departments exist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vestiges</w:t>
      </w:r>
      <w:r>
        <w:rPr>
          <w:b/>
          <w:bCs/>
        </w:rPr>
        <w:t xml:space="preserve"> </w:t>
      </w:r>
      <w:r>
        <w:rPr>
          <w:b/>
          <w:bCs/>
        </w:rPr>
        <w:t xml:space="preserve">of the colonial empire.</w:t>
      </w:r>
      <w:r>
        <w:br/>
      </w:r>
      <w:r>
        <w:t xml:space="preserve">    (a) defenders</w:t>
      </w:r>
      <w:r>
        <w:br/>
      </w:r>
      <w:r>
        <w:t xml:space="preserve">    (b) remaining traces</w:t>
      </w:r>
      <w:r>
        <w:br/>
      </w:r>
      <w:r>
        <w:t xml:space="preserve">    (c) extensions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winter solstice</w:t>
      </w:r>
      <w:r>
        <w:rPr>
          <w:b/>
          <w:bCs/>
        </w:rPr>
        <w:t xml:space="preserve"> </w:t>
      </w:r>
      <w:r>
        <w:rPr>
          <w:b/>
          <w:bCs/>
        </w:rPr>
        <w:t xml:space="preserve">marks the turning point toward spring.</w:t>
      </w:r>
      <w:r>
        <w:br/>
      </w:r>
      <w:r>
        <w:t xml:space="preserve">    (a) day of the year with the shortest daylight (in one hemisphere)</w:t>
      </w:r>
      <w:r>
        <w:br/>
      </w:r>
      <w:r>
        <w:t xml:space="preserve">    (b) one of the last and largest of the known carnivorous dinosaurs</w:t>
      </w:r>
      <w:r>
        <w:br/>
      </w:r>
      <w:r>
        <w:t xml:space="preserve">    (c) football:  an offensive play that fakes a run prior to passing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2026-07-31T18:35:02Z</dcterms:created>
  <dcterms:modified xsi:type="dcterms:W3CDTF">2026-07-31T18:35:02Z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