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d23b38b0231bcd015faeadfe1e7328b2c249ad2"/>
    <w:p>
      <w:pPr>
        <w:pStyle w:val="Heading1"/>
      </w:pPr>
      <w:r>
        <w:rPr>
          <w:b/>
          <w:bCs/>
        </w:rPr>
        <w:t xml:space="preserve">The Lords of Discipline</w:t>
      </w:r>
      <w:r>
        <w:br/>
      </w:r>
      <w:r>
        <w:rPr>
          <w:i/>
          <w:iCs/>
        </w:rPr>
        <w:t xml:space="preserve">Pat Conroy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To walk in the spire-proud shade of Church Street is to experience the chronicle of a mythology that is particular to this city and this city alone, a trinitarian mythology with equal parts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sublime</w:t>
      </w:r>
      <w:r>
        <w:rPr>
          <w:b/>
          <w:bCs/>
        </w:rPr>
        <w:t xml:space="preserve">, the mysterious, and the grotesque.</w:t>
      </w:r>
      <w:r>
        <w:br/>
      </w:r>
      <w:r>
        <w:t xml:space="preserve">    (a) create dramatic change</w:t>
      </w:r>
      <w:r>
        <w:br/>
      </w:r>
      <w:r>
        <w:t xml:space="preserve">    (b) mirror back (an image)</w:t>
      </w:r>
      <w:r>
        <w:br/>
      </w:r>
      <w:r>
        <w:t xml:space="preserve">    (c) wonderful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think it's this sense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sublime</w:t>
      </w:r>
      <w:r>
        <w:rPr>
          <w:b/>
          <w:bCs/>
        </w:rPr>
        <w:t xml:space="preserve"> </w:t>
      </w:r>
      <w:r>
        <w:rPr>
          <w:b/>
          <w:bCs/>
        </w:rPr>
        <w:t xml:space="preserve">order that offends you, Will.</w:t>
      </w:r>
      <w:r>
        <w:br/>
      </w:r>
      <w:r>
        <w:t xml:space="preserve">    (a) help make clear</w:t>
      </w:r>
      <w:r>
        <w:br/>
      </w:r>
      <w:r>
        <w:t xml:space="preserve">    (b) work or operate</w:t>
      </w:r>
      <w:r>
        <w:br/>
      </w:r>
      <w:r>
        <w:t xml:space="preserve">    (c) extreme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city, river-girt, has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tyrannical</w:t>
      </w:r>
      <w:r>
        <w:rPr>
          <w:b/>
          <w:bCs/>
        </w:rPr>
        <w:t xml:space="preserve"> </w:t>
      </w:r>
      <w:r>
        <w:rPr>
          <w:b/>
          <w:bCs/>
        </w:rPr>
        <w:t xml:space="preserve">need for order and symmetry.</w:t>
      </w:r>
      <w:r>
        <w:br/>
      </w:r>
      <w:r>
        <w:t xml:space="preserve">    (a) harsh and unjust</w:t>
      </w:r>
      <w:r>
        <w:br/>
      </w:r>
      <w:r>
        <w:t xml:space="preserve">    (b) able to be found</w:t>
      </w:r>
      <w:r>
        <w:br/>
      </w:r>
      <w:r>
        <w:t xml:space="preserve">    (c) likely to change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adversary who is truly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formidable</w:t>
      </w:r>
      <w:r>
        <w:rPr>
          <w:b/>
          <w:bCs/>
        </w:rPr>
        <w:t xml:space="preserve"> </w:t>
      </w:r>
      <w:r>
        <w:rPr>
          <w:b/>
          <w:bCs/>
        </w:rPr>
        <w:t xml:space="preserve">is the one who works within the fortress walls, singing pleasant songs while licking honey off knives.</w:t>
      </w:r>
      <w:r>
        <w:br/>
      </w:r>
      <w:r>
        <w:t xml:space="preserve">    (a) the quality of disagreeing</w:t>
      </w:r>
      <w:r>
        <w:br/>
      </w:r>
      <w:r>
        <w:t xml:space="preserve">    (b) the quality of being Dutch</w:t>
      </w:r>
      <w:r>
        <w:br/>
      </w:r>
      <w:r>
        <w:t xml:space="preserve">    (c) intimidating or impressive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frozen, unconvincing smile is an expression of almost incomprehensible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melancholy</w:t>
      </w:r>
      <w:r>
        <w:rPr>
          <w:b/>
          <w:bCs/>
        </w:rPr>
        <w:t xml:space="preserve">.</w:t>
      </w:r>
      <w:r>
        <w:br/>
      </w:r>
      <w:r>
        <w:t xml:space="preserve">    (a) a sad feeling or manner</w:t>
      </w:r>
      <w:r>
        <w:br/>
      </w:r>
      <w:r>
        <w:t xml:space="preserve">    (b) relating to the outside</w:t>
      </w:r>
      <w:r>
        <w:br/>
      </w:r>
      <w:r>
        <w:t xml:space="preserve">    (c) about (but not exactly)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 was the story he would tell: At the Institute the making of men was a kind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grotesque</w:t>
      </w:r>
      <w:r>
        <w:rPr>
          <w:b/>
          <w:bCs/>
        </w:rPr>
        <w:t xml:space="preserve"> </w:t>
      </w:r>
      <w:r>
        <w:rPr>
          <w:b/>
          <w:bCs/>
        </w:rPr>
        <w:t xml:space="preserve">artistry.</w:t>
      </w:r>
      <w:r>
        <w:br/>
      </w:r>
      <w:r>
        <w:t xml:space="preserve">    (a) clarifies (makes clear)</w:t>
      </w:r>
      <w:r>
        <w:br/>
      </w:r>
      <w:r>
        <w:t xml:space="preserve">    (b) distorted and unnatural in shape or size -- especially in a disturbing way</w:t>
      </w:r>
      <w:r>
        <w:br/>
      </w:r>
      <w:r>
        <w:br/>
      </w:r>
      <w:r>
        <w:t xml:space="preserve">or:</w:t>
      </w:r>
      <w:r>
        <w:br/>
      </w:r>
      <w:r>
        <w:br/>
      </w:r>
      <w:r>
        <w:t xml:space="preserve">ugly, gross, or very wrong</w:t>
      </w:r>
      <w:r>
        <w:br/>
      </w:r>
      <w:r>
        <w:t xml:space="preserve">    (c) beautifies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Charleston, more than elsewhere, you get the feeling that the twentieth century is a vast,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unconscionable</w:t>
      </w:r>
      <w:r>
        <w:rPr>
          <w:b/>
          <w:bCs/>
        </w:rPr>
        <w:t xml:space="preserve"> </w:t>
      </w:r>
      <w:r>
        <w:rPr>
          <w:b/>
          <w:bCs/>
        </w:rPr>
        <w:t xml:space="preserve">mistake.</w:t>
      </w:r>
      <w:r>
        <w:br/>
      </w:r>
      <w:r>
        <w:t xml:space="preserve">    (a) in a manner that takes on or adopts</w:t>
      </w:r>
      <w:r>
        <w:br/>
      </w:r>
      <w:r>
        <w:t xml:space="preserve">    (b) full of strong desire for something</w:t>
      </w:r>
      <w:r>
        <w:br/>
      </w:r>
      <w:r>
        <w:t xml:space="preserve">    (c) excessively unreasonable or immoral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an education she gladly shared with me, and though I had no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abiding</w:t>
      </w:r>
      <w:r>
        <w:rPr>
          <w:b/>
          <w:bCs/>
        </w:rPr>
        <w:t xml:space="preserve"> </w:t>
      </w:r>
      <w:r>
        <w:rPr>
          <w:b/>
          <w:bCs/>
        </w:rPr>
        <w:t xml:space="preserve">interest in interior or exterior design, her enthusiasm was catching.</w:t>
      </w:r>
      <w:r>
        <w:br/>
      </w:r>
      <w:r>
        <w:t xml:space="preserve">    (a) long-lasting</w:t>
      </w:r>
      <w:r>
        <w:br/>
      </w:r>
      <w:r>
        <w:t xml:space="preserve">    (b) taking on or adopting</w:t>
      </w:r>
      <w:r>
        <w:br/>
      </w:r>
      <w:r>
        <w:t xml:space="preserve">    (c) suggesting indirectly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the system and we had all agreed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abide</w:t>
      </w:r>
      <w:r>
        <w:rPr>
          <w:b/>
          <w:bCs/>
        </w:rPr>
        <w:t xml:space="preserve"> </w:t>
      </w:r>
      <w:r>
        <w:rPr>
          <w:b/>
          <w:bCs/>
        </w:rPr>
        <w:t xml:space="preserve">by its laws.</w:t>
      </w:r>
      <w:r>
        <w:br/>
      </w:r>
      <w:r>
        <w:t xml:space="preserve">    (a) subtract</w:t>
      </w:r>
      <w:r>
        <w:br/>
      </w:r>
      <w:r>
        <w:t xml:space="preserve">    (b) disagree</w:t>
      </w:r>
      <w:r>
        <w:br/>
      </w:r>
      <w:r>
        <w:t xml:space="preserve">    (c) live (follow, or comply with)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gave me a look that linked us as spiritual allies,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resolute</w:t>
      </w:r>
      <w:r>
        <w:rPr>
          <w:b/>
          <w:bCs/>
        </w:rPr>
        <w:t xml:space="preserve"> </w:t>
      </w:r>
      <w:r>
        <w:rPr>
          <w:b/>
          <w:bCs/>
        </w:rPr>
        <w:t xml:space="preserve">desperadoes in headlong flight from the false and sinister veneer of Charleston.</w:t>
      </w:r>
      <w:r>
        <w:br/>
      </w:r>
      <w:r>
        <w:t xml:space="preserve">    (a) able to be understood or explained</w:t>
      </w:r>
      <w:r>
        <w:br/>
      </w:r>
      <w:r>
        <w:t xml:space="preserve">    (b) aware or concerned about something</w:t>
      </w:r>
      <w:r>
        <w:br/>
      </w:r>
      <w:r>
        <w:t xml:space="preserve">    (c) firm in purpose, belief, or action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gave me a look that linked us as spiritual allies, resolute desperadoes in headlong flight from the false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sinister</w:t>
      </w:r>
      <w:r>
        <w:rPr>
          <w:b/>
          <w:bCs/>
        </w:rPr>
        <w:t xml:space="preserve"> </w:t>
      </w:r>
      <w:r>
        <w:rPr>
          <w:b/>
          <w:bCs/>
        </w:rPr>
        <w:t xml:space="preserve">veneer of Charleston.</w:t>
      </w:r>
      <w:r>
        <w:br/>
      </w:r>
      <w:r>
        <w:t xml:space="preserve">    (a) not thoughtful about the past</w:t>
      </w:r>
      <w:r>
        <w:br/>
      </w:r>
      <w:r>
        <w:t xml:space="preserve">    (b) not able to be disagreed with</w:t>
      </w:r>
      <w:r>
        <w:br/>
      </w:r>
      <w:r>
        <w:t xml:space="preserve">    (c) evil, harmful, or frightening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was sitting at my desk in the rear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alcove</w:t>
      </w:r>
      <w:r>
        <w:rPr>
          <w:b/>
          <w:bCs/>
        </w:rPr>
        <w:t xml:space="preserve"> </w:t>
      </w:r>
      <w:r>
        <w:rPr>
          <w:b/>
          <w:bCs/>
        </w:rPr>
        <w:t xml:space="preserve">shining my inspection shoes when I heard the door open and Mark Santoro come into the room.</w:t>
      </w:r>
      <w:r>
        <w:br/>
      </w:r>
      <w:r>
        <w:t xml:space="preserve">    (a) a room leading to a larger or more important room</w:t>
      </w:r>
      <w:r>
        <w:br/>
      </w:r>
      <w:r>
        <w:t xml:space="preserve">    (b) extensive plain without trees (associated with eastern Russia and Siberia)</w:t>
      </w:r>
      <w:r>
        <w:br/>
      </w:r>
      <w:r>
        <w:t xml:space="preserve">    (c) a recessed or secluded space -- such as in a room or garden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air filled up with the rhythm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cadence</w:t>
      </w:r>
      <w:r>
        <w:rPr>
          <w:b/>
          <w:bCs/>
        </w:rPr>
        <w:t xml:space="preserve">.</w:t>
      </w:r>
      <w:r>
        <w:br/>
      </w:r>
      <w:r>
        <w:t xml:space="preserve">    (a) tone or pitch</w:t>
      </w:r>
      <w:r>
        <w:br/>
      </w:r>
      <w:r>
        <w:t xml:space="preserve">    (b) rhythm or recurring pattern</w:t>
      </w:r>
      <w:r>
        <w:br/>
      </w:r>
      <w:r>
        <w:t xml:space="preserve">    (c) low volume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was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swaggering</w:t>
      </w:r>
      <w:r>
        <w:rPr>
          <w:b/>
          <w:bCs/>
        </w:rPr>
        <w:t xml:space="preserve"> </w:t>
      </w:r>
      <w:r>
        <w:rPr>
          <w:b/>
          <w:bCs/>
        </w:rPr>
        <w:t xml:space="preserve">cockiness to his walk, and he strutted like an imperfect cross between a pit bull and a bird of paradise.</w:t>
      </w:r>
      <w:r>
        <w:br/>
      </w:r>
      <w:r>
        <w:t xml:space="preserve">    (a) expressing regret for having done something wrong</w:t>
      </w:r>
      <w:r>
        <w:br/>
      </w:r>
      <w:r>
        <w:t xml:space="preserve">    (b) walking and behaving in a highly confident manner</w:t>
      </w:r>
      <w:r>
        <w:br/>
      </w:r>
      <w:r>
        <w:t xml:space="preserve">    (c) giving an opinion of what is wrong with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am a member-in-good-standingof that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contemptible</w:t>
      </w:r>
      <w:r>
        <w:rPr>
          <w:b/>
          <w:bCs/>
        </w:rPr>
        <w:t xml:space="preserve"> </w:t>
      </w:r>
      <w:r>
        <w:rPr>
          <w:b/>
          <w:bCs/>
        </w:rPr>
        <w:t xml:space="preserve">race and I cannot help it.</w:t>
      </w:r>
      <w:r>
        <w:br/>
      </w:r>
      <w:r>
        <w:t xml:space="preserve">    (a) deserving no respect (worthless or of bad quality)</w:t>
      </w:r>
      <w:r>
        <w:br/>
      </w:r>
      <w:r>
        <w:t xml:space="preserve">    (b) aka analytic -- relating to a theory of psychiatry</w:t>
      </w:r>
      <w:r>
        <w:br/>
      </w:r>
      <w:r>
        <w:t xml:space="preserve">    (c) the quality or degree of not being straightforward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removed her scarf and her long blonde hair fell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luxuriantly</w:t>
      </w:r>
      <w:r>
        <w:rPr>
          <w:b/>
          <w:bCs/>
        </w:rPr>
        <w:t xml:space="preserve"> </w:t>
      </w:r>
      <w:r>
        <w:rPr>
          <w:b/>
          <w:bCs/>
        </w:rPr>
        <w:t xml:space="preserve">to her shoulders.</w:t>
      </w:r>
      <w:r>
        <w:br/>
      </w:r>
      <w:r>
        <w:t xml:space="preserve">    (a) characterized by growing well or being richly thick or abundant -- as of vegetation or hair</w:t>
      </w:r>
      <w:r>
        <w:br/>
      </w:r>
      <w:r>
        <w:br/>
      </w:r>
      <w:r>
        <w:t xml:space="preserve">or (more rarely):</w:t>
      </w:r>
      <w:r>
        <w:br/>
      </w:r>
      <w:r>
        <w:br/>
      </w:r>
      <w:r>
        <w:t xml:space="preserve">characterized by luxury (very comfortable or extravagant)</w:t>
      </w:r>
      <w:r>
        <w:br/>
      </w:r>
      <w:r>
        <w:t xml:space="preserve">    (b) in a manner that is related to relating to existentialism -- a philosophical movement that assumes each person is free to determine what is essential in their existence</w:t>
      </w:r>
      <w:r>
        <w:br/>
      </w:r>
      <w:r>
        <w:t xml:space="preserve">    (c) in a manner not appearing dangerous, but actually very harmful over time  OR  treacherously  (in a dangerous manner due to trickery or from hidden or unpredictable risks)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At the Institute, I had learned to be cautious, to distrust the insistence of myown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convictions</w:t>
      </w:r>
      <w:r>
        <w:rPr>
          <w:b/>
          <w:bCs/>
        </w:rPr>
        <w:t xml:space="preserve">, to cover my tracks, to walk invisibly through the Corps, without drawing too much attention to myself.</w:t>
      </w:r>
      <w:r>
        <w:br/>
      </w:r>
      <w:r>
        <w:t xml:space="preserve">    (a) a strong, firmly held belief</w:t>
      </w:r>
      <w:r>
        <w:br/>
      </w:r>
      <w:r>
        <w:t xml:space="preserve">    (b) not working or not operating</w:t>
      </w:r>
      <w:r>
        <w:br/>
      </w:r>
      <w:r>
        <w:t xml:space="preserve">    (c) calculates or judges too low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reeled sideways but fell into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cunning</w:t>
      </w:r>
      <w:r>
        <w:rPr>
          <w:b/>
          <w:bCs/>
        </w:rPr>
        <w:t xml:space="preserve">, waiting shout of another, and he screamed me back to the other one.</w:t>
      </w:r>
      <w:r>
        <w:br/>
      </w:r>
      <w:r>
        <w:t xml:space="preserve">    (a) relating to logical examination to improve understanding</w:t>
      </w:r>
      <w:r>
        <w:br/>
      </w:r>
      <w:r>
        <w:t xml:space="preserve">    (b) good at achieving goals through cleverness and deception</w:t>
      </w:r>
      <w:r>
        <w:br/>
      </w:r>
      <w:r>
        <w:t xml:space="preserve">    (c) related to the natural world (life, air, water, land...)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is a precious, world-</w:t>
      </w:r>
      <w:r>
        <w:rPr>
          <w:b/>
          <w:bCs/>
          <w:u w:val="single"/>
        </w:rPr>
        <w:t xml:space="preserve">transfiguring</w:t>
      </w:r>
      <w:r>
        <w:rPr>
          <w:b/>
          <w:bCs/>
        </w:rPr>
        <w:t xml:space="preserve"> </w:t>
      </w:r>
      <w:r>
        <w:rPr>
          <w:b/>
          <w:bCs/>
        </w:rPr>
        <w:t xml:space="preserve">stare when a girl looks at you with love in her eyes for the first time.</w:t>
      </w:r>
      <w:r>
        <w:br/>
      </w:r>
      <w:r>
        <w:t xml:space="preserve">    (a) change completely the nature or appearance of -- especially in a positive way</w:t>
      </w:r>
      <w:r>
        <w:br/>
      </w:r>
      <w:r>
        <w:t xml:space="preserve">    (b) causing to happen -- especially something that is damaging and uncontrollable</w:t>
      </w:r>
      <w:r>
        <w:br/>
      </w:r>
      <w:r>
        <w:t xml:space="preserve">    (c) very surprising -- often too surprising that you don't know what to say or do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irrelevant</w:t>
      </w:r>
      <w:r>
        <w:rPr>
          <w:b/>
          <w:bCs/>
        </w:rPr>
        <w:t xml:space="preserve"> </w:t>
      </w:r>
      <w:r>
        <w:rPr>
          <w:b/>
          <w:bCs/>
        </w:rPr>
        <w:t xml:space="preserve">to discuss what Mr. Pignetti might have stolen.</w:t>
      </w:r>
      <w:r>
        <w:br/>
      </w:r>
      <w:r>
        <w:t xml:space="preserve">    (a) the character or degree of bouncing back light (or more rarely: heat, sound, electromagnetic waves...)</w:t>
      </w:r>
      <w:r>
        <w:br/>
      </w:r>
      <w:r>
        <w:t xml:space="preserve">    (b) a person who works from within to destroy an established order; or relating to such destructive efforts</w:t>
      </w:r>
      <w:r>
        <w:br/>
      </w:r>
      <w:r>
        <w:t xml:space="preserve">    (c) not relevant (not related to the subject being considered, or not important enough to want to consider)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2026-07-31T18:52:54Z</dcterms:created>
  <dcterms:modified xsi:type="dcterms:W3CDTF">2026-07-31T18:52:54Z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