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f152e9c106c07f22bd858a0cf03c2b6be7b100"/>
    <w:p>
      <w:pPr>
        <w:pStyle w:val="Heading1"/>
      </w:pPr>
      <w:r>
        <w:rPr>
          <w:b/>
          <w:bCs/>
        </w:rPr>
        <w:t xml:space="preserve">The Lone Star Ranger</w:t>
      </w:r>
      <w:r>
        <w:br/>
      </w:r>
      <w:r>
        <w:rPr>
          <w:i/>
          <w:iCs/>
        </w:rPr>
        <w:t xml:space="preserve">Zane Grey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Soon, perchance, I shall have the pleasure of writing of the border of to-day, which in Joe Sitter's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laconic</w:t>
      </w:r>
      <w:r>
        <w:rPr>
          <w:b/>
          <w:bCs/>
        </w:rPr>
        <w:t xml:space="preserve"> </w:t>
      </w:r>
      <w:r>
        <w:rPr>
          <w:b/>
          <w:bCs/>
        </w:rPr>
        <w:t xml:space="preserve">speech, "Shore is 'most as bad an' wild as ever!"</w:t>
      </w:r>
      <w:r>
        <w:br/>
      </w:r>
      <w:r>
        <w:t xml:space="preserve">    (a) material wealth</w:t>
      </w:r>
      <w:r>
        <w:br/>
      </w:r>
      <w:r>
        <w:t xml:space="preserve">    (b) using few words</w:t>
      </w:r>
      <w:r>
        <w:br/>
      </w:r>
      <w:r>
        <w:t xml:space="preserve">    (c) strongly biased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 hey ape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Bland</w:t>
      </w:r>
      <w:r>
        <w:rPr>
          <w:b/>
          <w:bCs/>
        </w:rPr>
        <w:t xml:space="preserve"> </w:t>
      </w:r>
      <w:r>
        <w:rPr>
          <w:b/>
          <w:bCs/>
        </w:rPr>
        <w:t xml:space="preserve">an' King Fisher an' Hardin an' all the big outlaws.</w:t>
      </w:r>
      <w:r>
        <w:br/>
      </w:r>
      <w:r>
        <w:t xml:space="preserve">    (a) dull or lacking stimulating characteristics -- especially in the flavor of food</w:t>
      </w:r>
      <w:r>
        <w:br/>
      </w:r>
      <w:r>
        <w:t xml:space="preserve">    (b)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(c) the quality of holding something back or holding others down through oppression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mean for me to run?" asked Duane,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.</w:t>
      </w:r>
      <w:r>
        <w:br/>
      </w:r>
      <w:r>
        <w:t xml:space="preserve">    (a) move from more general to more specific</w:t>
      </w:r>
      <w:r>
        <w:br/>
      </w:r>
      <w:r>
        <w:t xml:space="preserve">    (b) not answer questions; or block progress</w:t>
      </w:r>
      <w:r>
        <w:br/>
      </w:r>
      <w:r>
        <w:t xml:space="preserve">    (c) disrespect or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Presently he turned to Duane with an expression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denoted</w:t>
      </w:r>
      <w:r>
        <w:rPr>
          <w:b/>
          <w:bCs/>
        </w:rPr>
        <w:t xml:space="preserve"> </w:t>
      </w:r>
      <w:r>
        <w:rPr>
          <w:b/>
          <w:bCs/>
        </w:rPr>
        <w:t xml:space="preserve">resignation, and yet a spirit which showed wherein they were of the same blood.</w:t>
      </w:r>
      <w:r>
        <w:br/>
      </w:r>
      <w:r>
        <w:t xml:space="preserve">    (a) embarrassed or self-conscious</w:t>
      </w:r>
      <w:r>
        <w:br/>
      </w:r>
      <w:r>
        <w:t xml:space="preserve">    (b) stand for or symbolize literally; or be a sign or indicator of</w:t>
      </w:r>
      <w:r>
        <w:br/>
      </w:r>
      <w:r>
        <w:t xml:space="preserve">    (c) with rises and falls in pitch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no fear of Bain or of any other man; but a vague fear of himself, of this strange force in him, made him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</w:t>
      </w:r>
      <w:r>
        <w:rPr>
          <w:b/>
          <w:bCs/>
        </w:rPr>
        <w:t xml:space="preserve"> </w:t>
      </w:r>
      <w:r>
        <w:rPr>
          <w:b/>
          <w:bCs/>
        </w:rPr>
        <w:t xml:space="preserve">and shake his head.</w:t>
      </w:r>
      <w:r>
        <w:br/>
      </w:r>
      <w:r>
        <w:t xml:space="preserve">    (a) fulfill one's highest potential</w:t>
      </w:r>
      <w:r>
        <w:br/>
      </w:r>
      <w:r>
        <w:t xml:space="preserve">    (b) think deeply or carefully about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noise ceased upon his entrance, and the silence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ensuing</w:t>
      </w:r>
      <w:r>
        <w:rPr>
          <w:b/>
          <w:bCs/>
        </w:rPr>
        <w:t xml:space="preserve"> </w:t>
      </w:r>
      <w:r>
        <w:rPr>
          <w:b/>
          <w:bCs/>
        </w:rPr>
        <w:t xml:space="preserve">presently broke to the clink of Mexican silver dollars at a monte table.</w:t>
      </w:r>
      <w:r>
        <w:br/>
      </w:r>
      <w:r>
        <w:t xml:space="preserve">    (a) subsequent (happening later)</w:t>
      </w:r>
      <w:r>
        <w:br/>
      </w:r>
      <w:r>
        <w:t xml:space="preserve">    (b) thinking about or discussing</w:t>
      </w:r>
      <w:r>
        <w:br/>
      </w:r>
      <w:r>
        <w:t xml:space="preserve">    (c) gradually adding or removing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Duane heard no step, saw no movement;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there was another present at that camp-fire vigil.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Dawn caught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fugitives</w:t>
      </w:r>
      <w:r>
        <w:rPr>
          <w:b/>
          <w:bCs/>
        </w:rPr>
        <w:t xml:space="preserve"> </w:t>
      </w:r>
      <w:r>
        <w:rPr>
          <w:b/>
          <w:bCs/>
        </w:rPr>
        <w:t xml:space="preserve">at a green camping-site on the bank of a rocky little stream.</w:t>
      </w:r>
      <w:r>
        <w:br/>
      </w:r>
      <w:r>
        <w:t xml:space="preserve">    (a) jobs, reservations, bookings, or activities</w:t>
      </w:r>
      <w:r>
        <w:br/>
      </w:r>
      <w:r>
        <w:t xml:space="preserve">    (b) males, females, or various trans categories</w:t>
      </w:r>
      <w:r>
        <w:br/>
      </w:r>
      <w:r>
        <w:t xml:space="preserve">    (c) people hiding from law enforcement officers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juncture</w:t>
      </w:r>
      <w:r>
        <w:rPr>
          <w:b/>
          <w:bCs/>
        </w:rPr>
        <w:t xml:space="preserve"> </w:t>
      </w:r>
      <w:r>
        <w:rPr>
          <w:b/>
          <w:bCs/>
        </w:rPr>
        <w:t xml:space="preserve">several more outlaws crowded out of the door, and the one in the lead was a tall man of stalwart physique.</w:t>
      </w:r>
      <w:r>
        <w:br/>
      </w:r>
      <w:r>
        <w:t xml:space="preserve">    (a) where things come together -- especially a point in time with a critical event</w:t>
      </w:r>
      <w:r>
        <w:br/>
      </w:r>
      <w:r>
        <w:t xml:space="preserve">    (b) something exclusive to (someone or some group) -- such as an activity or place</w:t>
      </w:r>
      <w:r>
        <w:br/>
      </w:r>
      <w:r>
        <w:t xml:space="preserve">    (c) a rough substance that can be rubbed against something else to polish or clean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 long face, a flaming red beard, and clear, cold blue eyes that fixed in close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scrutiny</w:t>
      </w:r>
      <w:r>
        <w:rPr>
          <w:b/>
          <w:bCs/>
        </w:rPr>
        <w:t xml:space="preserve"> </w:t>
      </w:r>
      <w:r>
        <w:rPr>
          <w:b/>
          <w:bCs/>
        </w:rPr>
        <w:t xml:space="preserve">upon Duane.</w:t>
      </w:r>
      <w:r>
        <w:br/>
      </w:r>
      <w:r>
        <w:t xml:space="preserve">    (a) the best or most important</w:t>
      </w:r>
      <w:r>
        <w:br/>
      </w:r>
      <w:r>
        <w:t xml:space="preserve">    (b) careful look or inspection</w:t>
      </w:r>
      <w:r>
        <w:br/>
      </w:r>
      <w:r>
        <w:t xml:space="preserve">    (c) a secret agreement or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Very probably his faculties were absorbed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conjecture</w:t>
      </w:r>
      <w:r>
        <w:rPr>
          <w:b/>
          <w:bCs/>
        </w:rPr>
        <w:t xml:space="preserve"> </w:t>
      </w:r>
      <w:r>
        <w:rPr>
          <w:b/>
          <w:bCs/>
        </w:rPr>
        <w:t xml:space="preserve">as to Duane's possibilities.</w:t>
      </w:r>
      <w:r>
        <w:br/>
      </w:r>
      <w:r>
        <w:t xml:space="preserve">    (a) a conclusion or opinion based on inconclusive evidence; or the act of forming of such a conclusion or opinion</w:t>
      </w:r>
      <w:r>
        <w:br/>
      </w:r>
      <w:r>
        <w:t xml:space="preserve">    (b) cause to happen at the same time or in a coordinated sequence; or to set clocks/watches to show the same time</w:t>
      </w:r>
      <w:r>
        <w:br/>
      </w:r>
      <w:r>
        <w:t xml:space="preserve">    (c) suggest (say indirectly)  OR  something suggested indirectly; or something that can be concluded; or a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once since this daring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 </w:t>
      </w:r>
      <w:r>
        <w:rPr>
          <w:b/>
          <w:bCs/>
        </w:rPr>
        <w:t xml:space="preserve">had stirred him had he been haunted by the phantom of Bain beside his bed.</w:t>
      </w:r>
      <w:r>
        <w:br/>
      </w:r>
      <w:r>
        <w:t xml:space="preserve">    (a) small quantity or indication</w:t>
      </w:r>
      <w:r>
        <w:br/>
      </w:r>
      <w:r>
        <w:t xml:space="preserve">    (b) reason (for doing something)</w:t>
      </w:r>
      <w:r>
        <w:br/>
      </w:r>
      <w:r>
        <w:t xml:space="preserve">    (c) the sacred writings of Islam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She, however, in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 </w:t>
      </w:r>
      <w:r>
        <w:rPr>
          <w:b/>
          <w:bCs/>
        </w:rPr>
        <w:t xml:space="preserve">did not notice his shrinking.</w:t>
      </w:r>
      <w:r>
        <w:br/>
      </w:r>
      <w:r>
        <w:t xml:space="preserve">    (a) formula (a mathematical expression that describe a relationship between variables)</w:t>
      </w:r>
      <w:r>
        <w:br/>
      </w:r>
      <w:r>
        <w:t xml:space="preserve">    (b) the act of stirring up (emotionally or physically); or a state of emotional unrest</w:t>
      </w:r>
      <w:r>
        <w:br/>
      </w:r>
      <w:r>
        <w:t xml:space="preserve">    (c) officially telling someone about something; or something that contains the message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Duane's keenness told him that at the very darkest and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moment there was still a chance for him.</w:t>
      </w:r>
      <w:r>
        <w:br/>
      </w:r>
      <w:r>
        <w:t xml:space="preserve">    (a) dangerous</w:t>
      </w:r>
      <w:r>
        <w:br/>
      </w:r>
      <w:r>
        <w:t xml:space="preserve">    (b) bent down</w:t>
      </w:r>
      <w:r>
        <w:br/>
      </w:r>
      <w:r>
        <w:t xml:space="preserve">    (c) stuck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 moment he half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a temptation to try to slip along the river-shore, close in under the willows.</w:t>
      </w:r>
      <w:r>
        <w:br/>
      </w:r>
      <w:r>
        <w:t xml:space="preserve">    (a) gave in, gave way, or gave up</w:t>
      </w:r>
      <w:r>
        <w:br/>
      </w:r>
      <w:r>
        <w:t xml:space="preserve">    (b) with rises and falls in pitch</w:t>
      </w:r>
      <w:r>
        <w:br/>
      </w:r>
      <w:r>
        <w:t xml:space="preserve">    (c) embarrassed or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he spoke his expressionless face was in strange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ring, the quality, the cruelty of his voice.</w:t>
      </w:r>
      <w:r>
        <w:br/>
      </w:r>
      <w:r>
        <w:t xml:space="preserve">    (a) block or interfere</w:t>
      </w:r>
      <w:r>
        <w:br/>
      </w:r>
      <w:r>
        <w:t xml:space="preserve">    (b) notable difference</w:t>
      </w:r>
      <w:r>
        <w:br/>
      </w:r>
      <w:r>
        <w:t xml:space="preserve">    (c) come to terms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Duane's years on the border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augmented</w:t>
      </w:r>
      <w:r>
        <w:rPr>
          <w:b/>
          <w:bCs/>
        </w:rPr>
        <w:t xml:space="preserve"> </w:t>
      </w:r>
      <w:r>
        <w:rPr>
          <w:b/>
          <w:bCs/>
        </w:rPr>
        <w:t xml:space="preserve">a natural instinct or gift to read character, or at least to sense the evil in men; and he knew at once that these strangers were dishonest.</w:t>
      </w:r>
      <w:r>
        <w:br/>
      </w:r>
      <w:r>
        <w:t xml:space="preserve">    (a) recognized difference</w:t>
      </w:r>
      <w:r>
        <w:br/>
      </w:r>
      <w:r>
        <w:t xml:space="preserve">    (b) marked important text</w:t>
      </w:r>
      <w:r>
        <w:br/>
      </w:r>
      <w:r>
        <w:t xml:space="preserve">    (c) enlarged or increased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Law here has been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farce</w:t>
      </w:r>
      <w:r>
        <w:rPr>
          <w:b/>
          <w:bCs/>
        </w:rPr>
        <w:t xml:space="preserve">.</w:t>
      </w:r>
      <w:r>
        <w:br/>
      </w:r>
      <w:r>
        <w:t xml:space="preserve">    (a) treat in a manner that demonstrates a sense of superiority, but is supposed to seem kind  OR  the actions of a patron (to support someone or something; or to be a customer)</w:t>
      </w:r>
      <w:r>
        <w:br/>
      </w:r>
      <w:r>
        <w:t xml:space="preserve">    (b) a ridiculous, exaggerated situation too absurd to be taken seriously; or a type of comedy that relies on absurd humor, using physical slapstick, unlikely situations, and deliberate misunderstandings</w:t>
      </w:r>
      <w:r>
        <w:br/>
      </w:r>
      <w:r>
        <w:t xml:space="preserve">    (c) (verb) to intentionally anger, challenge, or upset someone -- especially by mocking them or hurling insults  OR  (noun) an insult or other action intended to anger, challenge, or upset someone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done," he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somberly</w:t>
      </w:r>
      <w:r>
        <w:rPr>
          <w:b/>
          <w:bCs/>
        </w:rPr>
        <w:t xml:space="preserve">.</w:t>
      </w:r>
      <w:r>
        <w:br/>
      </w:r>
      <w:r>
        <w:t xml:space="preserve">    (a) solemnly (in a manner that is serious--not cheerful or lighthearted)</w:t>
      </w:r>
      <w:r>
        <w:br/>
      </w:r>
      <w:r>
        <w:t xml:space="preserve">    (b) in a manner that influences reason or general desire to do something</w:t>
      </w:r>
      <w:r>
        <w:br/>
      </w:r>
      <w:r>
        <w:t xml:space="preserve">    (c) with disbelief; or with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now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conscience</w:t>
      </w:r>
      <w:r>
        <w:rPr>
          <w:b/>
          <w:bCs/>
        </w:rPr>
        <w:t xml:space="preserve"> </w:t>
      </w:r>
      <w:r>
        <w:rPr>
          <w:b/>
          <w:bCs/>
        </w:rPr>
        <w:t xml:space="preserve">flayed to the quick, yet utterly powerless over this tiger instinct, he was lost.</w:t>
      </w:r>
      <w:r>
        <w:br/>
      </w:r>
      <w:r>
        <w:t xml:space="preserve">    (a) feeling or appraisal of having personally behaved in a morally right or wrong manner</w:t>
      </w:r>
      <w:r>
        <w:br/>
      </w:r>
      <w:r>
        <w:t xml:space="preserve">    (b) not planning to kill a person, but then intentionally killing in the heat of passion</w:t>
      </w:r>
      <w:r>
        <w:br/>
      </w:r>
      <w:r>
        <w:t xml:space="preserve">    (c) a complex carbohydrate that is the chief constituent of all plant tissues and fibers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2026-07-31T17:36:26Z</dcterms:created>
  <dcterms:modified xsi:type="dcterms:W3CDTF">2026-07-31T17:36:26Z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