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e3a23204426c7c01dc69781ab129e95c9e405a"/>
    <w:p>
      <w:pPr>
        <w:pStyle w:val="Heading1"/>
      </w:pPr>
      <w:r>
        <w:rPr>
          <w:b/>
          <w:bCs/>
        </w:rPr>
        <w:t xml:space="preserve">The Lion, the Witch and the Wardrobe</w:t>
      </w:r>
      <w:r>
        <w:br/>
      </w:r>
      <w:r>
        <w:rPr>
          <w:i/>
          <w:iCs/>
        </w:rPr>
        <w:t xml:space="preserve">C. S. Lewis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Greek mythology, Chiron is probably the most famous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centaurs</w:t>
      </w:r>
      <w:r>
        <w:rPr>
          <w:b/>
          <w:bCs/>
        </w:rPr>
        <w:t xml:space="preserve">. He is known for his wisdom and knowledge of medicine.</w:t>
      </w:r>
      <w:r>
        <w:br/>
      </w:r>
      <w:r>
        <w:t xml:space="preserve">    (a) demigod fighters in wars between gods</w:t>
      </w:r>
      <w:r>
        <w:br/>
      </w:r>
      <w:r>
        <w:t xml:space="preserve">    (b) mythical beings that are half man and half horse</w:t>
      </w:r>
      <w:r>
        <w:br/>
      </w:r>
      <w:r>
        <w:t xml:space="preserve">    (c) winged horses that can fly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rescued me from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rPr>
          <w:b/>
          <w:bCs/>
        </w:rPr>
        <w:t xml:space="preserve">.</w:t>
      </w:r>
      <w:r>
        <w:br/>
      </w:r>
      <w:r>
        <w:t xml:space="preserve">    (a) poverty</w:t>
      </w:r>
      <w:r>
        <w:br/>
      </w:r>
      <w:r>
        <w:t xml:space="preserve">    (b) fear</w:t>
      </w:r>
      <w:r>
        <w:br/>
      </w:r>
      <w:r>
        <w:t xml:space="preserve">    (c) hopelessness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despair</w:t>
      </w:r>
      <w:r>
        <w:rPr>
          <w:b/>
          <w:bCs/>
        </w:rPr>
        <w:t xml:space="preserve">--help is on the way!</w:t>
      </w:r>
      <w:r>
        <w:br/>
      </w:r>
      <w:r>
        <w:t xml:space="preserve">    (a) be impatient</w:t>
      </w:r>
      <w:r>
        <w:br/>
      </w:r>
      <w:r>
        <w:t xml:space="preserve">    (b) cry</w:t>
      </w:r>
      <w:r>
        <w:br/>
      </w:r>
      <w:r>
        <w:t xml:space="preserve">    (c) lose hope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 casual, go-with-the-flow personality and doesn't appreciate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earnestness</w:t>
      </w:r>
      <w:r>
        <w:rPr>
          <w:b/>
          <w:bCs/>
        </w:rPr>
        <w:t xml:space="preserve">.</w:t>
      </w:r>
      <w:r>
        <w:br/>
      </w:r>
      <w:r>
        <w:t xml:space="preserve">    (a) falseness</w:t>
      </w:r>
      <w:r>
        <w:br/>
      </w:r>
      <w:r>
        <w:t xml:space="preserve">    (b) seriousness</w:t>
      </w:r>
      <w:r>
        <w:br/>
      </w:r>
      <w:r>
        <w:t xml:space="preserve">    (c) frivolous attitude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felt a sense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foreboding</w:t>
      </w:r>
      <w:r>
        <w:rPr>
          <w:b/>
          <w:bCs/>
        </w:rPr>
        <w:t xml:space="preserve"> </w:t>
      </w:r>
      <w:r>
        <w:rPr>
          <w:b/>
          <w:bCs/>
        </w:rPr>
        <w:t xml:space="preserve">as she approached the abandoned house.</w:t>
      </w:r>
      <w:r>
        <w:br/>
      </w:r>
      <w:r>
        <w:t xml:space="preserve">    (a) memory of past joy</w:t>
      </w:r>
      <w:r>
        <w:br/>
      </w:r>
      <w:r>
        <w:t xml:space="preserve">    (b) wave of sudden relief</w:t>
      </w:r>
      <w:r>
        <w:br/>
      </w:r>
      <w:r>
        <w:t xml:space="preserve">    (c) dread of what's coming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hope to take the ACT just once.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I will take it early, so there is time to study and take it again if my scores aren't high enough.</w:t>
      </w:r>
      <w:r>
        <w:br/>
      </w:r>
      <w:r>
        <w:t xml:space="preserve">    (a) but</w:t>
      </w:r>
      <w:r>
        <w:br/>
      </w:r>
      <w:r>
        <w:t xml:space="preserve">    (b) also</w:t>
      </w:r>
      <w:r>
        <w:br/>
      </w:r>
      <w:r>
        <w:t xml:space="preserve">    (c) 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safe we make it, there will always be risk.</w:t>
      </w:r>
      <w:r>
        <w:br/>
      </w:r>
      <w:r>
        <w:t xml:space="preserve">    (a) on-the-other-hand</w:t>
      </w:r>
      <w:r>
        <w:br/>
      </w:r>
      <w:r>
        <w:t xml:space="preserve">    (b) no matter how</w:t>
      </w:r>
      <w:r>
        <w:br/>
      </w:r>
      <w:r>
        <w:t xml:space="preserve">    (c) in addition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inquisitive</w:t>
      </w:r>
      <w:r>
        <w:rPr>
          <w:b/>
          <w:bCs/>
        </w:rPr>
        <w:t xml:space="preserve"> </w:t>
      </w:r>
      <w:r>
        <w:rPr>
          <w:b/>
          <w:bCs/>
        </w:rPr>
        <w:t xml:space="preserve">nature led her to explore every corner of the old library.</w:t>
      </w:r>
      <w:r>
        <w:br/>
      </w:r>
      <w:r>
        <w:t xml:space="preserve">    (a) curious</w:t>
      </w:r>
      <w:r>
        <w:br/>
      </w:r>
      <w:r>
        <w:t xml:space="preserve">    (b) nervous</w:t>
      </w:r>
      <w:r>
        <w:br/>
      </w:r>
      <w:r>
        <w:t xml:space="preserve">    (c) forgetful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writes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liberate</w:t>
      </w:r>
      <w:r>
        <w:rPr>
          <w:b/>
          <w:bCs/>
        </w:rPr>
        <w:t xml:space="preserve"> </w:t>
      </w:r>
      <w:r>
        <w:rPr>
          <w:b/>
          <w:bCs/>
        </w:rPr>
        <w:t xml:space="preserve">her readers from social conformity.</w:t>
      </w:r>
      <w:r>
        <w:br/>
      </w:r>
      <w:r>
        <w:t xml:space="preserve">    (a) free</w:t>
      </w:r>
      <w:r>
        <w:br/>
      </w:r>
      <w:r>
        <w:t xml:space="preserve">    (b) teach</w:t>
      </w:r>
      <w:r>
        <w:br/>
      </w:r>
      <w:r>
        <w:t xml:space="preserve">    (c) instruct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brushed the horse's tangled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mane</w:t>
      </w:r>
      <w:r>
        <w:rPr>
          <w:b/>
          <w:bCs/>
        </w:rPr>
        <w:t xml:space="preserve"> </w:t>
      </w:r>
      <w:r>
        <w:rPr>
          <w:b/>
          <w:bCs/>
        </w:rPr>
        <w:t xml:space="preserve">until it flowed smoothly down its neck.</w:t>
      </w:r>
      <w:r>
        <w:br/>
      </w:r>
      <w:r>
        <w:t xml:space="preserve">    (a) long curved tail</w:t>
      </w:r>
      <w:r>
        <w:br/>
      </w:r>
      <w:r>
        <w:t xml:space="preserve">    (b) thick neck hair</w:t>
      </w:r>
      <w:r>
        <w:br/>
      </w:r>
      <w:r>
        <w:t xml:space="preserve">    (c) sharp pointed hoof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ogre</w:t>
      </w:r>
      <w:r>
        <w:rPr>
          <w:b/>
          <w:bCs/>
        </w:rPr>
        <w:t xml:space="preserve"> </w:t>
      </w:r>
      <w:r>
        <w:rPr>
          <w:b/>
          <w:bCs/>
        </w:rPr>
        <w:t xml:space="preserve">in the story terrorized travelers passing through his forest.</w:t>
      </w:r>
      <w:r>
        <w:br/>
      </w:r>
      <w:r>
        <w:t xml:space="preserve">    (a) shepherd</w:t>
      </w:r>
      <w:r>
        <w:br/>
      </w:r>
      <w:r>
        <w:t xml:space="preserve">    (b) princess</w:t>
      </w:r>
      <w:r>
        <w:br/>
      </w:r>
      <w:r>
        <w:t xml:space="preserve">    (c) monster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ate lunch under the open-sided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pavilion</w:t>
      </w:r>
      <w:r>
        <w:rPr>
          <w:b/>
          <w:bCs/>
        </w:rPr>
        <w:t xml:space="preserve"> </w:t>
      </w:r>
      <w:r>
        <w:rPr>
          <w:b/>
          <w:bCs/>
        </w:rPr>
        <w:t xml:space="preserve">near the lake.</w:t>
      </w:r>
      <w:r>
        <w:br/>
      </w:r>
      <w:r>
        <w:t xml:space="preserve">    (a) freestanding shelter</w:t>
      </w:r>
      <w:r>
        <w:br/>
      </w:r>
      <w:r>
        <w:t xml:space="preserve">    (b) tall stone monument</w:t>
      </w:r>
      <w:r>
        <w:br/>
      </w:r>
      <w:r>
        <w:t xml:space="preserve">    (c) narrow garden path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principal</w:t>
      </w:r>
      <w:r>
        <w:rPr>
          <w:b/>
          <w:bCs/>
        </w:rPr>
        <w:t xml:space="preserve"> </w:t>
      </w:r>
      <w:r>
        <w:rPr>
          <w:b/>
          <w:bCs/>
        </w:rPr>
        <w:t xml:space="preserve">reason for the delay was bad weather.</w:t>
      </w:r>
      <w:r>
        <w:br/>
      </w:r>
      <w:r>
        <w:t xml:space="preserve">    (a) main</w:t>
      </w:r>
      <w:r>
        <w:br/>
      </w:r>
      <w:r>
        <w:t xml:space="preserve">    (b) stated</w:t>
      </w:r>
      <w:r>
        <w:br/>
      </w:r>
      <w:r>
        <w:t xml:space="preserve">    (c) final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hands began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quiver</w:t>
      </w:r>
      <w:r>
        <w:rPr>
          <w:b/>
          <w:bCs/>
        </w:rPr>
        <w:t xml:space="preserve"> </w:t>
      </w:r>
      <w:r>
        <w:rPr>
          <w:b/>
          <w:bCs/>
        </w:rPr>
        <w:t xml:space="preserve">as she opened the envelope.</w:t>
      </w:r>
      <w:r>
        <w:br/>
      </w:r>
      <w:r>
        <w:t xml:space="preserve">    (a) slightly shake</w:t>
      </w:r>
      <w:r>
        <w:br/>
      </w:r>
      <w:r>
        <w:t xml:space="preserve">    (b) tightly grip</w:t>
      </w:r>
      <w:r>
        <w:br/>
      </w:r>
      <w:r>
        <w:t xml:space="preserve">    (c) quickly move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During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reign</w:t>
      </w:r>
      <w:r>
        <w:rPr>
          <w:b/>
          <w:bCs/>
        </w:rPr>
        <w:t xml:space="preserve">, Augustus shrank the size of the senate from 900 to 600 members.</w:t>
      </w:r>
      <w:r>
        <w:br/>
      </w:r>
      <w:r>
        <w:t xml:space="preserve">    (a) lifetime</w:t>
      </w:r>
      <w:r>
        <w:br/>
      </w:r>
      <w:r>
        <w:t xml:space="preserve">    (b) time during which he ruled</w:t>
      </w:r>
      <w:r>
        <w:br/>
      </w:r>
      <w:r>
        <w:t xml:space="preserve">    (c) period of rapid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Fame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reigns</w:t>
      </w:r>
      <w:r>
        <w:rPr>
          <w:b/>
          <w:bCs/>
        </w:rPr>
        <w:t xml:space="preserve"> </w:t>
      </w:r>
      <w:r>
        <w:rPr>
          <w:b/>
          <w:bCs/>
        </w:rPr>
        <w:t xml:space="preserve">in Hollywood.</w:t>
      </w:r>
      <w:r>
        <w:br/>
      </w:r>
      <w:r>
        <w:t xml:space="preserve">    (a) is both good and bad in its effect</w:t>
      </w:r>
      <w:r>
        <w:br/>
      </w:r>
      <w:r>
        <w:t xml:space="preserve">    (b) comes and goes</w:t>
      </w:r>
      <w:r>
        <w:br/>
      </w:r>
      <w:r>
        <w:t xml:space="preserve">    (c) is most important or powerful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solemn</w:t>
      </w:r>
      <w:r>
        <w:rPr>
          <w:b/>
          <w:bCs/>
        </w:rPr>
        <w:t xml:space="preserve"> </w:t>
      </w:r>
      <w:r>
        <w:rPr>
          <w:b/>
          <w:bCs/>
        </w:rPr>
        <w:t xml:space="preserve">at the funeral.</w:t>
      </w:r>
      <w:r>
        <w:br/>
      </w:r>
      <w:r>
        <w:t xml:space="preserve">    (a) teary eyed</w:t>
      </w:r>
      <w:r>
        <w:br/>
      </w:r>
      <w:r>
        <w:t xml:space="preserve">    (b) serious and dignified</w:t>
      </w:r>
      <w:r>
        <w:br/>
      </w:r>
      <w:r>
        <w:t xml:space="preserve">    (c) dressed in dark colors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sulked</w:t>
      </w:r>
      <w:r>
        <w:rPr>
          <w:b/>
          <w:bCs/>
        </w:rPr>
        <w:t xml:space="preserve"> </w:t>
      </w:r>
      <w:r>
        <w:rPr>
          <w:b/>
          <w:bCs/>
        </w:rPr>
        <w:t xml:space="preserve">for the rest of the week when she learned she would not make the starting team.</w:t>
      </w:r>
      <w:r>
        <w:br/>
      </w:r>
      <w:r>
        <w:t xml:space="preserve">    (a) was angry and lashed out</w:t>
      </w:r>
      <w:r>
        <w:br/>
      </w:r>
      <w:r>
        <w:t xml:space="preserve">    (b) worked tirelessly to improve</w:t>
      </w:r>
      <w:r>
        <w:br/>
      </w:r>
      <w:r>
        <w:t xml:space="preserve">    (c) was unhappy and unsociable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reduced locations where mosquito eggs can mature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therefore</w:t>
      </w:r>
      <w:r>
        <w:rPr>
          <w:b/>
          <w:bCs/>
        </w:rPr>
        <w:t xml:space="preserve"> </w:t>
      </w:r>
      <w:r>
        <w:rPr>
          <w:b/>
          <w:bCs/>
        </w:rPr>
        <w:t xml:space="preserve">reduced the number of mosquitoes.</w:t>
      </w:r>
      <w:r>
        <w:br/>
      </w:r>
      <w:r>
        <w:t xml:space="preserve">    (a) in addition</w:t>
      </w:r>
      <w:r>
        <w:br/>
      </w:r>
      <w:r>
        <w:t xml:space="preserve">    (b) in spite of that</w:t>
      </w:r>
      <w:r>
        <w:br/>
      </w:r>
      <w:r>
        <w:t xml:space="preserve">    (c) for that reason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general's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treachery</w:t>
      </w:r>
      <w:r>
        <w:rPr>
          <w:b/>
          <w:bCs/>
        </w:rPr>
        <w:t xml:space="preserve"> </w:t>
      </w:r>
      <w:r>
        <w:rPr>
          <w:b/>
          <w:bCs/>
        </w:rPr>
        <w:t xml:space="preserve">put the whole army in danger.</w:t>
      </w:r>
      <w:r>
        <w:br/>
      </w:r>
      <w:r>
        <w:t xml:space="preserve">    (a) confusion</w:t>
      </w:r>
      <w:r>
        <w:br/>
      </w:r>
      <w:r>
        <w:t xml:space="preserve">    (b) bravery</w:t>
      </w:r>
      <w:r>
        <w:br/>
      </w:r>
      <w:r>
        <w:t xml:space="preserve">    (c) betrayal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2026-07-31T15:11:00Z</dcterms:created>
  <dcterms:modified xsi:type="dcterms:W3CDTF">2026-07-31T15:11:00Z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