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9cdd11be5d70d631d3632aea45308d05cba515"/>
    <w:p>
      <w:pPr>
        <w:pStyle w:val="Heading1"/>
      </w:pPr>
      <w:r>
        <w:rPr>
          <w:b/>
          <w:bCs/>
        </w:rPr>
        <w:t xml:space="preserve">The Lion, the Witch and the Wardrobe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fail English because I didn't do my homework, there will be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appeasing</w:t>
      </w:r>
      <w:r>
        <w:rPr>
          <w:b/>
          <w:bCs/>
        </w:rPr>
        <w:t xml:space="preserve"> </w:t>
      </w:r>
      <w:r>
        <w:rPr>
          <w:b/>
          <w:bCs/>
        </w:rPr>
        <w:t xml:space="preserve">my mother.</w:t>
      </w:r>
      <w:r>
        <w:br/>
      </w:r>
      <w:r>
        <w:t xml:space="preserve">    (a) calming</w:t>
      </w:r>
      <w:r>
        <w:br/>
      </w:r>
      <w:r>
        <w:t xml:space="preserve">    (b) talking with</w:t>
      </w:r>
      <w:r>
        <w:br/>
      </w:r>
      <w:r>
        <w:t xml:space="preserve">    (c) hiding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consorts</w:t>
      </w:r>
      <w:r>
        <w:rPr>
          <w:b/>
          <w:bCs/>
        </w:rPr>
        <w:t xml:space="preserve"> </w:t>
      </w:r>
      <w:r>
        <w:rPr>
          <w:b/>
          <w:bCs/>
        </w:rPr>
        <w:t xml:space="preserve">with gang members and criminals.</w:t>
      </w:r>
      <w:r>
        <w:br/>
      </w:r>
      <w:r>
        <w:t xml:space="preserve">    (a) associates</w:t>
      </w:r>
      <w:r>
        <w:br/>
      </w:r>
      <w:r>
        <w:t xml:space="preserve">    (b) fights</w:t>
      </w:r>
      <w:r>
        <w:br/>
      </w:r>
      <w:r>
        <w:t xml:space="preserve">    (c) avoids company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detective used a fake wallet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decoy</w:t>
      </w:r>
      <w:r>
        <w:rPr>
          <w:b/>
          <w:bCs/>
        </w:rPr>
        <w:t xml:space="preserve"> </w:t>
      </w:r>
      <w:r>
        <w:rPr>
          <w:b/>
          <w:bCs/>
        </w:rPr>
        <w:t xml:space="preserve">to distract the thief.</w:t>
      </w:r>
      <w:r>
        <w:br/>
      </w:r>
      <w:r>
        <w:t xml:space="preserve">    (a) careful warning</w:t>
      </w:r>
      <w:r>
        <w:br/>
      </w:r>
      <w:r>
        <w:t xml:space="preserve">    (b) valuable reward</w:t>
      </w:r>
      <w:r>
        <w:br/>
      </w:r>
      <w:r>
        <w:t xml:space="preserve">    (c) misleading attraction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have a tight deadline, but the entire company is at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.</w:t>
      </w:r>
      <w:r>
        <w:br/>
      </w:r>
      <w:r>
        <w:t xml:space="preserve">    (a) office</w:t>
      </w:r>
      <w:r>
        <w:br/>
      </w:r>
      <w:r>
        <w:t xml:space="preserve">    (b) command</w:t>
      </w:r>
      <w:r>
        <w:br/>
      </w:r>
      <w:r>
        <w:t xml:space="preserve">    (c) mercy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disputes</w:t>
      </w:r>
      <w:r>
        <w:rPr>
          <w:b/>
          <w:bCs/>
        </w:rPr>
        <w:t xml:space="preserve"> </w:t>
      </w:r>
      <w:r>
        <w:rPr>
          <w:b/>
          <w:bCs/>
        </w:rPr>
        <w:t xml:space="preserve">his claim.</w:t>
      </w:r>
      <w:r>
        <w:br/>
      </w:r>
      <w:r>
        <w:t xml:space="preserve">    (a) supports</w:t>
      </w:r>
      <w:r>
        <w:br/>
      </w:r>
      <w:r>
        <w:t xml:space="preserve">    (b) accepts</w:t>
      </w:r>
      <w:r>
        <w:br/>
      </w:r>
      <w:r>
        <w:t xml:space="preserve">    (c) challenges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 was half an hour late and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forfeit</w:t>
      </w:r>
      <w:r>
        <w:rPr>
          <w:b/>
          <w:bCs/>
        </w:rPr>
        <w:t xml:space="preserve"> </w:t>
      </w:r>
      <w:r>
        <w:rPr>
          <w:b/>
          <w:bCs/>
        </w:rPr>
        <w:t xml:space="preserve">the game.</w:t>
      </w:r>
      <w:r>
        <w:br/>
      </w:r>
      <w:r>
        <w:t xml:space="preserve">    (a) give up as lost</w:t>
      </w:r>
      <w:r>
        <w:br/>
      </w:r>
      <w:r>
        <w:t xml:space="preserve">    (b) re-schedule</w:t>
      </w:r>
      <w:r>
        <w:br/>
      </w:r>
      <w:r>
        <w:t xml:space="preserve">    (c) rush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Potter said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"expecto patronum"</w:t>
      </w:r>
      <w:r>
        <w:rPr>
          <w:b/>
          <w:bCs/>
        </w:rPr>
        <w:t xml:space="preserve"> </w:t>
      </w:r>
      <w:r>
        <w:rPr>
          <w:b/>
          <w:bCs/>
        </w:rPr>
        <w:t xml:space="preserve">as he focuses on a happy memory to summon protection from dark magic.</w:t>
      </w:r>
      <w:r>
        <w:br/>
      </w:r>
      <w:r>
        <w:t xml:space="preserve">    (a) foreign phrase</w:t>
      </w:r>
      <w:r>
        <w:br/>
      </w:r>
      <w:r>
        <w:t xml:space="preserve">    (b) common saying</w:t>
      </w:r>
      <w:r>
        <w:br/>
      </w:r>
      <w:r>
        <w:t xml:space="preserve">    (c) magic words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tending</w:t>
      </w:r>
      <w:r>
        <w:br/>
      </w:r>
      <w:r>
        <w:t xml:space="preserve">    (b) disinclined</w:t>
      </w:r>
      <w:r>
        <w:br/>
      </w:r>
      <w:r>
        <w:t xml:space="preserve">    (c) afraid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die</w:t>
      </w:r>
      <w:r>
        <w:br/>
      </w:r>
      <w:r>
        <w:t xml:space="preserve">    (b) fail</w:t>
      </w:r>
      <w:r>
        <w:br/>
      </w:r>
      <w:r>
        <w:t xml:space="preserve">    (c)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young pianist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prodigious</w:t>
      </w:r>
      <w:r>
        <w:rPr>
          <w:b/>
          <w:bCs/>
        </w:rPr>
        <w:t xml:space="preserve"> </w:t>
      </w:r>
      <w:r>
        <w:rPr>
          <w:b/>
          <w:bCs/>
        </w:rPr>
        <w:t xml:space="preserve">talent at her very first recital.</w:t>
      </w:r>
      <w:r>
        <w:br/>
      </w:r>
      <w:r>
        <w:t xml:space="preserve">    (a) remarkably great</w:t>
      </w:r>
      <w:r>
        <w:br/>
      </w:r>
      <w:r>
        <w:t xml:space="preserve">    (b) carefully practiced</w:t>
      </w:r>
      <w:r>
        <w:br/>
      </w:r>
      <w:r>
        <w:t xml:space="preserve">    (c) barely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self-fulfilling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prophecy</w:t>
      </w:r>
      <w:r>
        <w:rPr>
          <w:b/>
          <w:bCs/>
        </w:rPr>
        <w:t xml:space="preserve">.</w:t>
      </w:r>
      <w:r>
        <w:br/>
      </w:r>
      <w:r>
        <w:t xml:space="preserve">    (a) prediction</w:t>
      </w:r>
      <w:r>
        <w:br/>
      </w:r>
      <w:r>
        <w:t xml:space="preserve">    (b) profitable enterprise</w:t>
      </w:r>
      <w:r>
        <w:br/>
      </w:r>
      <w:r>
        <w:t xml:space="preserve">    (c) explanation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rampant</w:t>
      </w:r>
      <w:r>
        <w:rPr>
          <w:b/>
          <w:bCs/>
        </w:rPr>
        <w:t xml:space="preserve"> </w:t>
      </w:r>
      <w:r>
        <w:rPr>
          <w:b/>
          <w:bCs/>
        </w:rPr>
        <w:t xml:space="preserve">inflation was making it difficult for people to afford basic necessities.</w:t>
      </w:r>
      <w:r>
        <w:br/>
      </w:r>
      <w:r>
        <w:t xml:space="preserve">    (a) uncontrolled</w:t>
      </w:r>
      <w:r>
        <w:br/>
      </w:r>
      <w:r>
        <w:t xml:space="preserve">    (b) harmful</w:t>
      </w:r>
      <w:r>
        <w:br/>
      </w:r>
      <w:r>
        <w:t xml:space="preserve">    (c) new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villagers' annual festival was known for its colorful costumes and joyful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revelry</w:t>
      </w:r>
      <w:r>
        <w:rPr>
          <w:b/>
          <w:bCs/>
        </w:rPr>
        <w:t xml:space="preserve">.</w:t>
      </w:r>
      <w:r>
        <w:br/>
      </w:r>
      <w:r>
        <w:t xml:space="preserve">    (a) lively partying</w:t>
      </w:r>
      <w:r>
        <w:br/>
      </w:r>
      <w:r>
        <w:t xml:space="preserve">    (b) an economic system where most decisions are made through voluntary buying and selling</w:t>
      </w:r>
      <w:r>
        <w:br/>
      </w:r>
      <w:r>
        <w:t xml:space="preserve">    (c) a substance that stimulates the production of antibodies to protect against a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trains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spectacles</w:t>
      </w:r>
      <w:r>
        <w:rPr>
          <w:b/>
          <w:bCs/>
        </w:rPr>
        <w:t xml:space="preserve"> </w:t>
      </w:r>
      <w:r>
        <w:rPr>
          <w:b/>
          <w:bCs/>
        </w:rPr>
        <w:t xml:space="preserve">for reading.</w:t>
      </w:r>
      <w:r>
        <w:br/>
      </w:r>
      <w:r>
        <w:t xml:space="preserve">    (a) eyeglasses</w:t>
      </w:r>
      <w:r>
        <w:br/>
      </w:r>
      <w:r>
        <w:t xml:space="preserve">    (b) magnifying glasses</w:t>
      </w:r>
      <w:r>
        <w:br/>
      </w:r>
      <w:r>
        <w:t xml:space="preserve">    (c) bright lights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country where drought brings with it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specter</w:t>
      </w:r>
      <w:r>
        <w:rPr>
          <w:b/>
          <w:bCs/>
        </w:rPr>
        <w:t xml:space="preserve"> </w:t>
      </w:r>
      <w:r>
        <w:rPr>
          <w:b/>
          <w:bCs/>
        </w:rPr>
        <w:t xml:space="preserve">of famine.</w:t>
      </w:r>
      <w:r>
        <w:br/>
      </w:r>
      <w:r>
        <w:t xml:space="preserve">    (a) memory</w:t>
      </w:r>
      <w:r>
        <w:br/>
      </w:r>
      <w:r>
        <w:t xml:space="preserve">    (b) frightening possibility</w:t>
      </w:r>
      <w:r>
        <w:br/>
      </w:r>
      <w:r>
        <w:t xml:space="preserve">    (c) false threat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treacherous</w:t>
      </w:r>
      <w:r>
        <w:rPr>
          <w:b/>
          <w:bCs/>
        </w:rPr>
        <w:t xml:space="preserve"> </w:t>
      </w:r>
      <w:r>
        <w:rPr>
          <w:b/>
          <w:bCs/>
        </w:rPr>
        <w:t xml:space="preserve">act.</w:t>
      </w:r>
      <w:r>
        <w:br/>
      </w:r>
      <w:r>
        <w:t xml:space="preserve">    (a) especially cruel</w:t>
      </w:r>
      <w:r>
        <w:br/>
      </w:r>
      <w:r>
        <w:t xml:space="preserve">    (b) highly moral</w:t>
      </w:r>
      <w:r>
        <w:br/>
      </w:r>
      <w:r>
        <w:t xml:space="preserve">    (c) betraying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other's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first chapter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whets</w:t>
      </w:r>
      <w:r>
        <w:rPr>
          <w:b/>
          <w:bCs/>
        </w:rPr>
        <w:t xml:space="preserve"> </w:t>
      </w:r>
      <w:r>
        <w:rPr>
          <w:b/>
          <w:bCs/>
        </w:rPr>
        <w:t xml:space="preserve">the reader's curiosity about the mystery.</w:t>
      </w:r>
      <w:r>
        <w:br/>
      </w:r>
      <w:r>
        <w:t xml:space="preserve">    (a) diminishes</w:t>
      </w:r>
      <w:r>
        <w:br/>
      </w:r>
      <w:r>
        <w:t xml:space="preserve">    (b) stimulates</w:t>
      </w:r>
      <w:r>
        <w:br/>
      </w:r>
      <w:r>
        <w:t xml:space="preserve">    (c) confuses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photograph showed poor people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village in East Africa.</w:t>
      </w:r>
      <w:r>
        <w:br/>
      </w:r>
      <w:r>
        <w:t xml:space="preserve">    (a) in terrible condition</w:t>
      </w:r>
      <w:r>
        <w:br/>
      </w:r>
      <w:r>
        <w:t xml:space="preserve">    (b) foolish or thoughtless</w:t>
      </w:r>
      <w:r>
        <w:br/>
      </w:r>
      <w:r>
        <w:t xml:space="preserve">    (c) irresponsible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2026-07-31T15:11:00Z</dcterms:created>
  <dcterms:modified xsi:type="dcterms:W3CDTF">2026-07-31T15:11:00Z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