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98a065f2c1438140934d4a2ab8f583772bf885"/>
    <w:p>
      <w:pPr>
        <w:pStyle w:val="Heading1"/>
      </w:pPr>
      <w:r>
        <w:rPr>
          <w:b/>
          <w:bCs/>
        </w:rPr>
        <w:t xml:space="preserve">The Lion, the Witch and the Wardrobe</w:t>
      </w:r>
      <w:r>
        <w:br/>
      </w:r>
      <w:r>
        <w:rPr>
          <w:i/>
          <w:iCs/>
        </w:rPr>
        <w:t xml:space="preserve">C. S. Lewis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Lucy felt a little frightened, but she felt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inquisitive</w:t>
      </w:r>
      <w:r>
        <w:rPr>
          <w:b/>
          <w:bCs/>
        </w:rPr>
        <w:t xml:space="preserve"> </w:t>
      </w:r>
      <w:r>
        <w:rPr>
          <w:b/>
          <w:bCs/>
        </w:rPr>
        <w:t xml:space="preserve">and excited as well.</w:t>
      </w:r>
      <w:r>
        <w:br/>
      </w:r>
      <w:r>
        <w:t xml:space="preserve">    (a) not having the characteristic of bouncing back light/heat/sound...</w:t>
      </w:r>
      <w:r>
        <w:br/>
      </w:r>
      <w:r>
        <w:t xml:space="preserve">    (b) eager to learn about things</w:t>
      </w:r>
      <w:r>
        <w:br/>
      </w:r>
      <w:r>
        <w:t xml:space="preserve">    (c) the quality or degree of the involvement of other people or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...it is winter in Narnia ... Daughter of Eve from the far land of Spare Oom where eternal summer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reigns</w:t>
      </w:r>
      <w:r>
        <w:rPr>
          <w:b/>
          <w:bCs/>
        </w:rPr>
        <w:t xml:space="preserve">...</w:t>
      </w:r>
      <w:r>
        <w:br/>
      </w:r>
      <w:r>
        <w:t xml:space="preserve">    (a) is important or noticeable</w:t>
      </w:r>
      <w:r>
        <w:br/>
      </w:r>
      <w:r>
        <w:t xml:space="preserve">    (b) moves back and forth; or is unsure or weak</w:t>
      </w:r>
      <w:r>
        <w:br/>
      </w:r>
      <w:r>
        <w:t xml:space="preserve">    (c) won't answer questions; or blocks progress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...when two Sons of Adam and two Daughters of Eve sit in those four thrones, then it will be the end not only of the White Witch's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reign</w:t>
      </w:r>
      <w:r>
        <w:rPr>
          <w:b/>
          <w:bCs/>
        </w:rPr>
        <w:t xml:space="preserve"> </w:t>
      </w:r>
      <w:r>
        <w:rPr>
          <w:b/>
          <w:bCs/>
        </w:rPr>
        <w:t xml:space="preserve">but of her life,</w:t>
      </w:r>
      <w:r>
        <w:br/>
      </w:r>
      <w:r>
        <w:t xml:space="preserve">    (a) draw</w:t>
      </w:r>
      <w:r>
        <w:br/>
      </w:r>
      <w:r>
        <w:t xml:space="preserve">    (b) copy</w:t>
      </w:r>
      <w:r>
        <w:br/>
      </w:r>
      <w:r>
        <w:t xml:space="preserve">    (c) time of rule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 to that moment Edmund had been feeling sick,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sulky</w:t>
      </w:r>
      <w:r>
        <w:rPr>
          <w:b/>
          <w:bCs/>
        </w:rPr>
        <w:t xml:space="preserve">, and annoyed with Lucy for being right, but he hadn't made up his mind what to do.</w:t>
      </w:r>
      <w:r>
        <w:br/>
      </w:r>
      <w:r>
        <w:t xml:space="preserve">    (a) without gender classification</w:t>
      </w:r>
      <w:r>
        <w:br/>
      </w:r>
      <w:r>
        <w:t xml:space="preserve">    (b) overly unhappy and unsociable</w:t>
      </w:r>
      <w:r>
        <w:br/>
      </w:r>
      <w:r>
        <w:t xml:space="preserve">    (c) not able to be disagreed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should not be at all surprised to find that the other world had a separate time of its own; so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 long</w:t>
      </w:r>
      <w:r>
        <w:rPr>
          <w:b/>
          <w:bCs/>
        </w:rPr>
        <w:t xml:space="preserve"> </w:t>
      </w:r>
      <w:r>
        <w:rPr>
          <w:b/>
          <w:bCs/>
        </w:rPr>
        <w:t xml:space="preserve">you stayed there it would never take up any of our time.</w:t>
      </w:r>
      <w:r>
        <w:br/>
      </w:r>
      <w:r>
        <w:t xml:space="preserve">    (a) lowest legal hourly pay</w:t>
      </w:r>
      <w:r>
        <w:br/>
      </w:r>
      <w:r>
        <w:t xml:space="preserve">    (b) one mind (in agreement)</w:t>
      </w:r>
      <w:r>
        <w:br/>
      </w:r>
      <w:r>
        <w:t xml:space="preserve">    (c) regardless of how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Anyway, she'll be better than that awful Aslan! At least, that was the excuse he made in his own mind for what he was doing. It wasn't a very good excuse,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for deep down inside him he really knew that the White Witch was bad and cruel.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though (used to connect contrasting ideas)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therefore</w:t>
      </w:r>
      <w:r>
        <w:rPr>
          <w:b/>
          <w:bCs/>
        </w:rPr>
        <w:t xml:space="preserve"> </w:t>
      </w:r>
      <w:r>
        <w:rPr>
          <w:b/>
          <w:bCs/>
        </w:rPr>
        <w:t xml:space="preserve">all hurried along behind their new friend who led them at a surprisingly quick pace, and always in the thickest parts of the forest, for over an hour.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for that reason</w:t>
      </w:r>
      <w:r>
        <w:br/>
      </w:r>
      <w:r>
        <w:t xml:space="preserve">    (c) even though -- used to connect contrasting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"How perfectly dreadful!" said Susan as they at last came back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.</w:t>
      </w:r>
      <w:r>
        <w:br/>
      </w:r>
      <w:r>
        <w:t xml:space="preserve">    (a) distress (at not knowing how to improve a bad situation)</w:t>
      </w:r>
      <w:r>
        <w:br/>
      </w:r>
      <w:r>
        <w:t xml:space="preserve">    (b) an annoyed state</w:t>
      </w:r>
      <w:r>
        <w:br/>
      </w:r>
      <w:r>
        <w:t xml:space="preserve">    (c) a happy state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that knowledge,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 </w:t>
      </w:r>
      <w:r>
        <w:rPr>
          <w:b/>
          <w:bCs/>
        </w:rPr>
        <w:t xml:space="preserve">and die!</w:t>
      </w:r>
      <w:r>
        <w:br/>
      </w:r>
      <w:r>
        <w:t xml:space="preserve">    (a) be satisfied</w:t>
      </w:r>
      <w:r>
        <w:br/>
      </w:r>
      <w:r>
        <w:t xml:space="preserve">    (b) give up hope</w:t>
      </w:r>
      <w:r>
        <w:br/>
      </w:r>
      <w:r>
        <w:t xml:space="preserve">    (c) be smart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Peter was silent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solemn</w:t>
      </w:r>
      <w:r>
        <w:rPr>
          <w:b/>
          <w:bCs/>
        </w:rPr>
        <w:t xml:space="preserve"> </w:t>
      </w:r>
      <w:r>
        <w:rPr>
          <w:b/>
          <w:bCs/>
        </w:rPr>
        <w:t xml:space="preserve">as he received these gifts, for he felt they were a very serious kind of present.</w:t>
      </w:r>
      <w:r>
        <w:br/>
      </w:r>
      <w:r>
        <w:t xml:space="preserve">    (a) able to be taken on as one's own</w:t>
      </w:r>
      <w:r>
        <w:br/>
      </w:r>
      <w:r>
        <w:t xml:space="preserve">    (b) indicating approval or agreement</w:t>
      </w:r>
      <w:r>
        <w:br/>
      </w:r>
      <w:r>
        <w:t xml:space="preserve">    (c) serious and dignified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pavilion</w:t>
      </w:r>
      <w:r>
        <w:rPr>
          <w:b/>
          <w:bCs/>
        </w:rPr>
        <w:t xml:space="preserve"> </w:t>
      </w:r>
      <w:r>
        <w:rPr>
          <w:b/>
          <w:bCs/>
        </w:rPr>
        <w:t xml:space="preserve">pitched on one side of the open place.</w:t>
      </w:r>
      <w:r>
        <w:br/>
      </w:r>
      <w:r>
        <w:t xml:space="preserve">    (a) a large tent</w:t>
      </w:r>
      <w:r>
        <w:br/>
      </w:r>
      <w:r>
        <w:t xml:space="preserve">    (b) a small group of people who plot in secret and exercise power</w:t>
      </w:r>
      <w:r>
        <w:br/>
      </w:r>
      <w:r>
        <w:t xml:space="preserve">    (c) make something more attractive or interesting by adding to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know that every traitor belongs to me as my lawful prey and that for every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treachery</w:t>
      </w:r>
      <w:r>
        <w:rPr>
          <w:b/>
          <w:bCs/>
        </w:rPr>
        <w:t xml:space="preserve"> </w:t>
      </w:r>
      <w:r>
        <w:rPr>
          <w:b/>
          <w:bCs/>
        </w:rPr>
        <w:t xml:space="preserve">I have a right to a kill.</w:t>
      </w:r>
      <w:r>
        <w:br/>
      </w:r>
      <w:r>
        <w:t xml:space="preserve">    (a) disorder</w:t>
      </w:r>
      <w:r>
        <w:br/>
      </w:r>
      <w:r>
        <w:t xml:space="preserve">    (b) betrayal</w:t>
      </w:r>
      <w:r>
        <w:br/>
      </w:r>
      <w:r>
        <w:t xml:space="preserve">    (c) reporter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...waiting and wondering while the Lion and the Witch talked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earnestly</w:t>
      </w:r>
      <w:r>
        <w:rPr>
          <w:b/>
          <w:bCs/>
        </w:rPr>
        <w:t xml:space="preserve"> </w:t>
      </w:r>
      <w:r>
        <w:rPr>
          <w:b/>
          <w:bCs/>
        </w:rPr>
        <w:t xml:space="preserve">together in low voices.</w:t>
      </w:r>
      <w:r>
        <w:br/>
      </w:r>
      <w:r>
        <w:t xml:space="preserve">    (a) in a self-aware manner</w:t>
      </w:r>
      <w:r>
        <w:br/>
      </w:r>
      <w:r>
        <w:t xml:space="preserve">    (b) finally; or in the end</w:t>
      </w:r>
      <w:r>
        <w:br/>
      </w:r>
      <w:r>
        <w:t xml:space="preserve">    (c) very seriously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centaurs</w:t>
      </w:r>
      <w:r>
        <w:rPr>
          <w:b/>
          <w:bCs/>
        </w:rPr>
        <w:t xml:space="preserve"> </w:t>
      </w:r>
      <w:r>
        <w:rPr>
          <w:b/>
          <w:bCs/>
        </w:rPr>
        <w:t xml:space="preserve">stamped uneasily with their hoofs.</w:t>
      </w:r>
      <w:r>
        <w:br/>
      </w:r>
      <w:r>
        <w:t xml:space="preserve">    (a) electronic components that act as one-way valves</w:t>
      </w:r>
      <w:r>
        <w:br/>
      </w:r>
      <w:r>
        <w:t xml:space="preserve">    (b) creatures that are half man half horse</w:t>
      </w:r>
      <w:r>
        <w:br/>
      </w:r>
      <w:r>
        <w:t xml:space="preserve">    (c) images (seen on a mirror or other shiny surface)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ogres</w:t>
      </w:r>
      <w:r>
        <w:rPr>
          <w:b/>
          <w:bCs/>
        </w:rPr>
        <w:t xml:space="preserve"> </w:t>
      </w:r>
      <w:r>
        <w:rPr>
          <w:b/>
          <w:bCs/>
        </w:rPr>
        <w:t xml:space="preserve">with monstrous teeth, and...</w:t>
      </w:r>
      <w:r>
        <w:br/>
      </w:r>
      <w:r>
        <w:t xml:space="preserve">    (a) aka natural rights -- rights that are naturally due because of human nature and the natural condition</w:t>
      </w:r>
      <w:r>
        <w:br/>
      </w:r>
      <w:r>
        <w:t xml:space="preserve">    (b) frightening giants</w:t>
      </w:r>
      <w:r>
        <w:br/>
      </w:r>
      <w:r>
        <w:t xml:space="preserve">    (c) soccer players who play in the middle third of the field and who assist with both defense and offense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...and the children, watching from their hiding-place, could see the face of Aslan looking all small and different without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</w:t>
      </w:r>
      <w:r>
        <w:rPr>
          <w:b/>
          <w:bCs/>
        </w:rPr>
        <w:t xml:space="preserve">.</w:t>
      </w:r>
      <w:r>
        <w:br/>
      </w:r>
      <w:r>
        <w:t xml:space="preserve">    (a) exchange, convert, or pay off</w:t>
      </w:r>
      <w:r>
        <w:br/>
      </w:r>
      <w:r>
        <w:t xml:space="preserve">    (b) select (on a computer screen)</w:t>
      </w:r>
      <w:r>
        <w:br/>
      </w:r>
      <w:r>
        <w:t xml:space="preserve">    (c) lion's hair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stood for a second, his eyes very bright, his limbs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quivering</w:t>
      </w:r>
      <w:r>
        <w:rPr>
          <w:b/>
          <w:bCs/>
        </w:rPr>
        <w:t xml:space="preserve">, lashing himself with his tail.</w:t>
      </w:r>
      <w:r>
        <w:br/>
      </w:r>
      <w:r>
        <w:t xml:space="preserve">    (a) to shake or tremble slightly</w:t>
      </w:r>
      <w:r>
        <w:br/>
      </w:r>
      <w:r>
        <w:t xml:space="preserve">    (b) calculates or judges too low</w:t>
      </w:r>
      <w:r>
        <w:br/>
      </w:r>
      <w:r>
        <w:t xml:space="preserve">    (c) not working or not operating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they made good laws and kept the peace and saved good trees from being unnecessarily cut down,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liberated</w:t>
      </w:r>
      <w:r>
        <w:rPr>
          <w:b/>
          <w:bCs/>
        </w:rPr>
        <w:t xml:space="preserve"> </w:t>
      </w:r>
      <w:r>
        <w:rPr>
          <w:b/>
          <w:bCs/>
        </w:rPr>
        <w:t xml:space="preserve">young dwarfs... from being sent to school</w:t>
      </w:r>
      <w:r>
        <w:br/>
      </w:r>
      <w:r>
        <w:t xml:space="preserve">    (a) collided</w:t>
      </w:r>
      <w:r>
        <w:br/>
      </w:r>
      <w:r>
        <w:t xml:space="preserve">    (b) set free</w:t>
      </w:r>
      <w:r>
        <w:br/>
      </w:r>
      <w:r>
        <w:t xml:space="preserve">    (c) restored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these two Kings and two Queens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principal</w:t>
      </w:r>
      <w:r>
        <w:rPr>
          <w:b/>
          <w:bCs/>
        </w:rPr>
        <w:t xml:space="preserve"> </w:t>
      </w:r>
      <w:r>
        <w:rPr>
          <w:b/>
          <w:bCs/>
        </w:rPr>
        <w:t xml:space="preserve">members of their court, rode a-hunting with horns and hounds in the Western Woods to follow the White Stag.</w:t>
      </w:r>
      <w:r>
        <w:br/>
      </w:r>
      <w:r>
        <w:t xml:space="preserve">    (a) serving to help explain or demonstrate something</w:t>
      </w:r>
      <w:r>
        <w:br/>
      </w:r>
      <w:r>
        <w:t xml:space="preserve">    (b) most important; or person that is most important</w:t>
      </w:r>
      <w:r>
        <w:br/>
      </w:r>
      <w:r>
        <w:t xml:space="preserve">    (c) the state or degree of criticism or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"Madam," said King Edmund, "the like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foreboding</w:t>
      </w:r>
      <w:r>
        <w:rPr>
          <w:b/>
          <w:bCs/>
        </w:rPr>
        <w:t xml:space="preserve"> </w:t>
      </w:r>
      <w:r>
        <w:rPr>
          <w:b/>
          <w:bCs/>
        </w:rPr>
        <w:t xml:space="preserve">stirreth in my heart also."</w:t>
      </w:r>
      <w:r>
        <w:br/>
      </w:r>
      <w:r>
        <w:t xml:space="preserve">    (a) a feeling that something bad is going to happen</w:t>
      </w:r>
      <w:r>
        <w:br/>
      </w:r>
      <w:r>
        <w:t xml:space="preserve">    (b) moving to a worse or less prestigious situation</w:t>
      </w:r>
      <w:r>
        <w:br/>
      </w:r>
      <w:r>
        <w:t xml:space="preserve">    (c) considering (the affect on a result or outcome)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2026-07-31T15:11:00Z</dcterms:created>
  <dcterms:modified xsi:type="dcterms:W3CDTF">2026-07-31T15:11:00Z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