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5000595663e7f52af77a057ea1151ab8f33f11"/>
    <w:p>
      <w:pPr>
        <w:pStyle w:val="Heading1"/>
      </w:pPr>
      <w:r>
        <w:rPr>
          <w:b/>
          <w:bCs/>
        </w:rPr>
        <w:t xml:space="preserve">The Lion, the Witch and the Wardrobe</w:t>
      </w:r>
      <w:r>
        <w:br/>
      </w:r>
      <w:r>
        <w:rPr>
          <w:i/>
          <w:iCs/>
        </w:rPr>
        <w:t xml:space="preserve">C. S. Lewis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 not mean to hide in the wardrobe, because she knew that would only set the others talking again about the whole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wretched</w:t>
      </w:r>
      <w:r>
        <w:rPr>
          <w:b/>
          <w:bCs/>
        </w:rPr>
        <w:t xml:space="preserve"> </w:t>
      </w:r>
      <w:r>
        <w:rPr>
          <w:b/>
          <w:bCs/>
        </w:rPr>
        <w:t xml:space="preserve">business.</w:t>
      </w:r>
      <w:r>
        <w:br/>
      </w:r>
      <w:r>
        <w:t xml:space="preserve">    (a) exactness or accuracy</w:t>
      </w:r>
      <w:r>
        <w:br/>
      </w:r>
      <w:r>
        <w:t xml:space="preserve">    (b) unfortunate or miserable</w:t>
      </w:r>
      <w:r>
        <w:br/>
      </w:r>
      <w:r>
        <w:t xml:space="preserve">    (c) not easily identified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they went and knocked at the study door, and the Professor said "Come in," and got up and found chairs for them and said he was quite at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disposal</w:t>
      </w:r>
      <w:r>
        <w:rPr>
          <w:b/>
          <w:bCs/>
        </w:rPr>
        <w:t xml:space="preserve">.</w:t>
      </w:r>
      <w:r>
        <w:br/>
      </w:r>
      <w:r>
        <w:t xml:space="preserve">    (a) the taking on or adoption of power or responsibility</w:t>
      </w:r>
      <w:r>
        <w:br/>
      </w:r>
      <w:r>
        <w:t xml:space="preserve">    (b) the process of controlling (how something turns out)</w:t>
      </w:r>
      <w:r>
        <w:br/>
      </w:r>
      <w:r>
        <w:t xml:space="preserve">    (c) command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...and neither she nor anyone else felt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inclined</w:t>
      </w:r>
      <w:r>
        <w:rPr>
          <w:b/>
          <w:bCs/>
        </w:rPr>
        <w:t xml:space="preserve"> </w:t>
      </w:r>
      <w:r>
        <w:rPr>
          <w:b/>
          <w:bCs/>
        </w:rPr>
        <w:t xml:space="preserve">to talk about the wardrobe at all.</w:t>
      </w:r>
      <w:r>
        <w:br/>
      </w:r>
      <w:r>
        <w:t xml:space="preserve">    (a) in the mood</w:t>
      </w:r>
      <w:r>
        <w:br/>
      </w:r>
      <w:r>
        <w:t xml:space="preserve">    (b) not capable of being suffered through (or put up with)</w:t>
      </w:r>
      <w:r>
        <w:br/>
      </w:r>
      <w:r>
        <w:t xml:space="preserve">    (c) the degree to which something can be solved or settled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Merely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trifle</w:t>
      </w:r>
      <w:r>
        <w:rPr>
          <w:b/>
          <w:bCs/>
        </w:rPr>
        <w:t xml:space="preserve">!</w:t>
      </w:r>
      <w:r>
        <w:br/>
      </w:r>
      <w:r>
        <w:t xml:space="preserve">    (a) little thing</w:t>
      </w:r>
      <w:r>
        <w:br/>
      </w:r>
      <w:r>
        <w:t xml:space="preserve">    (b) leave a place, job or position previously occupied</w:t>
      </w:r>
      <w:r>
        <w:br/>
      </w:r>
      <w:r>
        <w:t xml:space="preserve">    (c) someone (or something) taking the place of another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didn't like to mention it before (he being your brother and all) but the moment I set eyes on that brother of yours I said to myself '</w:t>
      </w:r>
      <w:r>
        <w:rPr>
          <w:b/>
          <w:bCs/>
          <w:u w:val="single"/>
        </w:rPr>
        <w:t xml:space="preserve">Treacherous</w:t>
      </w:r>
      <w:r>
        <w:rPr>
          <w:b/>
          <w:bCs/>
        </w:rPr>
        <w:t xml:space="preserve">'.</w:t>
      </w:r>
      <w:r>
        <w:br/>
      </w:r>
      <w:r>
        <w:t xml:space="preserve">    (a) difficult</w:t>
      </w:r>
      <w:r>
        <w:br/>
      </w:r>
      <w:r>
        <w:t xml:space="preserve">    (b) cruel</w:t>
      </w:r>
      <w:r>
        <w:br/>
      </w:r>
      <w:r>
        <w:t xml:space="preserve">    (c) likely to betray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she'll keep him alive as long as he's the only one she's got, because she'll want to use him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decoy</w:t>
      </w:r>
      <w:r>
        <w:rPr>
          <w:b/>
          <w:bCs/>
        </w:rPr>
        <w:t xml:space="preserve">; as bait to catch the rest of you with.</w:t>
      </w:r>
      <w:r>
        <w:br/>
      </w:r>
      <w:r>
        <w:t xml:space="preserve">    (a) point to differences between; or compare to show differences</w:t>
      </w:r>
      <w:r>
        <w:br/>
      </w:r>
      <w:r>
        <w:t xml:space="preserve">    (b) someone or something used for trickery -- especially to lure</w:t>
      </w:r>
      <w:r>
        <w:br/>
      </w:r>
      <w:r>
        <w:t xml:space="preserve">    (c) provide investment funds for something -- such as a business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took a stump of lead pencil out of his pocket and scribbled a moustache on the lion's upper lip and then a pair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spectacles</w:t>
      </w:r>
      <w:r>
        <w:rPr>
          <w:b/>
          <w:bCs/>
        </w:rPr>
        <w:t xml:space="preserve"> </w:t>
      </w:r>
      <w:r>
        <w:rPr>
          <w:b/>
          <w:bCs/>
        </w:rPr>
        <w:t xml:space="preserve">on its eyes.</w:t>
      </w:r>
      <w:r>
        <w:br/>
      </w:r>
      <w:r>
        <w:t xml:space="preserve">    (a) eyeglasses</w:t>
      </w:r>
      <w:r>
        <w:br/>
      </w:r>
      <w:r>
        <w:t xml:space="preserve">    (b) inexperience, innocence, or lack of sophistication</w:t>
      </w:r>
      <w:r>
        <w:br/>
      </w:r>
      <w:r>
        <w:t xml:space="preserve">    (c) light seen after bouncing off a surface to another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wonderful pavilion it was—and especially now when the light of the setting sun fell upon it—with sides of what looked like yellow silk and cords of crimson and tent-pegs of ivory; and high above it on a pole a banner which bore a red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rampant</w:t>
      </w:r>
      <w:r>
        <w:rPr>
          <w:b/>
          <w:bCs/>
        </w:rPr>
        <w:t xml:space="preserve"> </w:t>
      </w:r>
      <w:r>
        <w:rPr>
          <w:b/>
          <w:bCs/>
        </w:rPr>
        <w:t xml:space="preserve">lion fluttering in the breeze which was blowing in their faces from the far-off sea.</w:t>
      </w:r>
      <w:r>
        <w:br/>
      </w:r>
      <w:r>
        <w:t xml:space="preserve">    (a) relating separately to the people or things just mentioned</w:t>
      </w:r>
      <w:r>
        <w:br/>
      </w:r>
      <w:r>
        <w:t xml:space="preserve">    (b) something undesired and flourishing in an uncontrolled way</w:t>
      </w:r>
      <w:r>
        <w:br/>
      </w:r>
      <w:r>
        <w:t xml:space="preserve">    (c) in a manner of accepting something as true (without proof)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would not fulfil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prophecy</w:t>
      </w:r>
      <w:r>
        <w:rPr>
          <w:b/>
          <w:bCs/>
        </w:rPr>
        <w:t xml:space="preserve">.</w:t>
      </w:r>
      <w:r>
        <w:br/>
      </w:r>
      <w:r>
        <w:t xml:space="preserve">    (a) prediction of the future</w:t>
      </w:r>
      <w:r>
        <w:br/>
      </w:r>
      <w:r>
        <w:t xml:space="preserve">    (b) a positively charged ion</w:t>
      </w:r>
      <w:r>
        <w:br/>
      </w:r>
      <w:r>
        <w:t xml:space="preserve">    (c) social event or ceremony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...said the Witch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scornfully</w:t>
      </w:r>
      <w:r>
        <w:rPr>
          <w:b/>
          <w:bCs/>
        </w:rPr>
        <w:t xml:space="preserve">.</w:t>
      </w:r>
      <w:r>
        <w:br/>
      </w:r>
      <w:r>
        <w:t xml:space="preserve">    (a) with grace of movement and flexibility</w:t>
      </w:r>
      <w:r>
        <w:br/>
      </w:r>
      <w:r>
        <w:t xml:space="preserve">    (b) in a manner that is not easily noticed</w:t>
      </w:r>
      <w:r>
        <w:br/>
      </w:r>
      <w:r>
        <w:t xml:space="preserve">    (c) with a strong lack of respect or disdain -- sometimes accompanied by a feeling of intense dislike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meantime we will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dispute</w:t>
      </w:r>
      <w:r>
        <w:rPr>
          <w:b/>
          <w:bCs/>
        </w:rPr>
        <w:t xml:space="preserve"> </w:t>
      </w:r>
      <w:r>
        <w:rPr>
          <w:b/>
          <w:bCs/>
        </w:rPr>
        <w:t xml:space="preserve">about them.</w:t>
      </w:r>
      <w:r>
        <w:br/>
      </w:r>
      <w:r>
        <w:t xml:space="preserve">    (a) argue</w:t>
      </w:r>
      <w:r>
        <w:br/>
      </w:r>
      <w:r>
        <w:t xml:space="preserve">    (b) learn, discover, or decide in advance</w:t>
      </w:r>
      <w:r>
        <w:br/>
      </w:r>
      <w:r>
        <w:t xml:space="preserve">    (c) a pleasing way of speaking or singing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life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forfeit</w:t>
      </w:r>
      <w:r>
        <w:rPr>
          <w:b/>
          <w:bCs/>
        </w:rPr>
        <w:t xml:space="preserve"> </w:t>
      </w:r>
      <w:r>
        <w:rPr>
          <w:b/>
          <w:bCs/>
        </w:rPr>
        <w:t xml:space="preserve">to me.</w:t>
      </w:r>
      <w:r>
        <w:br/>
      </w:r>
      <w:r>
        <w:t xml:space="preserve">    (a) lost or surrendered</w:t>
      </w:r>
      <w:r>
        <w:br/>
      </w:r>
      <w:r>
        <w:t xml:space="preserve">    (b) make one's home in; or live in; or stay (in a place)</w:t>
      </w:r>
      <w:r>
        <w:br/>
      </w:r>
      <w:r>
        <w:t xml:space="preserve">    (c) to concentrate, look at; or the act of concentration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knows that unless I have blood as the Law says all Narnia will be overturned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perish</w:t>
      </w:r>
      <w:r>
        <w:rPr>
          <w:b/>
          <w:bCs/>
        </w:rPr>
        <w:t xml:space="preserve"> </w:t>
      </w:r>
      <w:r>
        <w:rPr>
          <w:b/>
          <w:bCs/>
        </w:rPr>
        <w:t xml:space="preserve">in fire and water.</w:t>
      </w:r>
      <w:r>
        <w:br/>
      </w:r>
      <w:r>
        <w:t xml:space="preserve">    (a) die, be destroyed, or cease to exist</w:t>
      </w:r>
      <w:r>
        <w:br/>
      </w:r>
      <w:r>
        <w:t xml:space="preserve">    (b) to spread to other parts of the body</w:t>
      </w:r>
      <w:r>
        <w:br/>
      </w:r>
      <w:r>
        <w:t xml:space="preserve">    (c) move into position to work; or start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she began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whet</w:t>
      </w:r>
      <w:r>
        <w:rPr>
          <w:b/>
          <w:bCs/>
        </w:rPr>
        <w:t xml:space="preserve"> </w:t>
      </w:r>
      <w:r>
        <w:rPr>
          <w:b/>
          <w:bCs/>
        </w:rPr>
        <w:t xml:space="preserve">her knife.</w:t>
      </w:r>
      <w:r>
        <w:br/>
      </w:r>
      <w:r>
        <w:t xml:space="preserve">    (a) get the opinions (of people) by asking specific questions; or solicit votes</w:t>
      </w:r>
      <w:r>
        <w:br/>
      </w:r>
      <w:r>
        <w:t xml:space="preserve">    (b) surgically interrupt nerve tracts to and from the frontal lobe of the brain</w:t>
      </w:r>
      <w:r>
        <w:br/>
      </w:r>
      <w:r>
        <w:t xml:space="preserve">    (c) to increase a sense or desire</w:t>
      </w:r>
      <w:r>
        <w:br/>
      </w:r>
      <w:r>
        <w:br/>
      </w:r>
      <w:r>
        <w:t xml:space="preserve">or: to sharpen a knife or other cutting edge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...the Deep Magic will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appeased</w:t>
      </w:r>
      <w:r>
        <w:rPr>
          <w:b/>
          <w:bCs/>
        </w:rPr>
        <w:t xml:space="preserve">.</w:t>
      </w:r>
      <w:r>
        <w:br/>
      </w:r>
      <w:r>
        <w:t xml:space="preserve">    (a) gave an opinion of what was wrong with something</w:t>
      </w:r>
      <w:r>
        <w:br/>
      </w:r>
      <w:r>
        <w:t xml:space="preserve">    (b) controlled in advance (how something turned out)</w:t>
      </w:r>
      <w:r>
        <w:br/>
      </w:r>
      <w:r>
        <w:t xml:space="preserve">    (c) satisfied (its demands met, so it will not be angry or upset)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felt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Specters</w:t>
      </w:r>
      <w:r>
        <w:rPr>
          <w:b/>
          <w:bCs/>
        </w:rPr>
        <w:t xml:space="preserve"> </w:t>
      </w:r>
      <w:r>
        <w:rPr>
          <w:b/>
          <w:bCs/>
        </w:rPr>
        <w:t xml:space="preserve">go by them like a cold wind and they felt the ground shake beneath them under the galloping feet of the Minotaurs; and overhead there went a flurry of foul wings and a blackness of vultures and giant bats.</w:t>
      </w:r>
      <w:r>
        <w:br/>
      </w:r>
      <w:r>
        <w:t xml:space="preserve">    (a) governmental systems in which a majority of citizens elect representatives to make laws</w:t>
      </w:r>
      <w:r>
        <w:br/>
      </w:r>
      <w:r>
        <w:t xml:space="preserve">    (b) a frightening or disturbing mental image or possibility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a ghostly appearing image</w:t>
      </w:r>
      <w:r>
        <w:br/>
      </w:r>
      <w:r>
        <w:t xml:space="preserve">    (c) acts of officially telling someone about something; or things that contain such message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if she could have looked a little further back, into the stillness and the darkness before Time dawned, she would have read there a different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incantation</w:t>
      </w:r>
      <w:r>
        <w:rPr>
          <w:b/>
          <w:bCs/>
        </w:rPr>
        <w:t xml:space="preserve">.</w:t>
      </w:r>
      <w:r>
        <w:br/>
      </w:r>
      <w:r>
        <w:t xml:space="preserve">    (a) a period of time when someone exhibits unusual behavior</w:t>
      </w:r>
      <w:r>
        <w:br/>
      </w:r>
      <w:r>
        <w:t xml:space="preserve">    (b) words believed to have a magical effect when said aloud</w:t>
      </w:r>
      <w:r>
        <w:br/>
      </w:r>
      <w:r>
        <w:t xml:space="preserve">    (c) the act or process of stopping something from happening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prodigious</w:t>
      </w:r>
      <w:r>
        <w:rPr>
          <w:b/>
          <w:bCs/>
        </w:rPr>
        <w:t xml:space="preserve"> </w:t>
      </w:r>
      <w:r>
        <w:rPr>
          <w:b/>
          <w:bCs/>
        </w:rPr>
        <w:t xml:space="preserve">yawn</w:t>
      </w:r>
      <w:r>
        <w:br/>
      </w:r>
      <w:r>
        <w:t xml:space="preserve">    (a) very large</w:t>
      </w:r>
      <w:r>
        <w:br/>
      </w:r>
      <w:r>
        <w:t xml:space="preserve">    (b) producing a stream of atomic particles through nuclear decay</w:t>
      </w:r>
      <w:r>
        <w:br/>
      </w:r>
      <w:r>
        <w:t xml:space="preserve">    (c) in a manner of taking on or adopting power or responsibility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that night there was a great feast ...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revelry</w:t>
      </w:r>
      <w:r>
        <w:rPr>
          <w:b/>
          <w:bCs/>
        </w:rPr>
        <w:t xml:space="preserve"> </w:t>
      </w:r>
      <w:r>
        <w:rPr>
          <w:b/>
          <w:bCs/>
        </w:rPr>
        <w:t xml:space="preserve">and dancing,</w:t>
      </w:r>
      <w:r>
        <w:br/>
      </w:r>
      <w:r>
        <w:t xml:space="preserve">    (a) an economic system where most decisions are made through voluntary buying and selling</w:t>
      </w:r>
      <w:r>
        <w:br/>
      </w:r>
      <w:r>
        <w:t xml:space="preserve">    (b) a substance that stimulates the production of antibodies to protect against a disease</w:t>
      </w:r>
      <w:r>
        <w:br/>
      </w:r>
      <w:r>
        <w:t xml:space="preserve">    (c) partying/celebration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said King Peter (for they talked in quite a different style now, having been Kings and Queens for so long), "Fair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Consorts</w:t>
      </w:r>
      <w:r>
        <w:rPr>
          <w:b/>
          <w:bCs/>
        </w:rPr>
        <w:t xml:space="preserve">, let us now alight from our horses and follow this beast into the thicket; for in all my days I never hunted a nobler quarry."</w:t>
      </w:r>
      <w:r>
        <w:br/>
      </w:r>
      <w:r>
        <w:t xml:space="preserve">    (a) friends and associates (people with whom one spends time)</w:t>
      </w:r>
      <w:r>
        <w:br/>
      </w:r>
      <w:r>
        <w:t xml:space="preserve">    (b) calls -- typically to come nearer by using a hand gesture or a nod</w:t>
      </w:r>
      <w:r>
        <w:br/>
      </w:r>
      <w:r>
        <w:t xml:space="preserve">    (c) surprises -- often so much that one doesn't know what to say or do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2026-07-31T15:11:01Z</dcterms:created>
  <dcterms:modified xsi:type="dcterms:W3CDTF">2026-07-31T15:11:01Z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