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684cc51e62d563d7068eaf5ed9cfee1da388dd"/>
    <w:p>
      <w:pPr>
        <w:pStyle w:val="Heading1"/>
      </w:pPr>
      <w:r>
        <w:rPr>
          <w:b/>
          <w:bCs/>
        </w:rPr>
        <w:t xml:space="preserve">The Lightning Thief</w:t>
      </w:r>
      <w:r>
        <w:br/>
      </w:r>
      <w:r>
        <w:rPr>
          <w:i/>
          <w:iCs/>
        </w:rPr>
        <w:t xml:space="preserve">Rick Riordan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"And why, Mr. Jackson," Brunner said, "to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paraphrase</w:t>
      </w:r>
      <w:r>
        <w:rPr>
          <w:b/>
          <w:bCs/>
        </w:rPr>
        <w:t xml:space="preserve"> </w:t>
      </w:r>
      <w:r>
        <w:rPr>
          <w:b/>
          <w:bCs/>
        </w:rPr>
        <w:t xml:space="preserve">Miss Bobofit's excellent question, does this matter in real life?"</w:t>
      </w:r>
      <w:r>
        <w:br/>
      </w:r>
      <w:r>
        <w:t xml:space="preserve">    (a) express the same message in different (or slightly different) words</w:t>
      </w:r>
      <w:r>
        <w:br/>
      </w:r>
      <w:r>
        <w:t xml:space="preserve">    (b) spend time with; or someone with whom a person spends a lot of time</w:t>
      </w:r>
      <w:r>
        <w:br/>
      </w:r>
      <w:r>
        <w:t xml:space="preserve">    (c) an overwhelming amount; or to overwhelm -- especially said of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fingers stretched, turning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talons</w:t>
      </w:r>
      <w:r>
        <w:rPr>
          <w:b/>
          <w:bCs/>
        </w:rPr>
        <w:t xml:space="preserve">.</w:t>
      </w:r>
      <w:r>
        <w:br/>
      </w:r>
      <w:r>
        <w:t xml:space="preserve">    (a) rules for behavior</w:t>
      </w:r>
      <w:r>
        <w:br/>
      </w:r>
      <w:r>
        <w:t xml:space="preserve">    (b) sharp hooked claws</w:t>
      </w:r>
      <w:r>
        <w:br/>
      </w:r>
      <w:r>
        <w:t xml:space="preserve">    (c) unties or releases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cloven</w:t>
      </w:r>
      <w:r>
        <w:rPr>
          <w:b/>
          <w:bCs/>
        </w:rPr>
        <w:t xml:space="preserve"> </w:t>
      </w:r>
      <w:r>
        <w:rPr>
          <w:b/>
          <w:bCs/>
        </w:rPr>
        <w:t xml:space="preserve">hooves.</w:t>
      </w:r>
      <w:r>
        <w:br/>
      </w:r>
      <w:r>
        <w:t xml:space="preserve">    (a) aroused or inspired again</w:t>
      </w:r>
      <w:r>
        <w:br/>
      </w:r>
      <w:r>
        <w:t xml:space="preserve">    (b) split (or divided in two)</w:t>
      </w:r>
      <w:r>
        <w:br/>
      </w:r>
      <w:r>
        <w:t xml:space="preserve">    (c) together at the same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you made it here alive, and that's always the first test.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Ah, gods, plural, as in, great beings that control the forces of nature and human endeavors: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 </w:t>
      </w:r>
      <w:r>
        <w:rPr>
          <w:b/>
          <w:bCs/>
        </w:rPr>
        <w:t xml:space="preserve">gods of Olympus.</w:t>
      </w:r>
      <w:r>
        <w:br/>
      </w:r>
      <w:r>
        <w:t xml:space="preserve">    (a) (adjective) of low quality, or of lower quality or rank than something else  OR  (more rarely as a noun) a person of lower rank or status</w:t>
      </w:r>
      <w:r>
        <w:br/>
      </w:r>
      <w:r>
        <w:t xml:space="preserve">    (b) living or existing forever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someone famous throughout history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someone who will never die -- such as a mythological god</w:t>
      </w:r>
      <w:r>
        <w:br/>
      </w:r>
      <w:r>
        <w:t xml:space="preserve">    (c) relating to existentialism -- a philosophical movement that assumes each person is free to determine what is essential in their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"What a relief,"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</w:t>
      </w:r>
      <w:r>
        <w:rPr>
          <w:b/>
          <w:bCs/>
        </w:rPr>
        <w:t xml:space="preserve"> </w:t>
      </w:r>
      <w:r>
        <w:rPr>
          <w:b/>
          <w:bCs/>
        </w:rPr>
        <w:t xml:space="preserve">said.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a mythical being that is half man and half horse</w:t>
      </w:r>
      <w:r>
        <w:br/>
      </w:r>
      <w:r>
        <w:t xml:space="preserve">    (c) the act, process, or instance of telling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Chiron pointed to an outdoor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pavilion</w:t>
      </w:r>
      <w:r>
        <w:rPr>
          <w:b/>
          <w:bCs/>
        </w:rPr>
        <w:t xml:space="preserve"> </w:t>
      </w:r>
      <w:r>
        <w:rPr>
          <w:b/>
          <w:bCs/>
        </w:rPr>
        <w:t xml:space="preserve">framed in white Grecian columns on a hill overlooking the sea.</w:t>
      </w:r>
      <w:r>
        <w:br/>
      </w:r>
      <w:r>
        <w:t xml:space="preserve">    (a) a large structure separate from a main structure or temporary</w:t>
      </w:r>
      <w:r>
        <w:br/>
      </w:r>
      <w:r>
        <w:t xml:space="preserve">    (b) make something more attractive or interesting by adding to it</w:t>
      </w:r>
      <w:r>
        <w:br/>
      </w:r>
      <w:r>
        <w:t xml:space="preserve">    (c) a small group of people who plot in secret and exercise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 wasn't my fault."</w:t>
      </w:r>
      <w:r>
        <w:br/>
      </w:r>
      <w:r>
        <w:rPr>
          <w:b/>
          <w:bCs/>
        </w:rPr>
        <w:t xml:space="preserve">She looked at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skeptically</w:t>
      </w:r>
      <w:r>
        <w:rPr>
          <w:b/>
          <w:bCs/>
        </w:rPr>
        <w:t xml:space="preserve">, and I realized it was my fault</w:t>
      </w:r>
      <w:r>
        <w:br/>
      </w:r>
      <w:r>
        <w:t xml:space="preserve">    (a) in a manner that is open to arguments, ideas, or change</w:t>
      </w:r>
      <w:r>
        <w:br/>
      </w:r>
      <w:r>
        <w:t xml:space="preserve">    (b) inadequately (in a manner that does not provide enough)</w:t>
      </w:r>
      <w:r>
        <w:br/>
      </w:r>
      <w:r>
        <w:t xml:space="preserve">    (c) in a doubtful manner (like she didn't believe 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prophecy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Oracle.</w:t>
      </w:r>
      <w:r>
        <w:br/>
      </w:r>
      <w:r>
        <w:t xml:space="preserve">    (a) prediction of the future</w:t>
      </w:r>
      <w:r>
        <w:br/>
      </w:r>
      <w:r>
        <w:t xml:space="preserve">    (b) a positively charged ion</w:t>
      </w:r>
      <w:r>
        <w:br/>
      </w:r>
      <w:r>
        <w:t xml:space="preserve">    (c) social event or ceremony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Luke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deflected</w:t>
      </w:r>
      <w:r>
        <w:rPr>
          <w:b/>
          <w:bCs/>
        </w:rPr>
        <w:t xml:space="preserve"> </w:t>
      </w:r>
      <w:r>
        <w:rPr>
          <w:b/>
          <w:bCs/>
        </w:rPr>
        <w:t xml:space="preserve">it easily, but I saw a change in his face.</w:t>
      </w:r>
      <w:r>
        <w:br/>
      </w:r>
      <w:r>
        <w:t xml:space="preserve">    (a) excessively examined in an attempt to better understand</w:t>
      </w:r>
      <w:r>
        <w:br/>
      </w:r>
      <w:r>
        <w:t xml:space="preserve">    (b) made something lighter -- such as an area of a painting</w:t>
      </w:r>
      <w:r>
        <w:br/>
      </w:r>
      <w:r>
        <w:t xml:space="preserve">    (c) turned aside from a fixed direction or line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his pocket was a set of reed pipes his daddy goat had carved for him, even though he only knew two songs: Mozart's Piano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Concerto</w:t>
      </w:r>
      <w:r>
        <w:rPr>
          <w:b/>
          <w:bCs/>
        </w:rPr>
        <w:t xml:space="preserve"> </w:t>
      </w:r>
      <w:r>
        <w:rPr>
          <w:b/>
          <w:bCs/>
        </w:rPr>
        <w:t xml:space="preserve">no.</w:t>
      </w:r>
      <w:r>
        <w:br/>
      </w:r>
      <w:r>
        <w:t xml:space="preserve">    (a) the act of being in a working position; or the act of starting</w:t>
      </w:r>
      <w:r>
        <w:br/>
      </w:r>
      <w:r>
        <w:t xml:space="preserve">    (b) an expert who shares professional opinions in a specific field</w:t>
      </w:r>
      <w:r>
        <w:br/>
      </w:r>
      <w:r>
        <w:t xml:space="preserve">    (c) music written for orchestra and one (or more) solo instruments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Annabeth drew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knife.</w:t>
      </w:r>
      <w:r>
        <w:br/>
      </w:r>
      <w:r>
        <w:t xml:space="preserve">    (a) appropriate in size, amount, or degree</w:t>
      </w:r>
      <w:r>
        <w:br/>
      </w:r>
      <w:r>
        <w:t xml:space="preserve">    (b) made of a brownish metal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hair was moving, writhing like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serpents</w:t>
      </w:r>
      <w:r>
        <w:rPr>
          <w:b/>
          <w:bCs/>
        </w:rPr>
        <w:t xml:space="preserve">.</w:t>
      </w:r>
      <w:r>
        <w:br/>
      </w:r>
      <w:r>
        <w:t xml:space="preserve">    (a) copies</w:t>
      </w:r>
      <w:r>
        <w:br/>
      </w:r>
      <w:r>
        <w:t xml:space="preserve">    (b) enters</w:t>
      </w:r>
      <w:r>
        <w:br/>
      </w:r>
      <w:r>
        <w:t xml:space="preserve">    (c) snakes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tugged at my clothes, trying to pull me back, but I felt compelled to walk forward to the very edge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chasm</w:t>
      </w:r>
      <w:r>
        <w:rPr>
          <w:b/>
          <w:bCs/>
        </w:rPr>
        <w:t xml:space="preserve">.</w:t>
      </w:r>
      <w:r>
        <w:br/>
      </w:r>
      <w:r>
        <w:t xml:space="preserve">    (a) a nerve or brain cell</w:t>
      </w:r>
      <w:r>
        <w:br/>
      </w:r>
      <w:r>
        <w:t xml:space="preserve">    (b) long eventful journey</w:t>
      </w:r>
      <w:r>
        <w:br/>
      </w:r>
      <w:r>
        <w:t xml:space="preserve">    (c) a large gap or divide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Percy, you can't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barter</w:t>
      </w:r>
      <w:r>
        <w:rPr>
          <w:b/>
          <w:bCs/>
        </w:rPr>
        <w:t xml:space="preserve"> </w:t>
      </w:r>
      <w:r>
        <w:rPr>
          <w:b/>
          <w:bCs/>
        </w:rPr>
        <w:t xml:space="preserve">with Hades.</w:t>
      </w:r>
      <w:r>
        <w:br/>
      </w:r>
      <w:r>
        <w:t xml:space="preserve">    (a) adapt</w:t>
      </w:r>
      <w:r>
        <w:br/>
      </w:r>
      <w:r>
        <w:t xml:space="preserve">    (b) delay</w:t>
      </w:r>
      <w:r>
        <w:br/>
      </w:r>
      <w:r>
        <w:t xml:space="preserve">    (c) trade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just too many unknown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factors</w:t>
      </w:r>
      <w:r>
        <w:rPr>
          <w:b/>
          <w:bCs/>
        </w:rPr>
        <w:t xml:space="preserve">.</w:t>
      </w:r>
      <w:r>
        <w:br/>
      </w:r>
      <w:r>
        <w:t xml:space="preserve">    (a) theories on the origin of the universe</w:t>
      </w:r>
      <w:r>
        <w:br/>
      </w:r>
      <w:r>
        <w:t xml:space="preserve">    (b) People who are of lower rank or status</w:t>
      </w:r>
      <w:r>
        <w:br/>
      </w:r>
      <w:r>
        <w:t xml:space="preserve">    (c) things that affect a result or outcome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mortals</w:t>
      </w:r>
      <w:r>
        <w:rPr>
          <w:b/>
          <w:bCs/>
        </w:rPr>
        <w:t xml:space="preserve"> </w:t>
      </w:r>
      <w:r>
        <w:rPr>
          <w:b/>
          <w:bCs/>
        </w:rPr>
        <w:t xml:space="preserve">have ever done this and survived:</w:t>
      </w:r>
      <w:r>
        <w:br/>
      </w:r>
      <w:r>
        <w:t xml:space="preserve">    (a) acts of being in a working position; or the acts of starting</w:t>
      </w:r>
      <w:r>
        <w:br/>
      </w:r>
      <w:r>
        <w:t xml:space="preserve">    (b) things or characteristics that express agreement or approval</w:t>
      </w:r>
      <w:r>
        <w:br/>
      </w:r>
      <w:r>
        <w:t xml:space="preserve">    (c) humans (especially merely humans)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exploded on the surface, in the middle of the Santa Monica Bay, knocking a surfer off his board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"Dude!"</w:t>
      </w:r>
      <w:r>
        <w:br/>
      </w:r>
      <w:r>
        <w:t xml:space="preserve">    (a) anger or annoyance at something unjust or wrong</w:t>
      </w:r>
      <w:r>
        <w:br/>
      </w:r>
      <w:r>
        <w:t xml:space="preserve">    (b) accepted of something undesired as unavoidable</w:t>
      </w:r>
      <w:r>
        <w:br/>
      </w:r>
      <w:r>
        <w:t xml:space="preserve">    (c) surprised as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landed behind him with a splash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feinted</w:t>
      </w:r>
      <w:r>
        <w:rPr>
          <w:b/>
          <w:bCs/>
        </w:rPr>
        <w:t xml:space="preserve"> </w:t>
      </w:r>
      <w:r>
        <w:rPr>
          <w:b/>
          <w:bCs/>
        </w:rPr>
        <w:t xml:space="preserve">toward his head, as I'd done before.</w:t>
      </w:r>
      <w:r>
        <w:br/>
      </w:r>
      <w:r>
        <w:t xml:space="preserve">    (a) having points along the edge -- like a saw, some knives, and some leaves</w:t>
      </w:r>
      <w:r>
        <w:br/>
      </w:r>
      <w:r>
        <w:t xml:space="preserve">    (b) any distracting or deceptive maneuver; or the act of making the maneuver</w:t>
      </w:r>
      <w:r>
        <w:br/>
      </w:r>
      <w:r>
        <w:t xml:space="preserve">    (c) broke the law by telling lies after formally promising to tell the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tempered</w:t>
      </w:r>
      <w:r>
        <w:rPr>
          <w:b/>
          <w:bCs/>
        </w:rPr>
        <w:t xml:space="preserve"> </w:t>
      </w:r>
      <w:r>
        <w:rPr>
          <w:b/>
          <w:bCs/>
        </w:rPr>
        <w:t xml:space="preserve">steel.</w:t>
      </w:r>
      <w:r>
        <w:br/>
      </w:r>
      <w:r>
        <w:t xml:space="preserve">    (a) made stronger</w:t>
      </w:r>
      <w:r>
        <w:br/>
      </w:r>
      <w:r>
        <w:t xml:space="preserve">    (b) tending to have excessively unfavorable opinions</w:t>
      </w:r>
      <w:r>
        <w:br/>
      </w:r>
      <w:r>
        <w:t xml:space="preserve">    (c) tending to have exceedingly unfavorable opinions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2026-07-31T16:38:36Z</dcterms:created>
  <dcterms:modified xsi:type="dcterms:W3CDTF">2026-07-31T16:38:36Z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