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4a529e12c38336040ec26f052328adc1797679"/>
    <w:p>
      <w:pPr>
        <w:pStyle w:val="Heading1"/>
      </w:pPr>
      <w:r>
        <w:rPr>
          <w:b/>
          <w:bCs/>
        </w:rPr>
        <w:t xml:space="preserve">The Lightning Thief</w:t>
      </w:r>
      <w:r>
        <w:br/>
      </w:r>
      <w:r>
        <w:rPr>
          <w:i/>
          <w:iCs/>
        </w:rPr>
        <w:t xml:space="preserve">Rick Riordan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conjugating</w:t>
      </w:r>
      <w:r>
        <w:rPr>
          <w:b/>
          <w:bCs/>
        </w:rPr>
        <w:t xml:space="preserve"> </w:t>
      </w:r>
      <w:r>
        <w:rPr>
          <w:b/>
          <w:bCs/>
        </w:rPr>
        <w:t xml:space="preserve">those Latin verbs?</w:t>
      </w:r>
      <w:r>
        <w:br/>
      </w:r>
      <w:r>
        <w:t xml:space="preserve">    (a) grammar:  changing the form of a verb to indicate changes in grammatical function</w:t>
      </w:r>
      <w:r>
        <w:br/>
      </w:r>
      <w:r>
        <w:t xml:space="preserve">    (b) moving out of an interacting position; or stopping</w:t>
      </w:r>
      <w:r>
        <w:br/>
      </w:r>
      <w:r>
        <w:t xml:space="preserve">    (c) exercising privileges to which one is not entitled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summer solstice</w:t>
      </w:r>
      <w:r>
        <w:rPr>
          <w:b/>
          <w:bCs/>
        </w:rPr>
        <w:t xml:space="preserve"> </w:t>
      </w:r>
      <w:r>
        <w:rPr>
          <w:b/>
          <w:bCs/>
        </w:rPr>
        <w:t xml:space="preserve">deadline—</w:t>
      </w:r>
      <w:r>
        <w:br/>
      </w:r>
      <w:r>
        <w:t xml:space="preserve">    (a) 1950s literary and cultural movement that rejected conformity</w:t>
      </w:r>
      <w:r>
        <w:br/>
      </w:r>
      <w:r>
        <w:t xml:space="preserve">    (b) specialized software that assists with design and manufacture</w:t>
      </w:r>
      <w:r>
        <w:br/>
      </w:r>
      <w:r>
        <w:t xml:space="preserve">    (c) day of the year with the longest daylight (in one hemisphere)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nerves haven't been right since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winter solstice</w:t>
      </w:r>
      <w:r>
        <w:rPr>
          <w:b/>
          <w:bCs/>
        </w:rPr>
        <w:t xml:space="preserve">.</w:t>
      </w:r>
      <w:r>
        <w:br/>
      </w:r>
      <w:r>
        <w:t xml:space="preserve">    (a) day of the year with the shortest daylight (in one hemisphere)</w:t>
      </w:r>
      <w:r>
        <w:br/>
      </w:r>
      <w:r>
        <w:t xml:space="preserve">    (b) football:  an offensive play that fakes a run prior to passing</w:t>
      </w:r>
      <w:r>
        <w:br/>
      </w:r>
      <w:r>
        <w:t xml:space="preserve">    (c) one of the last and largest of the known carnivorous dinosaurs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afraid that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pseudonym</w:t>
      </w:r>
      <w:r>
        <w:rPr>
          <w:b/>
          <w:bCs/>
        </w:rPr>
        <w:t xml:space="preserve">.</w:t>
      </w:r>
      <w:r>
        <w:br/>
      </w:r>
      <w:r>
        <w:t xml:space="preserve">    (a) fictitious name</w:t>
      </w:r>
      <w:r>
        <w:br/>
      </w:r>
      <w:r>
        <w:t xml:space="preserve">    (b) in disagreement</w:t>
      </w:r>
      <w:r>
        <w:br/>
      </w:r>
      <w:r>
        <w:t xml:space="preserve">    (c)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shan't deal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metaphysical</w:t>
      </w:r>
      <w:r>
        <w:rPr>
          <w:b/>
          <w:bCs/>
        </w:rPr>
        <w:t xml:space="preserve">.</w:t>
      </w:r>
      <w:r>
        <w:br/>
      </w:r>
      <w:r>
        <w:t xml:space="preserve">    (a) about things beyond the physical world, such as existence, reality, or the soul</w:t>
      </w:r>
      <w:r>
        <w:br/>
      </w:r>
      <w:r>
        <w:t xml:space="preserve">    (b) the quality of holding something back or holding others down through oppression</w:t>
      </w:r>
      <w:r>
        <w:br/>
      </w:r>
      <w:r>
        <w:t xml:space="preserve">    (c)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the opposite side of the pavilion, Clarisse and her buddies ran in with another banner, of identical size,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gaudy</w:t>
      </w:r>
      <w:r>
        <w:rPr>
          <w:b/>
          <w:bCs/>
        </w:rPr>
        <w:t xml:space="preserve"> </w:t>
      </w:r>
      <w:r>
        <w:rPr>
          <w:b/>
          <w:bCs/>
        </w:rPr>
        <w:t xml:space="preserve">red, painted with a bloody spear and a boar's head.</w:t>
      </w:r>
      <w:r>
        <w:br/>
      </w:r>
      <w:r>
        <w:t xml:space="preserve">    (a) able to challenge</w:t>
      </w:r>
      <w:r>
        <w:br/>
      </w:r>
      <w:r>
        <w:t xml:space="preserve">    (b) not demonstrating</w:t>
      </w:r>
      <w:r>
        <w:br/>
      </w:r>
      <w:r>
        <w:t xml:space="preserve">    (c) tastelessly showy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"Spontaneous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combustion</w:t>
      </w:r>
      <w:r>
        <w:rPr>
          <w:b/>
          <w:bCs/>
        </w:rPr>
        <w:t xml:space="preserve"> </w:t>
      </w:r>
      <w:r>
        <w:rPr>
          <w:b/>
          <w:bCs/>
        </w:rPr>
        <w:t xml:space="preserve">is a form of harm, Mr. D," Chiron put in.</w:t>
      </w:r>
      <w:r>
        <w:br/>
      </w:r>
      <w:r>
        <w:t xml:space="preserve">    (a) wrongly translates</w:t>
      </w:r>
      <w:r>
        <w:br/>
      </w:r>
      <w:r>
        <w:t xml:space="preserve">    (b) the act of burning</w:t>
      </w:r>
      <w:r>
        <w:br/>
      </w:r>
      <w:r>
        <w:t xml:space="preserve">    (c) restarted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her voice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modulated</w:t>
      </w:r>
      <w:r>
        <w:rPr>
          <w:b/>
          <w:bCs/>
        </w:rPr>
        <w:t xml:space="preserve"> </w:t>
      </w:r>
      <w:r>
        <w:rPr>
          <w:b/>
          <w:bCs/>
        </w:rPr>
        <w:t xml:space="preserve">back to a comforting purr.</w:t>
      </w:r>
      <w:r>
        <w:br/>
      </w:r>
      <w:r>
        <w:t xml:space="preserve">    (a) postponed</w:t>
      </w:r>
      <w:r>
        <w:br/>
      </w:r>
      <w:r>
        <w:t xml:space="preserve">    (b) disagreed</w:t>
      </w:r>
      <w:r>
        <w:br/>
      </w:r>
      <w:r>
        <w:t xml:space="preserve">    (c) regulated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picture's caption read: Twelve-year-old Percy Jackson, wanted for questioning in the Long Island disappearance of his mother two weeks ago, is shown here fleeing from the bus where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accosted</w:t>
      </w:r>
      <w:r>
        <w:rPr>
          <w:b/>
          <w:bCs/>
        </w:rPr>
        <w:t xml:space="preserve"> </w:t>
      </w:r>
      <w:r>
        <w:rPr>
          <w:b/>
          <w:bCs/>
        </w:rPr>
        <w:t xml:space="preserve">several elderly female passengers.</w:t>
      </w:r>
      <w:r>
        <w:br/>
      </w:r>
      <w:r>
        <w:t xml:space="preserve">    (a) promised, guaranteed, or indicated certainty of something</w:t>
      </w:r>
      <w:r>
        <w:br/>
      </w:r>
      <w:r>
        <w:t xml:space="preserve">    (b) approached and spoke in a demanding or challenging manner</w:t>
      </w:r>
      <w:r>
        <w:br/>
      </w:r>
      <w:r>
        <w:t xml:space="preserve">    (c) viewed in a certain way so as to form a belief or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Chimera</w:t>
      </w:r>
      <w:r>
        <w:rPr>
          <w:b/>
          <w:bCs/>
        </w:rPr>
        <w:t xml:space="preserve"> </w:t>
      </w:r>
      <w:r>
        <w:rPr>
          <w:b/>
          <w:bCs/>
        </w:rPr>
        <w:t xml:space="preserve">charged, its lion teeth gnashing.</w:t>
      </w:r>
      <w:r>
        <w:br/>
      </w:r>
      <w:r>
        <w:t xml:space="preserve">    (a) a response to an offer that proposes a different agreement while rejecting the previous offer</w:t>
      </w:r>
      <w:r>
        <w:br/>
      </w:r>
      <w:r>
        <w:t xml:space="preserve">    (b) Greek mythology: a fire-breathing monster with a lion's head, a goat's body, and a serpent's tail</w:t>
      </w:r>
      <w:r>
        <w:br/>
      </w:r>
      <w:r>
        <w:t xml:space="preserve">    (c) of the philosophical &amp; religious system based on the teachings of Laozi (also spelled Taoist)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mean she was taken away from the Minotaur before she could die. She was turned into a shower of gold, right? That's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metamorphosis</w:t>
      </w:r>
      <w:r>
        <w:rPr>
          <w:b/>
          <w:bCs/>
        </w:rPr>
        <w:t xml:space="preserve">. Not death.</w:t>
      </w:r>
      <w:r>
        <w:br/>
      </w:r>
      <w:r>
        <w:t xml:space="preserve">    (a) a complete transformation or change</w:t>
      </w:r>
      <w:r>
        <w:br/>
      </w:r>
      <w:r>
        <w:t xml:space="preserve">    (b) something that may or may not be true, but is temporarily treated as true to advance a discussion or to further investigation</w:t>
      </w:r>
      <w:r>
        <w:br/>
      </w:r>
      <w:r>
        <w:t xml:space="preserve">    (c) main character of Mark Twain's classic novel about Huck and Jim's journey down the Mississippi River to find freedom (1884)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hundred and ten degrees, easy, and we must've looked like deep-fried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vagrants</w:t>
      </w:r>
      <w:r>
        <w:rPr>
          <w:b/>
          <w:bCs/>
        </w:rPr>
        <w:t xml:space="preserve">, but everybody was too interested in the wild animals to pay us much attention.</w:t>
      </w:r>
      <w:r>
        <w:br/>
      </w:r>
      <w:r>
        <w:t xml:space="preserve">    (a) people who expose wrongdoing within an organization</w:t>
      </w:r>
      <w:r>
        <w:br/>
      </w:r>
      <w:r>
        <w:t xml:space="preserve">    (b) experts in the branch of geology that studies rocks</w:t>
      </w:r>
      <w:r>
        <w:br/>
      </w:r>
      <w:r>
        <w:t xml:space="preserve">    (c) people who are poor and have no regular home or job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this one really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dynamic</w:t>
      </w:r>
      <w:r>
        <w:rPr>
          <w:b/>
          <w:bCs/>
        </w:rPr>
        <w:t xml:space="preserve"> </w:t>
      </w:r>
      <w:r>
        <w:rPr>
          <w:b/>
          <w:bCs/>
        </w:rPr>
        <w:t xml:space="preserve">stabilizers to stop wave motion?</w:t>
      </w:r>
      <w:r>
        <w:br/>
      </w:r>
      <w:r>
        <w:t xml:space="preserve">    (a) continually changing</w:t>
      </w:r>
      <w:r>
        <w:br/>
      </w:r>
      <w:r>
        <w:t xml:space="preserve">    (b) the act of forgiving</w:t>
      </w:r>
      <w:r>
        <w:br/>
      </w:r>
      <w:r>
        <w:t xml:space="preserve">    (c)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qualms</w:t>
      </w:r>
      <w:r>
        <w:rPr>
          <w:b/>
          <w:bCs/>
        </w:rPr>
        <w:t xml:space="preserve"> </w:t>
      </w:r>
      <w:r>
        <w:rPr>
          <w:b/>
          <w:bCs/>
        </w:rPr>
        <w:t xml:space="preserve">about what I was about to do.</w:t>
      </w:r>
      <w:r>
        <w:br/>
      </w:r>
      <w:r>
        <w:t xml:space="preserve">    (a) uneasy feelings (about doing something that might be morally wrong)</w:t>
      </w:r>
      <w:r>
        <w:br/>
      </w:r>
      <w:r>
        <w:t xml:space="preserve">    (b) subtle characteristics</w:t>
      </w:r>
      <w:r>
        <w:br/>
      </w:r>
      <w:r>
        <w:t xml:space="preserve">    (c) basic rules or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and the satyr have been helping this hero-coming here to threaten me in Poseidon's name, no doubt-to bring me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ultimatum</w:t>
      </w:r>
      <w:r>
        <w:rPr>
          <w:b/>
          <w:bCs/>
        </w:rPr>
        <w:t xml:space="preserve">.</w:t>
      </w:r>
      <w:r>
        <w:br/>
      </w:r>
      <w:r>
        <w:t xml:space="preserve">    (a) any substance that tends to increase the flow of urine</w:t>
      </w:r>
      <w:r>
        <w:br/>
      </w:r>
      <w:r>
        <w:t xml:space="preserve">    (b) a final demand that carries a threat if it is rejected</w:t>
      </w:r>
      <w:r>
        <w:br/>
      </w:r>
      <w:r>
        <w:t xml:space="preserve">    (c) an electronic component that acts like a one-way valve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Twelve thrones, built for beings the size of Hades, were arranged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inverted</w:t>
      </w:r>
      <w:r>
        <w:rPr>
          <w:b/>
          <w:bCs/>
        </w:rPr>
        <w:t xml:space="preserve"> </w:t>
      </w:r>
      <w:r>
        <w:rPr>
          <w:b/>
          <w:bCs/>
        </w:rPr>
        <w:t xml:space="preserve">U, just like the cabins at Camp Half-Blood.</w:t>
      </w:r>
      <w:r>
        <w:br/>
      </w:r>
      <w:r>
        <w:t xml:space="preserve">    (a) turned in the opposite position -- such as upside down, inside out, or (of two things) in switched position</w:t>
      </w:r>
      <w:r>
        <w:br/>
      </w:r>
      <w:r>
        <w:t xml:space="preserve">    (b) (of an injury) became inflamed and created pus  OR  (generally) got worse -- especially through inattention</w:t>
      </w:r>
      <w:r>
        <w:br/>
      </w:r>
      <w:r>
        <w:t xml:space="preserve">    (c) treated something in an educated, intellectual way -- often excluding emotional or practical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defers</w:t>
      </w:r>
      <w:r>
        <w:rPr>
          <w:b/>
          <w:bCs/>
        </w:rPr>
        <w:t xml:space="preserve"> </w:t>
      </w:r>
      <w:r>
        <w:rPr>
          <w:b/>
          <w:bCs/>
        </w:rPr>
        <w:t xml:space="preserve">to his father.</w:t>
      </w:r>
      <w:r>
        <w:br/>
      </w:r>
      <w:r>
        <w:t xml:space="preserve">    (a) submits</w:t>
      </w:r>
      <w:r>
        <w:br/>
      </w:r>
      <w:r>
        <w:t xml:space="preserve">    (b) presents argument</w:t>
      </w:r>
      <w:r>
        <w:br/>
      </w:r>
      <w:r>
        <w:t xml:space="preserve">    (c) pretends to be ignorant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should have blasted him out of the sky for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impudence</w:t>
      </w:r>
      <w:r>
        <w:rPr>
          <w:b/>
          <w:bCs/>
        </w:rPr>
        <w:t xml:space="preserve">.</w:t>
      </w:r>
      <w:r>
        <w:br/>
      </w:r>
      <w:r>
        <w:t xml:space="preserve">    (a) soccer player who typically play in the middle third of the field and who assists with both defense and offense</w:t>
      </w:r>
      <w:r>
        <w:br/>
      </w:r>
      <w:r>
        <w:t xml:space="preserve">    (b) an artists performance of another artist's work that expresses the performer's feelings or ideas about the work</w:t>
      </w:r>
      <w:r>
        <w:br/>
      </w:r>
      <w:r>
        <w:t xml:space="preserve">    (c) improper boldness or disrespect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Gabe looked at him resentfully and mimicked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falsetto</w:t>
      </w:r>
      <w:r>
        <w:rPr>
          <w:b/>
          <w:bCs/>
        </w:rPr>
        <w:t xml:space="preserve"> </w:t>
      </w:r>
      <w:r>
        <w:rPr>
          <w:b/>
          <w:bCs/>
        </w:rPr>
        <w:t xml:space="preserve">voice: "Just a kid."</w:t>
      </w:r>
      <w:r>
        <w:br/>
      </w:r>
      <w:r>
        <w:t xml:space="preserve">    (a) a measure of north/south (relative to the equator) on the earth</w:t>
      </w:r>
      <w:r>
        <w:br/>
      </w:r>
      <w:r>
        <w:t xml:space="preserve">    (b) a period of time or a stage during the development of something</w:t>
      </w:r>
      <w:r>
        <w:br/>
      </w:r>
      <w:r>
        <w:t xml:space="preserve">    (c) a male voice that is artificially high -- usually while singing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finale</w:t>
      </w:r>
      <w:r>
        <w:rPr>
          <w:b/>
          <w:bCs/>
        </w:rPr>
        <w:t xml:space="preserve"> </w:t>
      </w:r>
      <w:r>
        <w:rPr>
          <w:b/>
          <w:bCs/>
        </w:rPr>
        <w:t xml:space="preserve">was supposed to be a couple of hundred-foot-tall Spartan warriors who would crackle to life above the ocean, fight a battle, then explode into a million colors.</w:t>
      </w:r>
      <w:r>
        <w:br/>
      </w:r>
      <w:r>
        <w:t xml:space="preserve">    (a) an architectural feature at the top of a roof, usually dome-shaped and opened by windows or columns</w:t>
      </w:r>
      <w:r>
        <w:br/>
      </w:r>
      <w:r>
        <w:t xml:space="preserve">    (b) the degree to which a solution is simpler (and often more comprehensive) than most would anticipate</w:t>
      </w:r>
      <w:r>
        <w:br/>
      </w:r>
      <w:r>
        <w:t xml:space="preserve">    (c) the final part of a series of events -- often of a performance and especially a musical performance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2026-07-31T16:38:37Z</dcterms:created>
  <dcterms:modified xsi:type="dcterms:W3CDTF">2026-07-31T16:38:37Z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