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418679746fdcafd47e159edcda2df6c62af939"/>
    <w:p>
      <w:pPr>
        <w:pStyle w:val="Heading1"/>
      </w:pPr>
      <w:r>
        <w:rPr>
          <w:b/>
          <w:bCs/>
        </w:rPr>
        <w:t xml:space="preserve">The Light of Western Stars</w:t>
      </w:r>
      <w:r>
        <w:br/>
      </w:r>
      <w:r>
        <w:rPr>
          <w:i/>
          <w:iCs/>
        </w:rPr>
        <w:t xml:space="preserve">Zane Grey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crude cowboy, under the influence of drink, had affronted her;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whatever was in his mind, he meant no insult.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as the clatter increased to a roar, shadows sped by—lean horses, flying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manes</w:t>
      </w:r>
      <w:r>
        <w:rPr>
          <w:b/>
          <w:bCs/>
        </w:rPr>
        <w:t xml:space="preserve"> </w:t>
      </w:r>
      <w:r>
        <w:rPr>
          <w:b/>
          <w:bCs/>
        </w:rPr>
        <w:t xml:space="preserve">and tails, sombreroed riders, all strange and wild in her sight.</w:t>
      </w:r>
      <w:r>
        <w:br/>
      </w:r>
      <w:r>
        <w:t xml:space="preserve">    (a) long coarse hair such as that which grows around a lion's head or on the back of a horse's neck</w:t>
      </w:r>
      <w:r>
        <w:br/>
      </w:r>
      <w:r>
        <w:t xml:space="preserve">    (b) portrays or creates something in a particular way  OR  interprets, translates, or extracts from</w:t>
      </w:r>
      <w:r>
        <w:br/>
      </w:r>
      <w:r>
        <w:t xml:space="preserve">    (c) develops or evolves from a latent or potential state  OR  (more rarely) determines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had a vague, swiftly flashing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recollection</w:t>
      </w:r>
      <w:r>
        <w:rPr>
          <w:b/>
          <w:bCs/>
        </w:rPr>
        <w:t xml:space="preserve"> </w:t>
      </w:r>
      <w:r>
        <w:rPr>
          <w:b/>
          <w:bCs/>
        </w:rPr>
        <w:t xml:space="preserve">of Alfred's first letters descriptive of the extravagant fun of cowboys.</w:t>
      </w:r>
      <w:r>
        <w:br/>
      </w:r>
      <w:r>
        <w:t xml:space="preserve">    (a) battle</w:t>
      </w:r>
      <w:r>
        <w:br/>
      </w:r>
      <w:r>
        <w:t xml:space="preserve">    (b) result</w:t>
      </w:r>
      <w:r>
        <w:br/>
      </w:r>
      <w:r>
        <w:t xml:space="preserve">    (c)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 quivering and blazing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, and watched this savage fight his drunkenness.</w:t>
      </w:r>
      <w:r>
        <w:br/>
      </w:r>
      <w:r>
        <w:t xml:space="preserve">    (a) determination</w:t>
      </w:r>
      <w:r>
        <w:br/>
      </w:r>
      <w:r>
        <w:t xml:space="preserve">    (b) extreme anger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revival of pride that made her feel that she ought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 </w:t>
      </w:r>
      <w:r>
        <w:rPr>
          <w:b/>
          <w:bCs/>
        </w:rPr>
        <w:t xml:space="preserve">to think at all about such a man.</w:t>
      </w:r>
      <w:r>
        <w:br/>
      </w:r>
      <w:r>
        <w:t xml:space="preserve">    (a) move from more general to more specific</w:t>
      </w:r>
      <w:r>
        <w:br/>
      </w:r>
      <w:r>
        <w:t xml:space="preserve">    (b) disrespect or reject as not good enough</w:t>
      </w:r>
      <w:r>
        <w:br/>
      </w:r>
      <w:r>
        <w:t xml:space="preserve">    (c) not answer questions; or block progress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passed, and then clear and vivid rose memories of the rest that had happened—strange voices betraying fury of men, a deadened report, a moan of mortal pain, a woman's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cry.</w:t>
      </w:r>
      <w:r>
        <w:br/>
      </w:r>
      <w:r>
        <w:t xml:space="preserve">    (a) able to be found</w:t>
      </w:r>
      <w:r>
        <w:br/>
      </w:r>
      <w:r>
        <w:t xml:space="preserve">    (b) sharp or intense</w:t>
      </w:r>
      <w:r>
        <w:br/>
      </w:r>
      <w:r>
        <w:t xml:space="preserve">    (c) likely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present I have a few hundred cattle running on Stillwell's range, and I am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foreman</w:t>
      </w:r>
      <w:r>
        <w:rPr>
          <w:b/>
          <w:bCs/>
        </w:rPr>
        <w:t xml:space="preserve">.</w:t>
      </w:r>
      <w:r>
        <w:br/>
      </w:r>
      <w:r>
        <w:t xml:space="preserve">    (a) someone who roughly calculates or guesses a value, quantity, or extent of something</w:t>
      </w:r>
      <w:r>
        <w:br/>
      </w:r>
      <w:r>
        <w:t xml:space="preserve">    (b) a person chosen to lead and speak for a group, especially at work or in a courtroom</w:t>
      </w:r>
      <w:r>
        <w:br/>
      </w:r>
      <w:r>
        <w:t xml:space="preserve">    (c) someone responsible for making a judgment after thinking carefully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imperious</w:t>
      </w:r>
      <w:r>
        <w:rPr>
          <w:b/>
          <w:bCs/>
        </w:rPr>
        <w:t xml:space="preserve"> </w:t>
      </w:r>
      <w:r>
        <w:rPr>
          <w:b/>
          <w:bCs/>
        </w:rPr>
        <w:t xml:space="preserve">you are!</w:t>
      </w:r>
      <w:r>
        <w:br/>
      </w:r>
      <w:r>
        <w:t xml:space="preserve">    (a) foolish</w:t>
      </w:r>
      <w:r>
        <w:br/>
      </w:r>
      <w:r>
        <w:t xml:space="preserve">    (b) ridiculous</w:t>
      </w:r>
      <w:r>
        <w:br/>
      </w:r>
      <w:r>
        <w:t xml:space="preserve">    (c) expecting obedience; or arrogant; or domineering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usual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languid</w:t>
      </w:r>
      <w:r>
        <w:rPr>
          <w:b/>
          <w:bCs/>
        </w:rPr>
        <w:t xml:space="preserve"> </w:t>
      </w:r>
      <w:r>
        <w:rPr>
          <w:b/>
          <w:bCs/>
        </w:rPr>
        <w:t xml:space="preserve">manner vanished at a touch of the cold water.</w:t>
      </w:r>
      <w:r>
        <w:br/>
      </w:r>
      <w:r>
        <w:t xml:space="preserve">    (a) without involvement of anything in between</w:t>
      </w:r>
      <w:r>
        <w:br/>
      </w:r>
      <w:r>
        <w:t xml:space="preserve">    (b) mental activity of which one is self-aware</w:t>
      </w:r>
      <w:r>
        <w:br/>
      </w:r>
      <w:r>
        <w:t xml:space="preserve">    (c) lacking energy or relaxed or moving slowly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appeared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impudently</w:t>
      </w:r>
      <w:r>
        <w:rPr>
          <w:b/>
          <w:bCs/>
        </w:rPr>
        <w:t xml:space="preserve"> </w:t>
      </w:r>
      <w:r>
        <w:rPr>
          <w:b/>
          <w:bCs/>
        </w:rPr>
        <w:t xml:space="preserve">tame, and the horses kicked dust over it as they trotted by.</w:t>
      </w:r>
      <w:r>
        <w:br/>
      </w:r>
      <w:r>
        <w:t xml:space="preserve">    (a) in a manner influenced by personal belief, feelings, or preferences (rather than being based purely upon fact)</w:t>
      </w:r>
      <w:r>
        <w:br/>
      </w:r>
      <w:r>
        <w:t xml:space="preserve">    (b) improperly bold or disrespectful -- especially toward someone who is older or considered to be of higher status</w:t>
      </w:r>
      <w:r>
        <w:br/>
      </w:r>
      <w:r>
        <w:t xml:space="preserve">    (c) in a manner that uses a scale where each step is a multiple of the prior step rather than a fixed addition to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 say he love me," repeated the girl, in a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awe.</w:t>
      </w:r>
      <w:r>
        <w:br/>
      </w:r>
      <w:r>
        <w:t xml:space="preserve">    (a) excessively noisy and unrestrained</w:t>
      </w:r>
      <w:r>
        <w:br/>
      </w:r>
      <w:r>
        <w:t xml:space="preserve">    (b) filled with deep pleasure</w:t>
      </w:r>
      <w:r>
        <w:br/>
      </w:r>
      <w:r>
        <w:t xml:space="preserve">    (c) deeply disturbed or filled with emotional pain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eyes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rapt</w:t>
      </w:r>
      <w:r>
        <w:rPr>
          <w:b/>
          <w:bCs/>
        </w:rPr>
        <w:t xml:space="preserve"> </w:t>
      </w:r>
      <w:r>
        <w:rPr>
          <w:b/>
          <w:bCs/>
        </w:rPr>
        <w:t xml:space="preserve">stare, the wild fear of a man who saw an apparition, yet who doubted his sight.</w:t>
      </w:r>
      <w:r>
        <w:br/>
      </w:r>
      <w:r>
        <w:t xml:space="preserve">    (a) accidental or unintentional</w:t>
      </w:r>
      <w:r>
        <w:br/>
      </w:r>
      <w:r>
        <w:t xml:space="preserve">    (b) noisy and unrestrained</w:t>
      </w:r>
      <w:r>
        <w:br/>
      </w:r>
      <w:r>
        <w:t xml:space="preserve">    (c) deep interest and focus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he was skeptical of any clap-trap thing with wheels and cranks.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even though -- used to connect contrasting ideas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eyes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covertly</w:t>
      </w:r>
      <w:r>
        <w:rPr>
          <w:b/>
          <w:bCs/>
        </w:rPr>
        <w:t xml:space="preserve"> </w:t>
      </w:r>
      <w:r>
        <w:rPr>
          <w:b/>
          <w:bCs/>
        </w:rPr>
        <w:t xml:space="preserve">upon her.</w:t>
      </w:r>
      <w:r>
        <w:br/>
      </w:r>
      <w:r>
        <w:t xml:space="preserve">    (a) in a manner that is misleading</w:t>
      </w:r>
      <w:r>
        <w:br/>
      </w:r>
      <w:r>
        <w:t xml:space="preserve">    (b) in a good or beneficial manner</w:t>
      </w:r>
      <w:r>
        <w:br/>
      </w:r>
      <w:r>
        <w:t xml:space="preserve">    (c) done in a secret or hidden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Moreover, there was a satiric note in the letter that Madeline did not like, and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roused</w:t>
      </w:r>
      <w:r>
        <w:rPr>
          <w:b/>
          <w:bCs/>
        </w:rPr>
        <w:t xml:space="preserve"> </w:t>
      </w:r>
      <w:r>
        <w:rPr>
          <w:b/>
          <w:bCs/>
        </w:rPr>
        <w:t xml:space="preserve">her spirit.</w:t>
      </w:r>
      <w:r>
        <w:br/>
      </w:r>
      <w:r>
        <w:t xml:space="preserve">    (a) beyond the permitted boundary or limit</w:t>
      </w:r>
      <w:r>
        <w:br/>
      </w:r>
      <w:r>
        <w:t xml:space="preserve">    (b) to awaken, make more active, or excite</w:t>
      </w:r>
      <w:r>
        <w:br/>
      </w:r>
      <w:r>
        <w:t xml:space="preserve">    (c) explains something in a particular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merry peal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mirth</w:t>
      </w:r>
      <w:r>
        <w:rPr>
          <w:b/>
          <w:bCs/>
        </w:rPr>
        <w:t xml:space="preserve"> </w:t>
      </w:r>
      <w:r>
        <w:rPr>
          <w:b/>
          <w:bCs/>
        </w:rPr>
        <w:t xml:space="preserve">greeted Stillwell's solemn assertion.</w:t>
      </w:r>
      <w:r>
        <w:br/>
      </w:r>
      <w:r>
        <w:t xml:space="preserve">    (a) fun and laughter</w:t>
      </w:r>
      <w:r>
        <w:br/>
      </w:r>
      <w:r>
        <w:t xml:space="preserve">    (b) started (a fire)</w:t>
      </w:r>
      <w:r>
        <w:br/>
      </w:r>
      <w:r>
        <w:t xml:space="preserve">    (c) restart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that matter, Madeline observed Helen did not show any marked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to the others.</w:t>
      </w:r>
      <w:r>
        <w:br/>
      </w:r>
      <w:r>
        <w:t xml:space="preserve">    (a) come to terms with</w:t>
      </w:r>
      <w:r>
        <w:br/>
      </w:r>
      <w:r>
        <w:t xml:space="preserve">    (b) an unmissable difference when compared side-x-side</w:t>
      </w:r>
      <w:r>
        <w:br/>
      </w:r>
      <w:r>
        <w:t xml:space="preserve">    (c) block or interfere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fierce desert had reached up to meet the magnetic heights where heat and wind and frost and lightning and flood contended in everlasting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.</w:t>
      </w:r>
      <w:r>
        <w:br/>
      </w:r>
      <w:r>
        <w:t xml:space="preserve">    (a) violent conflict or angry disagreement</w:t>
      </w:r>
      <w:r>
        <w:br/>
      </w:r>
      <w:r>
        <w:t xml:space="preserve">    (b) job, reservation, booking, or activity</w:t>
      </w:r>
      <w:r>
        <w:br/>
      </w:r>
      <w:r>
        <w:t xml:space="preserve">    (c) thing that affects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Madeline had to believe that a hard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 </w:t>
      </w:r>
      <w:r>
        <w:rPr>
          <w:b/>
          <w:bCs/>
        </w:rPr>
        <w:t xml:space="preserve">life in a barren and wild country developed great principles in men.</w:t>
      </w:r>
      <w:r>
        <w:br/>
      </w:r>
      <w:r>
        <w:t xml:space="preserve">    (a) stuck out</w:t>
      </w:r>
      <w:r>
        <w:br/>
      </w:r>
      <w:r>
        <w:t xml:space="preserve">    (b) bent down</w:t>
      </w:r>
      <w:r>
        <w:br/>
      </w:r>
      <w:r>
        <w:t xml:space="preserve">    (c)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cool, easy speech, his familiar swagger, the smile with which he regarded her did not in the least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deceive</w:t>
      </w:r>
      <w:r>
        <w:rPr>
          <w:b/>
          <w:bCs/>
        </w:rPr>
        <w:t xml:space="preserve"> </w:t>
      </w:r>
      <w:r>
        <w:rPr>
          <w:b/>
          <w:bCs/>
        </w:rPr>
        <w:t xml:space="preserve">Madeline.</w:t>
      </w:r>
      <w:r>
        <w:br/>
      </w:r>
      <w:r>
        <w:t xml:space="preserve">    (a) tell (a story)</w:t>
      </w:r>
      <w:r>
        <w:br/>
      </w:r>
      <w:r>
        <w:t xml:space="preserve">    (b) lie or mislead</w:t>
      </w:r>
      <w:r>
        <w:br/>
      </w:r>
      <w:r>
        <w:t xml:space="preserve">    (c) bad or harmful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2026-07-31T17:37:27Z</dcterms:created>
  <dcterms:modified xsi:type="dcterms:W3CDTF">2026-07-31T17:37:27Z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