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2f7d772c96c5ce2cb9c20b238ef875f9285f90e"/>
    <w:p>
      <w:pPr>
        <w:pStyle w:val="Heading1"/>
      </w:pPr>
      <w:r>
        <w:rPr>
          <w:b/>
          <w:bCs/>
        </w:rPr>
        <w:t xml:space="preserve">The Light of Western Stars</w:t>
      </w:r>
      <w:r>
        <w:br/>
      </w:r>
      <w:r>
        <w:rPr>
          <w:i/>
          <w:iCs/>
        </w:rPr>
        <w:t xml:space="preserve">Zane Grey</w:t>
      </w:r>
      <w:r>
        <w:br/>
      </w:r>
      <w:r>
        <w:rPr>
          <w:b/>
          <w:bCs/>
        </w:rPr>
        <w:t xml:space="preserve">Extra Credit 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She was tired of being feted, admired, loved, followed, and</w:t>
      </w:r>
      <w:r>
        <w:rPr>
          <w:b/>
          <w:bCs/>
        </w:rPr>
        <w:t xml:space="preserve"> </w:t>
      </w:r>
      <w:r>
        <w:rPr>
          <w:b/>
          <w:bCs/>
          <w:u w:val="single"/>
        </w:rPr>
        <w:t xml:space="preserve">importuned</w:t>
      </w:r>
      <w:r>
        <w:rPr>
          <w:b/>
          <w:bCs/>
        </w:rPr>
        <w:t xml:space="preserve">; tired of people; tired of houses, noise, ostentation, luxury.</w:t>
      </w:r>
      <w:r>
        <w:br/>
      </w:r>
      <w:r>
        <w:t xml:space="preserve">    (a) adjusted a lens to make an image clear</w:t>
      </w:r>
      <w:r>
        <w:br/>
      </w:r>
      <w:r>
        <w:t xml:space="preserve">    (b) not good at concentrating on one thing</w:t>
      </w:r>
      <w:r>
        <w:br/>
      </w:r>
      <w:r>
        <w:t xml:space="preserve">    (c) begged insistently or urged repeatedly</w:t>
      </w:r>
    </w:p>
    <w:p>
      <w:pPr>
        <w:pStyle w:val="Compact"/>
        <w:numPr>
          <w:ilvl w:val="0"/>
          <w:numId w:val="1001"/>
        </w:numPr>
      </w:pPr>
      <w:r>
        <w:rPr>
          <w:b/>
          <w:bCs/>
        </w:rPr>
        <w:t xml:space="preserve">Then she fell to wondering what living with such</w:t>
      </w:r>
      <w:r>
        <w:rPr>
          <w:b/>
          <w:bCs/>
        </w:rPr>
        <w:t xml:space="preserve"> </w:t>
      </w:r>
      <w:r>
        <w:rPr>
          <w:b/>
          <w:bCs/>
          <w:u w:val="single"/>
        </w:rPr>
        <w:t xml:space="preserve">uncouth</w:t>
      </w:r>
      <w:r>
        <w:rPr>
          <w:b/>
          <w:bCs/>
        </w:rPr>
        <w:t xml:space="preserve"> </w:t>
      </w:r>
      <w:r>
        <w:rPr>
          <w:b/>
          <w:bCs/>
        </w:rPr>
        <w:t xml:space="preserve">cowboys had done to Alfred.</w:t>
      </w:r>
      <w:r>
        <w:br/>
      </w:r>
      <w:r>
        <w:t xml:space="preserve">    (a) rude or unpleasant due to a lack of manners, refinement, or taste</w:t>
      </w:r>
      <w:r>
        <w:br/>
      </w:r>
      <w:r>
        <w:t xml:space="preserve">    (b) related to the spreading of a disease to another part of the body</w:t>
      </w:r>
      <w:r>
        <w:br/>
      </w:r>
      <w:r>
        <w:t xml:space="preserve">    (c) relating to a surface rather than to anything deep or penetrating</w:t>
      </w:r>
    </w:p>
    <w:p>
      <w:pPr>
        <w:pStyle w:val="Compact"/>
        <w:numPr>
          <w:ilvl w:val="0"/>
          <w:numId w:val="1001"/>
        </w:numPr>
      </w:pPr>
      <w:r>
        <w:rPr>
          <w:b/>
          <w:bCs/>
          <w:u w:val="single"/>
        </w:rPr>
        <w:t xml:space="preserve">discordant</w:t>
      </w:r>
      <w:r>
        <w:rPr>
          <w:b/>
          <w:bCs/>
        </w:rPr>
        <w:t xml:space="preserve"> </w:t>
      </w:r>
      <w:r>
        <w:rPr>
          <w:b/>
          <w:bCs/>
        </w:rPr>
        <w:t xml:space="preserve">music</w:t>
      </w:r>
      <w:r>
        <w:br/>
      </w:r>
      <w:r>
        <w:t xml:space="preserve">    (a) unpleasant sounding</w:t>
      </w:r>
      <w:r>
        <w:br/>
      </w:r>
      <w:r>
        <w:t xml:space="preserve">    (b) likely to change</w:t>
      </w:r>
      <w:r>
        <w:br/>
      </w:r>
      <w:r>
        <w:t xml:space="preserve">    (c) able to be found</w:t>
      </w:r>
    </w:p>
    <w:p>
      <w:pPr>
        <w:pStyle w:val="Compact"/>
        <w:numPr>
          <w:ilvl w:val="0"/>
          <w:numId w:val="1001"/>
        </w:numPr>
      </w:pPr>
      <w:r>
        <w:rPr>
          <w:b/>
          <w:bCs/>
        </w:rPr>
        <w:t xml:space="preserve">And she reproached herself for a</w:t>
      </w:r>
      <w:r>
        <w:rPr>
          <w:b/>
          <w:bCs/>
        </w:rPr>
        <w:t xml:space="preserve"> </w:t>
      </w:r>
      <w:r>
        <w:rPr>
          <w:b/>
          <w:bCs/>
          <w:u w:val="single"/>
        </w:rPr>
        <w:t xml:space="preserve">fastidiousness</w:t>
      </w:r>
      <w:r>
        <w:rPr>
          <w:b/>
          <w:bCs/>
        </w:rPr>
        <w:t xml:space="preserve">, a hypercritical sense of refinement that could not help distinguishing what these women lacked.</w:t>
      </w:r>
      <w:r>
        <w:br/>
      </w:r>
      <w:r>
        <w:t xml:space="preserve">    (a) a person who works from within to destroy an established order; or relating to such destructive efforts</w:t>
      </w:r>
      <w:r>
        <w:br/>
      </w:r>
      <w:r>
        <w:t xml:space="preserve">    (b) giving careful attention to detail</w:t>
      </w:r>
      <w:r>
        <w:br/>
      </w:r>
      <w:r>
        <w:br/>
      </w:r>
      <w:r>
        <w:t xml:space="preserve">or:</w:t>
      </w:r>
      <w:r>
        <w:br/>
      </w:r>
      <w:r>
        <w:br/>
      </w:r>
      <w:r>
        <w:t xml:space="preserve">excessively concerned with cleanliness or matters of taste</w:t>
      </w:r>
      <w:r>
        <w:br/>
      </w:r>
      <w:r>
        <w:t xml:space="preserve">    (c) not relevant (not related to the subject being considered, or not important enough to want to consider)</w:t>
      </w:r>
    </w:p>
    <w:p>
      <w:pPr>
        <w:pStyle w:val="Compact"/>
        <w:numPr>
          <w:ilvl w:val="0"/>
          <w:numId w:val="1001"/>
        </w:numPr>
      </w:pPr>
      <w:r>
        <w:rPr>
          <w:b/>
          <w:bCs/>
        </w:rPr>
        <w:t xml:space="preserve">Cochise befriended the whites once; but he was the victim of that friendliness, and he became the most</w:t>
      </w:r>
      <w:r>
        <w:rPr>
          <w:b/>
          <w:bCs/>
        </w:rPr>
        <w:t xml:space="preserve"> </w:t>
      </w:r>
      <w:r>
        <w:rPr>
          <w:b/>
          <w:bCs/>
          <w:u w:val="single"/>
        </w:rPr>
        <w:t xml:space="preserve">implacable</w:t>
      </w:r>
      <w:r>
        <w:rPr>
          <w:b/>
          <w:bCs/>
        </w:rPr>
        <w:t xml:space="preserve"> </w:t>
      </w:r>
      <w:r>
        <w:rPr>
          <w:b/>
          <w:bCs/>
        </w:rPr>
        <w:t xml:space="preserve">of foes.</w:t>
      </w:r>
      <w:r>
        <w:br/>
      </w:r>
      <w:r>
        <w:t xml:space="preserve">    (a) unyielding</w:t>
      </w:r>
      <w:r>
        <w:br/>
      </w:r>
      <w:r>
        <w:t xml:space="preserve">    (b) diminishing</w:t>
      </w:r>
      <w:r>
        <w:br/>
      </w:r>
      <w:r>
        <w:t xml:space="preserve">    (c) increasing</w:t>
      </w:r>
    </w:p>
    <w:p>
      <w:pPr>
        <w:pStyle w:val="Compact"/>
        <w:numPr>
          <w:ilvl w:val="0"/>
          <w:numId w:val="1001"/>
        </w:numPr>
      </w:pPr>
      <w:r>
        <w:rPr>
          <w:b/>
          <w:bCs/>
        </w:rPr>
        <w:t xml:space="preserve">After that there was</w:t>
      </w:r>
      <w:r>
        <w:rPr>
          <w:b/>
          <w:bCs/>
        </w:rPr>
        <w:t xml:space="preserve"> </w:t>
      </w:r>
      <w:r>
        <w:rPr>
          <w:b/>
          <w:bCs/>
          <w:u w:val="single"/>
        </w:rPr>
        <w:t xml:space="preserve">perceptible</w:t>
      </w:r>
      <w:r>
        <w:rPr>
          <w:b/>
          <w:bCs/>
        </w:rPr>
        <w:t xml:space="preserve"> </w:t>
      </w:r>
      <w:r>
        <w:rPr>
          <w:b/>
          <w:bCs/>
        </w:rPr>
        <w:t xml:space="preserve">deepening of the gray and an enlarging of the stars and a brightening of new-born ones.</w:t>
      </w:r>
      <w:r>
        <w:br/>
      </w:r>
      <w:r>
        <w:t xml:space="preserve">    (a) able to take on or adopt</w:t>
      </w:r>
      <w:r>
        <w:br/>
      </w:r>
      <w:r>
        <w:t xml:space="preserve">    (b) capable of being noticed</w:t>
      </w:r>
      <w:r>
        <w:br/>
      </w:r>
      <w:r>
        <w:t xml:space="preserve">    (c) the state of being awake</w:t>
      </w:r>
    </w:p>
    <w:p>
      <w:pPr>
        <w:pStyle w:val="Compact"/>
        <w:numPr>
          <w:ilvl w:val="0"/>
          <w:numId w:val="1001"/>
        </w:numPr>
      </w:pPr>
      <w:r>
        <w:rPr>
          <w:b/>
          <w:bCs/>
        </w:rPr>
        <w:t xml:space="preserve">Therefore she could not rest; she wanted to go and see; she was no longer chasing phantoms; it was a hunt for treasure that held aloof, as</w:t>
      </w:r>
      <w:r>
        <w:rPr>
          <w:b/>
          <w:bCs/>
        </w:rPr>
        <w:t xml:space="preserve"> </w:t>
      </w:r>
      <w:r>
        <w:rPr>
          <w:b/>
          <w:bCs/>
          <w:u w:val="single"/>
        </w:rPr>
        <w:t xml:space="preserve">intangible</w:t>
      </w:r>
      <w:r>
        <w:rPr>
          <w:b/>
          <w:bCs/>
        </w:rPr>
        <w:t xml:space="preserve"> </w:t>
      </w:r>
      <w:r>
        <w:rPr>
          <w:b/>
          <w:bCs/>
        </w:rPr>
        <w:t xml:space="preserve">as the substance of dreams.</w:t>
      </w:r>
      <w:r>
        <w:br/>
      </w:r>
      <w:r>
        <w:t xml:space="preserve">    (a) someone who abandoned their religion or separated from others with whom they used to share firmly held beliefs</w:t>
      </w:r>
      <w:r>
        <w:br/>
      </w:r>
      <w:r>
        <w:t xml:space="preserve">    (b) unable to be physically touched (existing but not material or concrete); or something that is hard to identify</w:t>
      </w:r>
      <w:r>
        <w:br/>
      </w:r>
      <w:r>
        <w:t xml:space="preserve">    (c) an artists performance of another artist's work that expresses the performer's feelings or ideas about the work</w:t>
      </w:r>
    </w:p>
    <w:p>
      <w:pPr>
        <w:pStyle w:val="Compact"/>
        <w:numPr>
          <w:ilvl w:val="0"/>
          <w:numId w:val="1001"/>
        </w:numPr>
      </w:pPr>
      <w:r>
        <w:rPr>
          <w:b/>
          <w:bCs/>
        </w:rPr>
        <w:t xml:space="preserve">They were old, crumbling, broken down,</w:t>
      </w:r>
      <w:r>
        <w:rPr>
          <w:b/>
          <w:bCs/>
        </w:rPr>
        <w:t xml:space="preserve"> </w:t>
      </w:r>
      <w:r>
        <w:rPr>
          <w:b/>
          <w:bCs/>
          <w:u w:val="single"/>
        </w:rPr>
        <w:t xml:space="preserve">squalid</w:t>
      </w:r>
      <w:r>
        <w:rPr>
          <w:b/>
          <w:bCs/>
        </w:rPr>
        <w:t xml:space="preserve">.</w:t>
      </w:r>
      <w:r>
        <w:br/>
      </w:r>
      <w:r>
        <w:t xml:space="preserve">    (a) with the involvement of other people or things</w:t>
      </w:r>
      <w:r>
        <w:br/>
      </w:r>
      <w:r>
        <w:t xml:space="preserve">    (b) the state or degree of being greater than zero</w:t>
      </w:r>
      <w:r>
        <w:br/>
      </w:r>
      <w:r>
        <w:t xml:space="preserve">    (c) dirty and unpleasant; or (more rarely) immoral</w:t>
      </w:r>
    </w:p>
    <w:p>
      <w:pPr>
        <w:pStyle w:val="Compact"/>
        <w:numPr>
          <w:ilvl w:val="0"/>
          <w:numId w:val="1001"/>
        </w:numPr>
      </w:pPr>
      <w:r>
        <w:rPr>
          <w:b/>
          <w:bCs/>
        </w:rPr>
        <w:t xml:space="preserve">Here drunkenness was manifest, a terrible</w:t>
      </w:r>
      <w:r>
        <w:rPr>
          <w:b/>
          <w:bCs/>
        </w:rPr>
        <w:t xml:space="preserve"> </w:t>
      </w:r>
      <w:r>
        <w:rPr>
          <w:b/>
          <w:bCs/>
          <w:u w:val="single"/>
        </w:rPr>
        <w:t xml:space="preserve">inert</w:t>
      </w:r>
      <w:r>
        <w:rPr>
          <w:b/>
          <w:bCs/>
        </w:rPr>
        <w:t xml:space="preserve"> </w:t>
      </w:r>
      <w:r>
        <w:rPr>
          <w:b/>
          <w:bCs/>
        </w:rPr>
        <w:t xml:space="preserve">drunkenness that made its victims deathlike.</w:t>
      </w:r>
      <w:r>
        <w:br/>
      </w:r>
      <w:r>
        <w:t xml:space="preserve">    (a) the quality or degree of being straightforward or clear (sometimes indicating that truth is not worded carefully to spare feelings or gain advantage)</w:t>
      </w:r>
      <w:r>
        <w:br/>
      </w:r>
      <w:r>
        <w:t xml:space="preserve">    (b) the degree to which a performance of or to someone else's work lends itself to the expression of personal artistic ideas or feelings by the performer</w:t>
      </w:r>
      <w:r>
        <w:br/>
      </w:r>
      <w:r>
        <w:t xml:space="preserve">    (c) unmoving, inactive, or unable to move</w:t>
      </w:r>
      <w:r>
        <w:br/>
      </w:r>
      <w:r>
        <w:br/>
      </w:r>
      <w:r>
        <w:t xml:space="preserve">or:</w:t>
      </w:r>
      <w:r>
        <w:br/>
      </w:r>
      <w:r>
        <w:br/>
      </w:r>
      <w:r>
        <w:t xml:space="preserve">slow, lethargic, or without interest</w:t>
      </w:r>
      <w:r>
        <w:br/>
      </w:r>
      <w:r>
        <w:br/>
      </w:r>
      <w:r>
        <w:t xml:space="preserve">or (in chemistry/medicine):</w:t>
      </w:r>
      <w:r>
        <w:br/>
      </w:r>
      <w:r>
        <w:br/>
      </w:r>
      <w:r>
        <w:t xml:space="preserve">chemically inactive (not having an effect)</w:t>
      </w:r>
    </w:p>
    <w:p>
      <w:pPr>
        <w:pStyle w:val="Compact"/>
        <w:numPr>
          <w:ilvl w:val="0"/>
          <w:numId w:val="1001"/>
        </w:numPr>
      </w:pPr>
      <w:r>
        <w:rPr>
          <w:b/>
          <w:bCs/>
        </w:rPr>
        <w:t xml:space="preserve">They whispered that it was a great, grim,</w:t>
      </w:r>
      <w:r>
        <w:rPr>
          <w:b/>
          <w:bCs/>
        </w:rPr>
        <w:t xml:space="preserve"> </w:t>
      </w:r>
      <w:r>
        <w:rPr>
          <w:b/>
          <w:bCs/>
          <w:u w:val="single"/>
        </w:rPr>
        <w:t xml:space="preserve">immutable</w:t>
      </w:r>
      <w:r>
        <w:rPr>
          <w:b/>
          <w:bCs/>
        </w:rPr>
        <w:t xml:space="preserve"> </w:t>
      </w:r>
      <w:r>
        <w:rPr>
          <w:b/>
          <w:bCs/>
        </w:rPr>
        <w:t xml:space="preserve">earth; that time was eternity; that life was fleeting.</w:t>
      </w:r>
      <w:r>
        <w:br/>
      </w:r>
      <w:r>
        <w:t xml:space="preserve">    (a) not pleasing</w:t>
      </w:r>
      <w:r>
        <w:br/>
      </w:r>
      <w:r>
        <w:t xml:space="preserve">    (b) disagreeable</w:t>
      </w:r>
      <w:r>
        <w:br/>
      </w:r>
      <w:r>
        <w:t xml:space="preserve">    (c) unchangeable</w:t>
      </w:r>
    </w:p>
    <w:p>
      <w:pPr>
        <w:pStyle w:val="Compact"/>
        <w:numPr>
          <w:ilvl w:val="0"/>
          <w:numId w:val="1001"/>
        </w:numPr>
      </w:pPr>
      <w:r>
        <w:rPr>
          <w:b/>
          <w:bCs/>
        </w:rPr>
        <w:t xml:space="preserve">And all at once she became merely a woman, brave and sweet and</w:t>
      </w:r>
      <w:r>
        <w:rPr>
          <w:b/>
          <w:bCs/>
        </w:rPr>
        <w:t xml:space="preserve"> </w:t>
      </w:r>
      <w:r>
        <w:rPr>
          <w:b/>
          <w:bCs/>
          <w:u w:val="single"/>
        </w:rPr>
        <w:t xml:space="preserve">indomitable</w:t>
      </w:r>
      <w:r>
        <w:rPr>
          <w:b/>
          <w:bCs/>
        </w:rPr>
        <w:t xml:space="preserve">.</w:t>
      </w:r>
      <w:r>
        <w:br/>
      </w:r>
      <w:r>
        <w:t xml:space="preserve">    (a) impossible to defeat or discourage; or showing unshakable strength, determination, or spirit</w:t>
      </w:r>
      <w:r>
        <w:br/>
      </w:r>
      <w:r>
        <w:t xml:space="preserve">    (b) of something temporarily treated as true to advance a discussion or to further investigation</w:t>
      </w:r>
      <w:r>
        <w:br/>
      </w:r>
      <w:r>
        <w:t xml:space="preserve">    (c) relating to the threadlike structures in the cell nucleus that carry genes in a linear order</w:t>
      </w:r>
    </w:p>
    <w:p>
      <w:pPr>
        <w:pStyle w:val="Compact"/>
        <w:numPr>
          <w:ilvl w:val="0"/>
          <w:numId w:val="1001"/>
        </w:numPr>
      </w:pPr>
      <w:r>
        <w:rPr>
          <w:b/>
          <w:bCs/>
        </w:rPr>
        <w:t xml:space="preserve">That statement from the cattleman</w:t>
      </w:r>
      <w:r>
        <w:rPr>
          <w:b/>
          <w:bCs/>
        </w:rPr>
        <w:t xml:space="preserve"> </w:t>
      </w:r>
      <w:r>
        <w:rPr>
          <w:b/>
          <w:bCs/>
          <w:u w:val="single"/>
        </w:rPr>
        <w:t xml:space="preserve">allayed</w:t>
      </w:r>
      <w:r>
        <w:rPr>
          <w:b/>
          <w:bCs/>
        </w:rPr>
        <w:t xml:space="preserve"> </w:t>
      </w:r>
      <w:r>
        <w:rPr>
          <w:b/>
          <w:bCs/>
        </w:rPr>
        <w:t xml:space="preserve">Madeline's pangs of conscience.</w:t>
      </w:r>
      <w:r>
        <w:br/>
      </w:r>
      <w:r>
        <w:t xml:space="preserve">    (a) reduced the intensity of or calmed</w:t>
      </w:r>
      <w:r>
        <w:br/>
      </w:r>
      <w:r>
        <w:t xml:space="preserve">    (b) stopped (something from happening)</w:t>
      </w:r>
      <w:r>
        <w:br/>
      </w:r>
      <w:r>
        <w:t xml:space="preserve">    (c) not provided with investment funds</w:t>
      </w:r>
    </w:p>
    <w:p>
      <w:pPr>
        <w:pStyle w:val="Compact"/>
        <w:numPr>
          <w:ilvl w:val="0"/>
          <w:numId w:val="1001"/>
        </w:numPr>
      </w:pPr>
      <w:r>
        <w:rPr>
          <w:b/>
          <w:bCs/>
        </w:rPr>
        <w:t xml:space="preserve">He had not come to consult Madeline for several days—an</w:t>
      </w:r>
      <w:r>
        <w:rPr>
          <w:b/>
          <w:bCs/>
        </w:rPr>
        <w:t xml:space="preserve"> </w:t>
      </w:r>
      <w:r>
        <w:rPr>
          <w:b/>
          <w:bCs/>
          <w:u w:val="single"/>
        </w:rPr>
        <w:t xml:space="preserve">omission</w:t>
      </w:r>
      <w:r>
        <w:rPr>
          <w:b/>
          <w:bCs/>
        </w:rPr>
        <w:t xml:space="preserve"> </w:t>
      </w:r>
      <w:r>
        <w:rPr>
          <w:b/>
          <w:bCs/>
        </w:rPr>
        <w:t xml:space="preserve">so unusual as to be remarked.</w:t>
      </w:r>
      <w:r>
        <w:br/>
      </w:r>
      <w:r>
        <w:t xml:space="preserve">    (a) something left out that should have been included</w:t>
      </w:r>
      <w:r>
        <w:br/>
      </w:r>
      <w:r>
        <w:t xml:space="preserve">    (b) people who do not believe in the existence of god</w:t>
      </w:r>
      <w:r>
        <w:br/>
      </w:r>
      <w:r>
        <w:t xml:space="preserve">    (c) an impressive country house (or castle) in France</w:t>
      </w:r>
    </w:p>
    <w:p>
      <w:pPr>
        <w:pStyle w:val="Compact"/>
        <w:numPr>
          <w:ilvl w:val="0"/>
          <w:numId w:val="1001"/>
        </w:numPr>
      </w:pPr>
      <w:r>
        <w:rPr>
          <w:b/>
          <w:bCs/>
        </w:rPr>
        <w:t xml:space="preserve">As far as it was possible for this iron-faced cowboy to be so, he was bland and</w:t>
      </w:r>
      <w:r>
        <w:rPr>
          <w:b/>
          <w:bCs/>
        </w:rPr>
        <w:t xml:space="preserve"> </w:t>
      </w:r>
      <w:r>
        <w:rPr>
          <w:b/>
          <w:bCs/>
          <w:u w:val="single"/>
        </w:rPr>
        <w:t xml:space="preserve">suave</w:t>
      </w:r>
      <w:r>
        <w:rPr>
          <w:b/>
          <w:bCs/>
        </w:rPr>
        <w:t xml:space="preserve">.</w:t>
      </w:r>
      <w:r>
        <w:br/>
      </w:r>
      <w:r>
        <w:t xml:space="preserve">    (a) sophisticated and charming</w:t>
      </w:r>
      <w:r>
        <w:br/>
      </w:r>
      <w:r>
        <w:t xml:space="preserve">    (b) able to meet and talk with</w:t>
      </w:r>
      <w:r>
        <w:br/>
      </w:r>
      <w:r>
        <w:t xml:space="preserve">    (c) the quality of disagreeing</w:t>
      </w:r>
    </w:p>
    <w:p>
      <w:pPr>
        <w:pStyle w:val="Compact"/>
        <w:numPr>
          <w:ilvl w:val="0"/>
          <w:numId w:val="1001"/>
        </w:numPr>
      </w:pPr>
      <w:r>
        <w:rPr>
          <w:b/>
          <w:bCs/>
        </w:rPr>
        <w:t xml:space="preserve">Castleton disappeared in a mass of</w:t>
      </w:r>
      <w:r>
        <w:rPr>
          <w:b/>
          <w:bCs/>
        </w:rPr>
        <w:t xml:space="preserve"> </w:t>
      </w:r>
      <w:r>
        <w:rPr>
          <w:b/>
          <w:bCs/>
          <w:u w:val="single"/>
        </w:rPr>
        <w:t xml:space="preserve">gesticulating</w:t>
      </w:r>
      <w:r>
        <w:rPr>
          <w:b/>
          <w:bCs/>
        </w:rPr>
        <w:t xml:space="preserve">, shouting cowboys.</w:t>
      </w:r>
      <w:r>
        <w:br/>
      </w:r>
      <w:r>
        <w:t xml:space="preserve">    (a) surgically interrupting nerve tracts to and from the frontal lobe of the brain</w:t>
      </w:r>
      <w:r>
        <w:br/>
      </w:r>
      <w:r>
        <w:t xml:space="preserve">    (b) releasing from slavery or servitude; or (metaphorically) from social restraints</w:t>
      </w:r>
      <w:r>
        <w:br/>
      </w:r>
      <w:r>
        <w:t xml:space="preserve">    (c) making gestures (hand or body movements) while speaking or to express something</w:t>
      </w:r>
    </w:p>
    <w:p>
      <w:pPr>
        <w:pStyle w:val="Compact"/>
        <w:numPr>
          <w:ilvl w:val="0"/>
          <w:numId w:val="1001"/>
        </w:numPr>
      </w:pPr>
      <w:r>
        <w:rPr>
          <w:b/>
          <w:bCs/>
        </w:rPr>
        <w:t xml:space="preserve">There was weariness, dignity, even</w:t>
      </w:r>
      <w:r>
        <w:rPr>
          <w:b/>
          <w:bCs/>
        </w:rPr>
        <w:t xml:space="preserve"> </w:t>
      </w:r>
      <w:r>
        <w:rPr>
          <w:b/>
          <w:bCs/>
          <w:u w:val="single"/>
        </w:rPr>
        <w:t xml:space="preserve">reproof</w:t>
      </w:r>
      <w:r>
        <w:rPr>
          <w:b/>
          <w:bCs/>
        </w:rPr>
        <w:t xml:space="preserve"> </w:t>
      </w:r>
      <w:r>
        <w:rPr>
          <w:b/>
          <w:bCs/>
        </w:rPr>
        <w:t xml:space="preserve">in his question.</w:t>
      </w:r>
      <w:r>
        <w:br/>
      </w:r>
      <w:r>
        <w:t xml:space="preserve">    (a) criticism</w:t>
      </w:r>
      <w:r>
        <w:br/>
      </w:r>
      <w:r>
        <w:t xml:space="preserve">    (b) main road</w:t>
      </w:r>
      <w:r>
        <w:br/>
      </w:r>
      <w:r>
        <w:t xml:space="preserve">    (c) hard work</w:t>
      </w:r>
    </w:p>
    <w:p>
      <w:pPr>
        <w:pStyle w:val="Compact"/>
        <w:numPr>
          <w:ilvl w:val="0"/>
          <w:numId w:val="1001"/>
        </w:numPr>
      </w:pPr>
      <w:r>
        <w:rPr>
          <w:b/>
          <w:bCs/>
        </w:rPr>
        <w:t xml:space="preserve">This fidelity to her swelled her heart, while the need of it</w:t>
      </w:r>
      <w:r>
        <w:rPr>
          <w:b/>
          <w:bCs/>
        </w:rPr>
        <w:t xml:space="preserve"> </w:t>
      </w:r>
      <w:r>
        <w:rPr>
          <w:b/>
          <w:bCs/>
          <w:u w:val="single"/>
        </w:rPr>
        <w:t xml:space="preserve">presaged</w:t>
      </w:r>
      <w:r>
        <w:rPr>
          <w:b/>
          <w:bCs/>
        </w:rPr>
        <w:t xml:space="preserve"> </w:t>
      </w:r>
      <w:r>
        <w:rPr>
          <w:b/>
          <w:bCs/>
        </w:rPr>
        <w:t xml:space="preserve">that fearful something which, since Stewart's passionate appeal to her, haunted her as inevitable.</w:t>
      </w:r>
      <w:r>
        <w:br/>
      </w:r>
      <w:r>
        <w:t xml:space="preserve">    (a) served as a sign of something about to happen</w:t>
      </w:r>
      <w:r>
        <w:br/>
      </w:r>
      <w:r>
        <w:t xml:space="preserve">    (b) caused to happen or occurred as a consequence</w:t>
      </w:r>
      <w:r>
        <w:br/>
      </w:r>
      <w:r>
        <w:t xml:space="preserve">    (c) donated a portion of one's income to a church</w:t>
      </w:r>
    </w:p>
    <w:p>
      <w:pPr>
        <w:pStyle w:val="Compact"/>
        <w:numPr>
          <w:ilvl w:val="0"/>
          <w:numId w:val="1001"/>
        </w:numPr>
      </w:pPr>
      <w:r>
        <w:rPr>
          <w:b/>
          <w:bCs/>
        </w:rPr>
        <w:t xml:space="preserve">Then, with Florence helping the Mexican women, it was not long until Madeline and the feminine side of the party were comfortable, except for the weariness and aches that only rest and sleep could</w:t>
      </w:r>
      <w:r>
        <w:rPr>
          <w:b/>
          <w:bCs/>
        </w:rPr>
        <w:t xml:space="preserve"> </w:t>
      </w:r>
      <w:r>
        <w:rPr>
          <w:b/>
          <w:bCs/>
          <w:u w:val="single"/>
        </w:rPr>
        <w:t xml:space="preserve">alleviate</w:t>
      </w:r>
      <w:r>
        <w:rPr>
          <w:b/>
          <w:bCs/>
        </w:rPr>
        <w:t xml:space="preserve">.</w:t>
      </w:r>
      <w:r>
        <w:br/>
      </w:r>
      <w:r>
        <w:t xml:space="preserve">    (a) ignore someone's wishes or cause inconvenience or discomfort</w:t>
      </w:r>
      <w:r>
        <w:br/>
      </w:r>
      <w:r>
        <w:t xml:space="preserve">    (b) to lessen something that is bad -- especially to lessen pain</w:t>
      </w:r>
      <w:r>
        <w:br/>
      </w:r>
      <w:r>
        <w:t xml:space="preserve">    (c) provide investment funds for something -- such as a business</w:t>
      </w:r>
    </w:p>
    <w:p>
      <w:pPr>
        <w:pStyle w:val="Compact"/>
        <w:numPr>
          <w:ilvl w:val="0"/>
          <w:numId w:val="1001"/>
        </w:numPr>
      </w:pPr>
      <w:r>
        <w:rPr>
          <w:b/>
          <w:bCs/>
        </w:rPr>
        <w:t xml:space="preserve">Nevertheless, as she was human, she could not help thinking and being pleased and enjoying a little the discomfiture of the two</w:t>
      </w:r>
      <w:r>
        <w:rPr>
          <w:b/>
          <w:bCs/>
        </w:rPr>
        <w:t xml:space="preserve"> </w:t>
      </w:r>
      <w:r>
        <w:rPr>
          <w:b/>
          <w:bCs/>
          <w:u w:val="single"/>
        </w:rPr>
        <w:t xml:space="preserve">coquettes</w:t>
      </w:r>
      <w:r>
        <w:rPr>
          <w:b/>
          <w:bCs/>
        </w:rPr>
        <w:t xml:space="preserve">.</w:t>
      </w:r>
      <w:r>
        <w:br/>
      </w:r>
      <w:r>
        <w:t xml:space="preserve">    (a) argues -- typically over unimportant things; or instances of such arguments</w:t>
      </w:r>
      <w:r>
        <w:br/>
      </w:r>
      <w:r>
        <w:t xml:space="preserve">    (b) women who are casually playful in a way that arouses sexual interest of men</w:t>
      </w:r>
      <w:r>
        <w:br/>
      </w:r>
      <w:r>
        <w:t xml:space="preserve">    (c) differs notably in brightness or tone; or differences in brightness or tone</w:t>
      </w:r>
    </w:p>
    <w:p>
      <w:pPr>
        <w:pStyle w:val="Compact"/>
        <w:numPr>
          <w:ilvl w:val="0"/>
          <w:numId w:val="1001"/>
        </w:numPr>
      </w:pPr>
      <w:r>
        <w:rPr>
          <w:b/>
          <w:bCs/>
        </w:rPr>
        <w:t xml:space="preserve">At length a huge stone appeared to</w:t>
      </w:r>
      <w:r>
        <w:rPr>
          <w:b/>
          <w:bCs/>
        </w:rPr>
        <w:t xml:space="preserve"> </w:t>
      </w:r>
      <w:r>
        <w:rPr>
          <w:b/>
          <w:bCs/>
          <w:u w:val="single"/>
        </w:rPr>
        <w:t xml:space="preserve">hinder</w:t>
      </w:r>
      <w:r>
        <w:rPr>
          <w:b/>
          <w:bCs/>
        </w:rPr>
        <w:t xml:space="preserve"> </w:t>
      </w:r>
      <w:r>
        <w:rPr>
          <w:b/>
          <w:bCs/>
        </w:rPr>
        <w:t xml:space="preserve">any further advance.</w:t>
      </w:r>
      <w:r>
        <w:br/>
      </w:r>
      <w:r>
        <w:t xml:space="preserve">    (a) slowed down or caused problems for</w:t>
      </w:r>
      <w:r>
        <w:br/>
      </w:r>
      <w:r>
        <w:t xml:space="preserve">    (b) make different; or show difference</w:t>
      </w:r>
      <w:r>
        <w:br/>
      </w:r>
      <w:r>
        <w:t xml:space="preserve">    (c) to cause something to move forward</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2026-07-31T17:37:28Z</dcterms:created>
  <dcterms:modified xsi:type="dcterms:W3CDTF">2026-07-31T17:37:28Z</dcterms:modified>
</cp:coreProperties>
</file>

<file path=docProps/custom.xml><?xml version="1.0" encoding="utf-8"?>
<Properties xmlns="http://schemas.openxmlformats.org/officeDocument/2006/custom-properties" xmlns:vt="http://schemas.openxmlformats.org/officeDocument/2006/docPropsVTypes"/>
</file>