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4acae9a057a1a08edf1ba7b3268e83aac2c4b9"/>
    <w:p>
      <w:pPr>
        <w:pStyle w:val="Heading1"/>
      </w:pPr>
      <w:r>
        <w:rPr>
          <w:b/>
          <w:bCs/>
        </w:rPr>
        <w:t xml:space="preserve">The Life and Death of King Richard III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goodbye</w:t>
      </w:r>
      <w:r>
        <w:br/>
      </w:r>
      <w:r>
        <w:t xml:space="preserve">    (b) greetings</w:t>
      </w:r>
      <w:r>
        <w:br/>
      </w:r>
      <w:r>
        <w:t xml:space="preserve">    (c) hello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adversaries</w:t>
      </w:r>
      <w:r>
        <w:rPr>
          <w:b/>
          <w:bCs/>
        </w:rPr>
        <w:t xml:space="preserve"> </w:t>
      </w:r>
      <w:r>
        <w:rPr>
          <w:b/>
          <w:bCs/>
        </w:rPr>
        <w:t xml:space="preserve">outsmarted them.</w:t>
      </w:r>
      <w:r>
        <w:br/>
      </w:r>
      <w:r>
        <w:t xml:space="preserve">    (a) opponents</w:t>
      </w:r>
      <w:r>
        <w:br/>
      </w:r>
      <w:r>
        <w:t xml:space="preserve">    (b) sub-groups</w:t>
      </w:r>
      <w:r>
        <w:br/>
      </w:r>
      <w:r>
        <w:t xml:space="preserve">    (c) replacements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demanding</w:t>
      </w:r>
      <w:r>
        <w:br/>
      </w:r>
      <w:r>
        <w:t xml:space="preserve">    (b) instructing</w:t>
      </w:r>
      <w:r>
        <w:br/>
      </w:r>
      <w:r>
        <w:t xml:space="preserve">    (c) asking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anger</w:t>
      </w:r>
      <w:r>
        <w:br/>
      </w:r>
      <w:r>
        <w:t xml:space="preserve">    (b) disinterest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doing what she can to change the subject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</w:t>
      </w:r>
      <w:r>
        <w:rPr>
          <w:b/>
          <w:bCs/>
        </w:rPr>
        <w:t xml:space="preserve">.</w:t>
      </w:r>
      <w:r>
        <w:br/>
      </w:r>
      <w:r>
        <w:t xml:space="preserve">    (a) disguise the truth</w:t>
      </w:r>
      <w:r>
        <w:br/>
      </w:r>
      <w:r>
        <w:t xml:space="preserve">    (b) re-think beliefs</w:t>
      </w:r>
      <w:r>
        <w:br/>
      </w:r>
      <w:r>
        <w:t xml:space="preserve">    (c) change reality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King claimed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br/>
      </w:r>
      <w:r>
        <w:t xml:space="preserve">    (a) perfect or wonderful</w:t>
      </w:r>
      <w:r>
        <w:br/>
      </w:r>
      <w:r>
        <w:t xml:space="preserve">    (b) coming from God</w:t>
      </w:r>
      <w:r>
        <w:br/>
      </w:r>
      <w:r>
        <w:t xml:space="preserve">    (c) from birth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wouldn't talk about it, but I was 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that the project isn't going well.</w:t>
      </w:r>
      <w:r>
        <w:br/>
      </w:r>
      <w:r>
        <w:t xml:space="preserve">    (a) state</w:t>
      </w:r>
      <w:r>
        <w:br/>
      </w:r>
      <w:r>
        <w:t xml:space="preserve">    (b) figure out</w:t>
      </w:r>
      <w:r>
        <w:br/>
      </w:r>
      <w:r>
        <w:t xml:space="preserve">    (c) share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asked earnestly</w:t>
      </w:r>
      <w:r>
        <w:br/>
      </w:r>
      <w:r>
        <w:t xml:space="preserve">    (b) bribed (with gifts)</w:t>
      </w:r>
      <w:r>
        <w:br/>
      </w:r>
      <w:r>
        <w:t xml:space="preserve">    (c) threatened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grievous</w:t>
      </w:r>
      <w:r>
        <w:rPr>
          <w:b/>
          <w:bCs/>
        </w:rPr>
        <w:t xml:space="preserve"> </w:t>
      </w:r>
      <w:r>
        <w:rPr>
          <w:b/>
          <w:bCs/>
        </w:rPr>
        <w:t xml:space="preserve">offense against morality.</w:t>
      </w:r>
      <w:r>
        <w:br/>
      </w:r>
      <w:r>
        <w:t xml:space="preserve">    (a) serious</w:t>
      </w:r>
      <w:r>
        <w:br/>
      </w:r>
      <w:r>
        <w:t xml:space="preserve">    (b) foolish</w:t>
      </w:r>
      <w:r>
        <w:br/>
      </w:r>
      <w:r>
        <w:t xml:space="preserve">    (c) minor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meaning of the word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inferred</w:t>
      </w:r>
      <w:r>
        <w:rPr>
          <w:b/>
          <w:bCs/>
        </w:rPr>
        <w:t xml:space="preserve"> </w:t>
      </w:r>
      <w:r>
        <w:rPr>
          <w:b/>
          <w:bCs/>
        </w:rPr>
        <w:t xml:space="preserve">based on context clues.</w:t>
      </w:r>
      <w:r>
        <w:br/>
      </w:r>
      <w:r>
        <w:t xml:space="preserve">    (a) converted</w:t>
      </w:r>
      <w:r>
        <w:br/>
      </w:r>
      <w:r>
        <w:t xml:space="preserve">    (b) different</w:t>
      </w:r>
      <w:r>
        <w:br/>
      </w:r>
      <w:r>
        <w:t xml:space="preserve">    (c) figured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became quick friends, finding in each other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kindred</w:t>
      </w:r>
      <w:r>
        <w:rPr>
          <w:b/>
          <w:bCs/>
        </w:rPr>
        <w:t xml:space="preserve"> </w:t>
      </w:r>
      <w:r>
        <w:rPr>
          <w:b/>
          <w:bCs/>
        </w:rPr>
        <w:t xml:space="preserve">spirit.</w:t>
      </w:r>
      <w:r>
        <w:br/>
      </w:r>
      <w:r>
        <w:t xml:space="preserve">    (a) lively</w:t>
      </w:r>
      <w:r>
        <w:br/>
      </w:r>
      <w:r>
        <w:t xml:space="preserve">    (b) thoughtful</w:t>
      </w:r>
      <w:r>
        <w:br/>
      </w:r>
      <w:r>
        <w:t xml:space="preserve">    (c) similar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made worse</w:t>
      </w:r>
      <w:r>
        <w:br/>
      </w:r>
      <w:r>
        <w:t xml:space="preserve">    (b) improved</w:t>
      </w:r>
      <w:r>
        <w:br/>
      </w:r>
      <w:r>
        <w:t xml:space="preserve">    (c) expressed grief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 frustrating day,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and snapped at everyone who spoke to her.</w:t>
      </w:r>
      <w:r>
        <w:br/>
      </w:r>
      <w:r>
        <w:t xml:space="preserve">    (a) very tired</w:t>
      </w:r>
      <w:r>
        <w:br/>
      </w:r>
      <w:r>
        <w:t xml:space="preserve">    (b) very demanding</w:t>
      </w:r>
      <w:r>
        <w:br/>
      </w:r>
      <w:r>
        <w:t xml:space="preserve">    (c) easily annoyed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compliment</w:t>
      </w:r>
      <w:r>
        <w:br/>
      </w:r>
      <w:r>
        <w:t xml:space="preserve">    (c) instruct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in short supply</w:t>
      </w:r>
      <w:r>
        <w:br/>
      </w:r>
      <w:r>
        <w:t xml:space="preserve">    (b) extremely hard</w:t>
      </w:r>
      <w:r>
        <w:br/>
      </w:r>
      <w:r>
        <w:t xml:space="preserve">    (c) easily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coach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scorns</w:t>
      </w:r>
      <w:r>
        <w:rPr>
          <w:b/>
          <w:bCs/>
        </w:rPr>
        <w:t xml:space="preserve"> </w:t>
      </w:r>
      <w:r>
        <w:rPr>
          <w:b/>
          <w:bCs/>
        </w:rPr>
        <w:t xml:space="preserve">students who don't have natural ability.</w:t>
      </w:r>
      <w:r>
        <w:br/>
      </w:r>
      <w:r>
        <w:t xml:space="preserve">    (a) disrespects</w:t>
      </w:r>
      <w:r>
        <w:br/>
      </w:r>
      <w:r>
        <w:t xml:space="preserve">    (b) trains</w:t>
      </w:r>
      <w:r>
        <w:br/>
      </w:r>
      <w:r>
        <w:t xml:space="preserve">    (c) encourages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lawsuit claims that the President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usurping</w:t>
      </w:r>
      <w:r>
        <w:rPr>
          <w:b/>
          <w:bCs/>
        </w:rPr>
        <w:t xml:space="preserve"> </w:t>
      </w:r>
      <w:r>
        <w:rPr>
          <w:b/>
          <w:bCs/>
        </w:rPr>
        <w:t xml:space="preserve">constitutional powers of Congress.</w:t>
      </w:r>
      <w:r>
        <w:br/>
      </w:r>
      <w:r>
        <w:t xml:space="preserve">    (a) publicly defending</w:t>
      </w:r>
      <w:r>
        <w:br/>
      </w:r>
      <w:r>
        <w:t xml:space="preserve">    (b) wrongfully seizing</w:t>
      </w:r>
      <w:r>
        <w:br/>
      </w:r>
      <w:r>
        <w:t xml:space="preserve">    (c) legally exercising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photograph showed poor people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village in East Africa.</w:t>
      </w:r>
      <w:r>
        <w:br/>
      </w:r>
      <w:r>
        <w:t xml:space="preserve">    (a) irresponsible</w:t>
      </w:r>
      <w:r>
        <w:br/>
      </w:r>
      <w:r>
        <w:t xml:space="preserve">    (b) foolish or thoughtless</w:t>
      </w:r>
      <w:r>
        <w:br/>
      </w:r>
      <w:r>
        <w:t xml:space="preserve">    (c) in terrible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experiment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data that raised a new set of questions.</w:t>
      </w:r>
      <w:r>
        <w:br/>
      </w:r>
      <w:r>
        <w:t xml:space="preserve">    (a) produced</w:t>
      </w:r>
      <w:r>
        <w:br/>
      </w:r>
      <w:r>
        <w:t xml:space="preserve">    (b) destroyed</w:t>
      </w:r>
      <w:r>
        <w:br/>
      </w:r>
      <w:r>
        <w:t xml:space="preserve">    (c) slowed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added</w:t>
      </w:r>
      <w:r>
        <w:br/>
      </w:r>
      <w:r>
        <w:t xml:space="preserve">    (b) gave in</w:t>
      </w:r>
      <w:r>
        <w:br/>
      </w:r>
      <w:r>
        <w:t xml:space="preserve">    (c) produced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2026-07-31T15:56:06Z</dcterms:created>
  <dcterms:modified xsi:type="dcterms:W3CDTF">2026-07-31T15:56:06Z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