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ed7e8fba801e97e72a183ea46f119f0f117b509"/>
    <w:p>
      <w:pPr>
        <w:pStyle w:val="Heading1"/>
      </w:pPr>
      <w:r>
        <w:rPr>
          <w:b/>
          <w:bCs/>
        </w:rPr>
        <w:t xml:space="preserve">The Life and Death of King Richard III</w:t>
      </w:r>
      <w:r>
        <w:br/>
      </w:r>
      <w:r>
        <w:rPr>
          <w:i/>
          <w:iCs/>
        </w:rPr>
        <w:t xml:space="preserve">William Shakespeare</w:t>
      </w:r>
      <w:r>
        <w:br/>
      </w:r>
      <w:r>
        <w:rPr>
          <w:b/>
          <w:bCs/>
        </w:rPr>
        <w:t xml:space="preserve">Extra Credit Vocabulary Preview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FDA discovered the problem while reviewing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adverse</w:t>
      </w:r>
      <w:r>
        <w:rPr>
          <w:b/>
          <w:bCs/>
        </w:rPr>
        <w:t xml:space="preserve"> </w:t>
      </w:r>
      <w:r>
        <w:rPr>
          <w:b/>
          <w:bCs/>
        </w:rPr>
        <w:t xml:space="preserve">events reported in the database.</w:t>
      </w:r>
      <w:r>
        <w:br/>
      </w:r>
      <w:r>
        <w:t xml:space="preserve">    (a) minor</w:t>
      </w:r>
      <w:r>
        <w:br/>
      </w:r>
      <w:r>
        <w:t xml:space="preserve">    (b) routine</w:t>
      </w:r>
      <w:r>
        <w:br/>
      </w:r>
      <w:r>
        <w:t xml:space="preserve">    (c) harmful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accepted the invitation with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alacrity</w:t>
      </w:r>
      <w:r>
        <w:rPr>
          <w:b/>
          <w:bCs/>
        </w:rPr>
        <w:t xml:space="preserve">.</w:t>
      </w:r>
      <w:r>
        <w:br/>
      </w:r>
      <w:r>
        <w:t xml:space="preserve">    (a) quickness</w:t>
      </w:r>
      <w:r>
        <w:br/>
      </w:r>
      <w:r>
        <w:t xml:space="preserve">    (b) concern</w:t>
      </w:r>
      <w:r>
        <w:br/>
      </w:r>
      <w:r>
        <w:t xml:space="preserve">    (c) embarrassment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cloying</w:t>
      </w:r>
      <w:r>
        <w:rPr>
          <w:b/>
          <w:bCs/>
        </w:rPr>
        <w:t xml:space="preserve"> </w:t>
      </w:r>
      <w:r>
        <w:rPr>
          <w:b/>
          <w:bCs/>
        </w:rPr>
        <w:t xml:space="preserve">compliments felt fake after a while.</w:t>
      </w:r>
      <w:r>
        <w:br/>
      </w:r>
      <w:r>
        <w:t xml:space="preserve">    (a) too vague and confusing</w:t>
      </w:r>
      <w:r>
        <w:br/>
      </w:r>
      <w:r>
        <w:t xml:space="preserve">    (b) overly harsh and critical</w:t>
      </w:r>
      <w:r>
        <w:br/>
      </w:r>
      <w:r>
        <w:t xml:space="preserve">    (c) overly sweet or sentimental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chef served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copious</w:t>
      </w:r>
      <w:r>
        <w:rPr>
          <w:b/>
          <w:bCs/>
        </w:rPr>
        <w:t xml:space="preserve"> </w:t>
      </w:r>
      <w:r>
        <w:rPr>
          <w:b/>
          <w:bCs/>
        </w:rPr>
        <w:t xml:space="preserve">amounts of food at the wedding reception.</w:t>
      </w:r>
      <w:r>
        <w:br/>
      </w:r>
      <w:r>
        <w:t xml:space="preserve">    (a) large in quantity</w:t>
      </w:r>
      <w:r>
        <w:br/>
      </w:r>
      <w:r>
        <w:t xml:space="preserve">    (b) small in amount</w:t>
      </w:r>
      <w:r>
        <w:br/>
      </w:r>
      <w:r>
        <w:t xml:space="preserve">    (c) rare and unusual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Constantine issued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edict</w:t>
      </w:r>
      <w:r>
        <w:rPr>
          <w:b/>
          <w:bCs/>
        </w:rPr>
        <w:t xml:space="preserve"> </w:t>
      </w:r>
      <w:r>
        <w:rPr>
          <w:b/>
          <w:bCs/>
        </w:rPr>
        <w:t xml:space="preserve">for religious tolerance throughout the Roman Empire.</w:t>
      </w:r>
      <w:r>
        <w:br/>
      </w:r>
      <w:r>
        <w:t xml:space="preserve">    (a) suggestion</w:t>
      </w:r>
      <w:r>
        <w:br/>
      </w:r>
      <w:r>
        <w:t xml:space="preserve">    (b) order</w:t>
      </w:r>
      <w:r>
        <w:br/>
      </w:r>
      <w:r>
        <w:t xml:space="preserve">    (c) study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both entertains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edifies</w:t>
      </w:r>
      <w:r>
        <w:rPr>
          <w:b/>
          <w:bCs/>
        </w:rPr>
        <w:t xml:space="preserve"> </w:t>
      </w:r>
      <w:r>
        <w:rPr>
          <w:b/>
          <w:bCs/>
        </w:rPr>
        <w:t xml:space="preserve">when she speaks.</w:t>
      </w:r>
      <w:r>
        <w:br/>
      </w:r>
      <w:r>
        <w:t xml:space="preserve">    (a) puzzles listeners</w:t>
      </w:r>
      <w:r>
        <w:br/>
      </w:r>
      <w:r>
        <w:t xml:space="preserve">    (b) learns from others</w:t>
      </w:r>
      <w:r>
        <w:br/>
      </w:r>
      <w:r>
        <w:t xml:space="preserve">    (c) teaches or instructs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harbors no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enmity</w:t>
      </w:r>
      <w:r>
        <w:rPr>
          <w:b/>
          <w:bCs/>
        </w:rPr>
        <w:t xml:space="preserve"> </w:t>
      </w:r>
      <w:r>
        <w:rPr>
          <w:b/>
          <w:bCs/>
        </w:rPr>
        <w:t xml:space="preserve">towards her ex-husband.</w:t>
      </w:r>
      <w:r>
        <w:br/>
      </w:r>
      <w:r>
        <w:t xml:space="preserve">    (a) hatred</w:t>
      </w:r>
      <w:r>
        <w:br/>
      </w:r>
      <w:r>
        <w:t xml:space="preserve">    (b) love</w:t>
      </w:r>
      <w:r>
        <w:br/>
      </w:r>
      <w:r>
        <w:t xml:space="preserve">    (c) disrespect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Don't get caught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flouting</w:t>
      </w:r>
      <w:r>
        <w:rPr>
          <w:b/>
          <w:bCs/>
        </w:rPr>
        <w:t xml:space="preserve"> </w:t>
      </w:r>
      <w:r>
        <w:rPr>
          <w:b/>
          <w:bCs/>
        </w:rPr>
        <w:t xml:space="preserve">the rules.</w:t>
      </w:r>
      <w:r>
        <w:br/>
      </w:r>
      <w:r>
        <w:t xml:space="preserve">    (a) complaining about</w:t>
      </w:r>
      <w:r>
        <w:br/>
      </w:r>
      <w:r>
        <w:t xml:space="preserve">    (b) questioning</w:t>
      </w:r>
      <w:r>
        <w:br/>
      </w:r>
      <w:r>
        <w:t xml:space="preserve">    (c) ignoring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appreciate your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forbearance</w:t>
      </w:r>
      <w:r>
        <w:rPr>
          <w:b/>
          <w:bCs/>
        </w:rPr>
        <w:t xml:space="preserve">.</w:t>
      </w:r>
      <w:r>
        <w:br/>
      </w:r>
      <w:r>
        <w:t xml:space="preserve">    (a) financial loan</w:t>
      </w:r>
      <w:r>
        <w:br/>
      </w:r>
      <w:r>
        <w:t xml:space="preserve">    (b) patience or tolerance</w:t>
      </w:r>
      <w:r>
        <w:br/>
      </w:r>
      <w:r>
        <w:t xml:space="preserve">    (c) family concerns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should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forswear</w:t>
      </w:r>
      <w:r>
        <w:rPr>
          <w:b/>
          <w:bCs/>
        </w:rPr>
        <w:t xml:space="preserve"> </w:t>
      </w:r>
      <w:r>
        <w:rPr>
          <w:b/>
          <w:bCs/>
        </w:rPr>
        <w:t xml:space="preserve">contributions from special interest groups.</w:t>
      </w:r>
      <w:r>
        <w:br/>
      </w:r>
      <w:r>
        <w:t xml:space="preserve">    (a) stop (taking)</w:t>
      </w:r>
      <w:r>
        <w:br/>
      </w:r>
      <w:r>
        <w:t xml:space="preserve">    (b) make public</w:t>
      </w:r>
      <w:r>
        <w:br/>
      </w:r>
      <w:r>
        <w:t xml:space="preserve">    (c) take advantage of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 date which will live in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infamy</w:t>
      </w:r>
      <w:r>
        <w:br/>
      </w:r>
      <w:r>
        <w:t xml:space="preserve">    (a) fame for something exciting</w:t>
      </w:r>
      <w:r>
        <w:br/>
      </w:r>
      <w:r>
        <w:t xml:space="preserve">    (b) fame for something good</w:t>
      </w:r>
      <w:r>
        <w:br/>
      </w:r>
      <w:r>
        <w:t xml:space="preserve">    (c) fame for something bad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Chicago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ordinance</w:t>
      </w:r>
      <w:r>
        <w:rPr>
          <w:b/>
          <w:bCs/>
        </w:rPr>
        <w:t xml:space="preserve"> </w:t>
      </w:r>
      <w:r>
        <w:rPr>
          <w:b/>
          <w:bCs/>
        </w:rPr>
        <w:t xml:space="preserve">required that new streets be laid out with eight streets per mile in one direction and sixteen in the other direction.</w:t>
      </w:r>
      <w:r>
        <w:br/>
      </w:r>
      <w:r>
        <w:t xml:space="preserve">    (a) custom</w:t>
      </w:r>
      <w:r>
        <w:br/>
      </w:r>
      <w:r>
        <w:t xml:space="preserve">    (b) suggestion</w:t>
      </w:r>
      <w:r>
        <w:br/>
      </w:r>
      <w:r>
        <w:t xml:space="preserve">    (c) law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signed a written declaration under penalty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perjury</w:t>
      </w:r>
      <w:r>
        <w:rPr>
          <w:b/>
          <w:bCs/>
        </w:rPr>
        <w:t xml:space="preserve">.</w:t>
      </w:r>
      <w:r>
        <w:br/>
      </w:r>
      <w:r>
        <w:t xml:space="preserve">    (a) the criminal offense of disrespecting the court</w:t>
      </w:r>
      <w:r>
        <w:br/>
      </w:r>
      <w:r>
        <w:t xml:space="preserve">    (b) the criminal offense of lying</w:t>
      </w:r>
      <w:r>
        <w:br/>
      </w:r>
      <w:r>
        <w:t xml:space="preserve">    (c) the criminal offense of ignoring a subpoena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Even after years apart,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rancor</w:t>
      </w:r>
      <w:r>
        <w:rPr>
          <w:b/>
          <w:bCs/>
        </w:rPr>
        <w:t xml:space="preserve"> </w:t>
      </w:r>
      <w:r>
        <w:rPr>
          <w:b/>
          <w:bCs/>
        </w:rPr>
        <w:t xml:space="preserve">between the brothers had not faded at all.</w:t>
      </w:r>
      <w:r>
        <w:br/>
      </w:r>
      <w:r>
        <w:t xml:space="preserve">    (a) warm affection</w:t>
      </w:r>
      <w:r>
        <w:br/>
      </w:r>
      <w:r>
        <w:t xml:space="preserve">    (b) deep bitterness</w:t>
      </w:r>
      <w:r>
        <w:br/>
      </w:r>
      <w:r>
        <w:t xml:space="preserve">    (c) mild curiosity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Hitler wanted Paris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razed</w:t>
      </w:r>
      <w:r>
        <w:rPr>
          <w:b/>
          <w:bCs/>
        </w:rPr>
        <w:t xml:space="preserve">, but his general ignored the order and surrendered.</w:t>
      </w:r>
      <w:r>
        <w:br/>
      </w:r>
      <w:r>
        <w:t xml:space="preserve">    (a) held up as an example</w:t>
      </w:r>
      <w:r>
        <w:br/>
      </w:r>
      <w:r>
        <w:t xml:space="preserve">    (b) completely destroyed</w:t>
      </w:r>
      <w:r>
        <w:br/>
      </w:r>
      <w:r>
        <w:t xml:space="preserve">    (c) held at all cost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visited every art museum in New York City, and she still wasn't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satiated</w:t>
      </w:r>
      <w:r>
        <w:rPr>
          <w:b/>
          <w:bCs/>
        </w:rPr>
        <w:t xml:space="preserve">.</w:t>
      </w:r>
      <w:r>
        <w:br/>
      </w:r>
      <w:r>
        <w:t xml:space="preserve">    (a) satisfied</w:t>
      </w:r>
      <w:r>
        <w:br/>
      </w:r>
      <w:r>
        <w:t xml:space="preserve">    (b) tired</w:t>
      </w:r>
      <w:r>
        <w:br/>
      </w:r>
      <w:r>
        <w:t xml:space="preserve">    (c) knowledgeable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were so confident</w:t>
      </w:r>
      <w:r>
        <w:rPr>
          <w:b/>
          <w:bCs/>
        </w:rPr>
        <w:t xml:space="preserve"> </w:t>
      </w:r>
      <w:r>
        <w:rPr>
          <w:b/>
          <w:bCs/>
          <w:i/>
          <w:iCs/>
        </w:rPr>
        <w:t xml:space="preserve">Lord of the Rings</w:t>
      </w:r>
      <w:r>
        <w:rPr>
          <w:b/>
          <w:bCs/>
        </w:rPr>
        <w:t xml:space="preserve"> </w:t>
      </w:r>
      <w:r>
        <w:rPr>
          <w:b/>
          <w:bCs/>
        </w:rPr>
        <w:t xml:space="preserve">would be successful, they filmed some of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sequels</w:t>
      </w:r>
      <w:r>
        <w:rPr>
          <w:b/>
          <w:bCs/>
        </w:rPr>
        <w:t xml:space="preserve"> </w:t>
      </w:r>
      <w:r>
        <w:rPr>
          <w:b/>
          <w:bCs/>
        </w:rPr>
        <w:t xml:space="preserve">with the first film.</w:t>
      </w:r>
      <w:r>
        <w:br/>
      </w:r>
      <w:r>
        <w:t xml:space="preserve">    (a) interviews of actors expected to become famous</w:t>
      </w:r>
      <w:r>
        <w:br/>
      </w:r>
      <w:r>
        <w:t xml:space="preserve">    (b) expensive promotional scenes</w:t>
      </w:r>
      <w:r>
        <w:br/>
      </w:r>
      <w:r>
        <w:t xml:space="preserve">    (c) movies that continued the story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spurned</w:t>
      </w:r>
      <w:r>
        <w:rPr>
          <w:b/>
          <w:bCs/>
        </w:rPr>
        <w:t xml:space="preserve"> </w:t>
      </w:r>
      <w:r>
        <w:rPr>
          <w:b/>
          <w:bCs/>
        </w:rPr>
        <w:t xml:space="preserve">both major parties in the last election.</w:t>
      </w:r>
      <w:r>
        <w:br/>
      </w:r>
      <w:r>
        <w:t xml:space="preserve">    (a) joined</w:t>
      </w:r>
      <w:r>
        <w:br/>
      </w:r>
      <w:r>
        <w:t xml:space="preserve">    (b) founded</w:t>
      </w:r>
      <w:r>
        <w:br/>
      </w:r>
      <w:r>
        <w:t xml:space="preserve">    (c) rejected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new student answered in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timorous</w:t>
      </w:r>
      <w:r>
        <w:rPr>
          <w:b/>
          <w:bCs/>
        </w:rPr>
        <w:t xml:space="preserve"> </w:t>
      </w:r>
      <w:r>
        <w:rPr>
          <w:b/>
          <w:bCs/>
        </w:rPr>
        <w:t xml:space="preserve">voice barely above a whisper.</w:t>
      </w:r>
      <w:r>
        <w:br/>
      </w:r>
      <w:r>
        <w:t xml:space="preserve">    (a) timid</w:t>
      </w:r>
      <w:r>
        <w:br/>
      </w:r>
      <w:r>
        <w:t xml:space="preserve">    (b) angry</w:t>
      </w:r>
      <w:r>
        <w:br/>
      </w:r>
      <w:r>
        <w:t xml:space="preserve">    (c) loud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first chapter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whets</w:t>
      </w:r>
      <w:r>
        <w:rPr>
          <w:b/>
          <w:bCs/>
        </w:rPr>
        <w:t xml:space="preserve"> </w:t>
      </w:r>
      <w:r>
        <w:rPr>
          <w:b/>
          <w:bCs/>
        </w:rPr>
        <w:t xml:space="preserve">the reader's curiosity about the mystery.</w:t>
      </w:r>
      <w:r>
        <w:br/>
      </w:r>
      <w:r>
        <w:t xml:space="preserve">    (a) stimulates</w:t>
      </w:r>
      <w:r>
        <w:br/>
      </w:r>
      <w:r>
        <w:t xml:space="preserve">    (b) diminishes</w:t>
      </w:r>
      <w:r>
        <w:br/>
      </w:r>
      <w:r>
        <w:t xml:space="preserve">    (c) confuses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2026-07-31T15:56:06Z</dcterms:created>
  <dcterms:modified xsi:type="dcterms:W3CDTF">2026-07-31T15:56:06Z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