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9871adb934d8671be13a74969c719dc92c7a6a0"/>
    <w:p>
      <w:pPr>
        <w:pStyle w:val="Heading1"/>
      </w:pPr>
      <w:r>
        <w:rPr>
          <w:b/>
          <w:bCs/>
        </w:rPr>
        <w:t xml:space="preserve">The Life and Death of King Richard III</w:t>
      </w:r>
      <w:r>
        <w:br/>
      </w:r>
      <w:r>
        <w:rPr>
          <w:i/>
          <w:iCs/>
        </w:rPr>
        <w:t xml:space="preserve">William Shakespeare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Forbear</w:t>
      </w:r>
      <w:r>
        <w:rPr>
          <w:b/>
          <w:bCs/>
        </w:rPr>
        <w:t xml:space="preserve"> </w:t>
      </w:r>
      <w:r>
        <w:rPr>
          <w:b/>
          <w:bCs/>
        </w:rPr>
        <w:t xml:space="preserve">your conference with the noble duke.</w:t>
      </w:r>
      <w:r>
        <w:br/>
      </w:r>
      <w:r>
        <w:t xml:space="preserve">    (a) refrain (hold back) from having</w:t>
      </w:r>
      <w:r>
        <w:br/>
      </w:r>
      <w:r>
        <w:t xml:space="preserve">    (b) the ability to take on or adopt</w:t>
      </w:r>
      <w:r>
        <w:br/>
      </w:r>
      <w:r>
        <w:t xml:space="preserve">    (c) where attention is concentrated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Because I cannot flatter and look fair, Smile in men's faces, smooth, deceive, and cog, Duck with French nods and apish courtesy, I must be held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rancorous</w:t>
      </w:r>
      <w:r>
        <w:rPr>
          <w:b/>
          <w:bCs/>
        </w:rPr>
        <w:t xml:space="preserve"> </w:t>
      </w:r>
      <w:r>
        <w:rPr>
          <w:b/>
          <w:bCs/>
        </w:rPr>
        <w:t xml:space="preserve">enemy.</w:t>
      </w:r>
      <w:r>
        <w:br/>
      </w:r>
      <w:r>
        <w:t xml:space="preserve">    (a) the quality of relating to intelligence</w:t>
      </w:r>
      <w:r>
        <w:br/>
      </w:r>
      <w:r>
        <w:t xml:space="preserve">    (b) the state or degree of being very large</w:t>
      </w:r>
      <w:r>
        <w:br/>
      </w:r>
      <w:r>
        <w:t xml:space="preserve">    (c) showing deep and bitter anger or hatred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Poor Clarence did forsake his father, Warwick; Ay,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forswore</w:t>
      </w:r>
      <w:r>
        <w:rPr>
          <w:b/>
          <w:bCs/>
        </w:rPr>
        <w:t xml:space="preserve"> </w:t>
      </w:r>
      <w:r>
        <w:rPr>
          <w:b/>
          <w:bCs/>
        </w:rPr>
        <w:t xml:space="preserve">himself,—which Jesu pardon!</w:t>
      </w:r>
      <w:r>
        <w:br/>
      </w:r>
      <w:r>
        <w:t xml:space="preserve">    (a) the profession of assisting women in childbirth without being a doctor</w:t>
      </w:r>
      <w:r>
        <w:br/>
      </w:r>
      <w:r>
        <w:t xml:space="preserve">    (b) constraining in some way -- such as tying up, requiring, or obligating</w:t>
      </w:r>
      <w:r>
        <w:br/>
      </w:r>
      <w:r>
        <w:t xml:space="preserve">    (c) to decide to stop doing something; or to renounce or disavow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Now they believe it; and withal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whet</w:t>
      </w:r>
      <w:r>
        <w:rPr>
          <w:b/>
          <w:bCs/>
        </w:rPr>
        <w:t xml:space="preserve"> </w:t>
      </w:r>
      <w:r>
        <w:rPr>
          <w:b/>
          <w:bCs/>
        </w:rPr>
        <w:t xml:space="preserve">me To be reveng'd on Rivers, Vaughn, Grey: But then I sigh; and, with a piece of Scripture, Tell them that God bids us do good for evil: And thus I clothe my naked villany With odd old ends stol'n forth of holy writ; And seem a saint when most I play the devil.</w:t>
      </w:r>
      <w:r>
        <w:br/>
      </w:r>
      <w:r>
        <w:t xml:space="preserve">    (a) to increase a sense or desire</w:t>
      </w:r>
      <w:r>
        <w:br/>
      </w:r>
      <w:r>
        <w:br/>
      </w:r>
      <w:r>
        <w:t xml:space="preserve">or: to sharpen a knife or other cutting edge</w:t>
      </w:r>
      <w:r>
        <w:br/>
      </w:r>
      <w:r>
        <w:t xml:space="preserve">    (b) get the opinions (of people) by asking specific questions; or solicit votes</w:t>
      </w:r>
      <w:r>
        <w:br/>
      </w:r>
      <w:r>
        <w:t xml:space="preserve">    (c) surgically interrupt nerve tracts to and from the frontal lobe of the brain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first that there did greet my stranger soul Was my great father-in-law, renowned Warwick; Who spake aloud, "What scourge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perjury</w:t>
      </w:r>
      <w:r>
        <w:rPr>
          <w:b/>
          <w:bCs/>
        </w:rPr>
        <w:t xml:space="preserve"> </w:t>
      </w:r>
      <w:r>
        <w:rPr>
          <w:b/>
          <w:bCs/>
        </w:rPr>
        <w:t xml:space="preserve">Can this dark monarchy afford false Clarence?"</w:t>
      </w:r>
      <w:r>
        <w:br/>
      </w:r>
      <w:r>
        <w:t xml:space="preserve">    (a) surgical interruption of nerve tracts to and from the frontal lobe of the brain</w:t>
      </w:r>
      <w:r>
        <w:br/>
      </w:r>
      <w:r>
        <w:t xml:space="preserve">    (b) the criminal offense of telling lies after formally promising to tell the truth</w:t>
      </w:r>
      <w:r>
        <w:br/>
      </w:r>
      <w:r>
        <w:t xml:space="preserve">    (c) something suggested indirectly; or something that can be concluded; or a result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great King of kings Hath in the table of his law commanded That thou shalt do no murder: will you then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Spurn</w:t>
      </w:r>
      <w:r>
        <w:rPr>
          <w:b/>
          <w:bCs/>
        </w:rPr>
        <w:t xml:space="preserve"> </w:t>
      </w:r>
      <w:r>
        <w:rPr>
          <w:b/>
          <w:bCs/>
        </w:rPr>
        <w:t xml:space="preserve">at His edict and fulfil a man's?</w:t>
      </w:r>
      <w:r>
        <w:br/>
      </w:r>
      <w:r>
        <w:t xml:space="preserve">    (a) find, search, or research</w:t>
      </w:r>
      <w:r>
        <w:br/>
      </w:r>
      <w:r>
        <w:t xml:space="preserve">    (b) reject as not good enough</w:t>
      </w:r>
      <w:r>
        <w:br/>
      </w:r>
      <w:r>
        <w:t xml:space="preserve">    (c) being a boundary or limit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great King of kings Hath in the table of his law commanded That thou shalt do no murder: will you then Spurn at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edict</w:t>
      </w:r>
      <w:r>
        <w:rPr>
          <w:b/>
          <w:bCs/>
        </w:rPr>
        <w:t xml:space="preserve"> </w:t>
      </w:r>
      <w:r>
        <w:rPr>
          <w:b/>
          <w:bCs/>
        </w:rPr>
        <w:t xml:space="preserve">and fulfil a man's?</w:t>
      </w:r>
      <w:r>
        <w:br/>
      </w:r>
      <w:r>
        <w:t xml:space="preserve">    (a) an order -- typically a formal proclamation or a legally binding court decree</w:t>
      </w:r>
      <w:r>
        <w:br/>
      </w:r>
      <w:r>
        <w:t xml:space="preserve">    (b) a psychologist concerned with the treatment of abnormal thinking and behavior</w:t>
      </w:r>
      <w:r>
        <w:br/>
      </w:r>
      <w:r>
        <w:t xml:space="preserve">    (c) a stone shaped like a disk that spins and is used to grind, sharpen or polish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Gloster, we have done deeds of charity;</w:t>
      </w:r>
      <w:r>
        <w:br/>
      </w:r>
      <w:r>
        <w:rPr>
          <w:b/>
          <w:bCs/>
        </w:rPr>
        <w:t xml:space="preserve">Made peace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enmity</w:t>
      </w:r>
      <w:r>
        <w:rPr>
          <w:b/>
          <w:bCs/>
        </w:rPr>
        <w:t xml:space="preserve">, fair love of hate,</w:t>
      </w:r>
      <w:r>
        <w:br/>
      </w:r>
      <w:r>
        <w:t xml:space="preserve">    (a) battle</w:t>
      </w:r>
      <w:r>
        <w:br/>
      </w:r>
      <w:r>
        <w:t xml:space="preserve">    (b) hatred</w:t>
      </w:r>
      <w:r>
        <w:br/>
      </w:r>
      <w:r>
        <w:t xml:space="preserve">    (c) memory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Why, madam, have I off'red love for this, To be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flouted</w:t>
      </w:r>
      <w:r>
        <w:rPr>
          <w:b/>
          <w:bCs/>
        </w:rPr>
        <w:t xml:space="preserve"> </w:t>
      </w:r>
      <w:r>
        <w:rPr>
          <w:b/>
          <w:bCs/>
        </w:rPr>
        <w:t xml:space="preserve">in this royal presence?</w:t>
      </w:r>
      <w:r>
        <w:br/>
      </w:r>
      <w:r>
        <w:t xml:space="preserve">    (a) influenced opinion</w:t>
      </w:r>
      <w:r>
        <w:br/>
      </w:r>
      <w:r>
        <w:t xml:space="preserve">    (b) wrongly understood</w:t>
      </w:r>
      <w:r>
        <w:br/>
      </w:r>
      <w:r>
        <w:t xml:space="preserve">    (c) openly disregarded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did, my gracious lord, begin that place; Which, since, succeeding ages have re-</w:t>
      </w:r>
      <w:r>
        <w:rPr>
          <w:b/>
          <w:bCs/>
          <w:u w:val="single"/>
        </w:rPr>
        <w:t xml:space="preserve">edified</w:t>
      </w:r>
      <w:r>
        <w:rPr>
          <w:b/>
          <w:bCs/>
        </w:rPr>
        <w:t xml:space="preserve">.</w:t>
      </w:r>
      <w:r>
        <w:br/>
      </w:r>
      <w:r>
        <w:t xml:space="preserve">    (a) subtracted</w:t>
      </w:r>
      <w:r>
        <w:br/>
      </w:r>
      <w:r>
        <w:t xml:space="preserve">    (b) instructed</w:t>
      </w:r>
      <w:r>
        <w:br/>
      </w:r>
      <w:r>
        <w:t xml:space="preserve">    (c) translated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Stanley did dream the boar did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raze</w:t>
      </w:r>
      <w:r>
        <w:rPr>
          <w:b/>
          <w:bCs/>
        </w:rPr>
        <w:t xml:space="preserve"> </w:t>
      </w:r>
      <w:r>
        <w:rPr>
          <w:b/>
          <w:bCs/>
        </w:rPr>
        <w:t xml:space="preserve">his helm; And I did scorn it, and disdain to fly.</w:t>
      </w:r>
      <w:r>
        <w:br/>
      </w:r>
      <w:r>
        <w:t xml:space="preserve">    (a) completely destroy</w:t>
      </w:r>
      <w:r>
        <w:br/>
      </w:r>
      <w:r>
        <w:t xml:space="preserve">    (b) come to terms with</w:t>
      </w:r>
      <w:r>
        <w:br/>
      </w:r>
      <w:r>
        <w:t xml:space="preserve">    (c) notable difference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traitor speak,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timorously</w:t>
      </w:r>
      <w:r>
        <w:rPr>
          <w:b/>
          <w:bCs/>
        </w:rPr>
        <w:t xml:space="preserve"> </w:t>
      </w:r>
      <w:r>
        <w:rPr>
          <w:b/>
          <w:bCs/>
        </w:rPr>
        <w:t xml:space="preserve">confess</w:t>
      </w:r>
      <w:r>
        <w:br/>
      </w:r>
      <w:r>
        <w:rPr>
          <w:b/>
          <w:bCs/>
        </w:rPr>
        <w:t xml:space="preserve">The manner and the purpose of his treasons;</w:t>
      </w:r>
      <w:r>
        <w:br/>
      </w:r>
      <w:r>
        <w:t xml:space="preserve">    (a) timidly</w:t>
      </w:r>
      <w:r>
        <w:br/>
      </w:r>
      <w:r>
        <w:t xml:space="preserve">    (b) not sad</w:t>
      </w:r>
      <w:r>
        <w:br/>
      </w:r>
      <w:r>
        <w:t xml:space="preserve">    (c) mainly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mark how well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sequel</w:t>
      </w:r>
      <w:r>
        <w:rPr>
          <w:b/>
          <w:bCs/>
        </w:rPr>
        <w:t xml:space="preserve"> </w:t>
      </w:r>
      <w:r>
        <w:rPr>
          <w:b/>
          <w:bCs/>
        </w:rPr>
        <w:t xml:space="preserve">hangs together:—Eleven hours I have spent to write it over, For yesternight by Catesby was it sent me; The precedent was full as long a-doing: And yet within these five hours Hastings liv'd, Untainted, unexamin'd, free, at liberty.</w:t>
      </w:r>
      <w:r>
        <w:br/>
      </w:r>
      <w:r>
        <w:t xml:space="preserve">    (a) a diplomat appointed by a government to live in a foreign country and help its citizens visiting that country; or the offices of that person and assistants</w:t>
      </w:r>
      <w:r>
        <w:br/>
      </w:r>
      <w:r>
        <w:t xml:space="preserve">    (b) a math value that tells how many times a number is multiplied by itself to reach another number -- often used to describe very big or very small quantities</w:t>
      </w:r>
      <w:r>
        <w:br/>
      </w:r>
      <w:r>
        <w:t xml:space="preserve">    (c) something that follows and continues something else -- especially a film or book</w:t>
      </w:r>
      <w:r>
        <w:br/>
      </w:r>
      <w:r>
        <w:br/>
      </w:r>
      <w:r>
        <w:t xml:space="preserve">or more rarely:  something that follows as a result of something else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insatiate</w:t>
      </w:r>
      <w:r>
        <w:rPr>
          <w:b/>
          <w:bCs/>
        </w:rPr>
        <w:t xml:space="preserve"> </w:t>
      </w:r>
      <w:r>
        <w:rPr>
          <w:b/>
          <w:bCs/>
        </w:rPr>
        <w:t xml:space="preserve">greediness of his desires, And his enforcement of the city wives;</w:t>
      </w:r>
      <w:r>
        <w:br/>
      </w:r>
      <w:r>
        <w:t xml:space="preserve">    (a) not possible to satisfy</w:t>
      </w:r>
      <w:r>
        <w:br/>
      </w:r>
      <w:r>
        <w:t xml:space="preserve">    (b) feel sadness and regret</w:t>
      </w:r>
      <w:r>
        <w:br/>
      </w:r>
      <w:r>
        <w:t xml:space="preserve">    (c) gradually add or remove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Bear with me; I am hungry for revenge, And now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cloy</w:t>
      </w:r>
      <w:r>
        <w:rPr>
          <w:b/>
          <w:bCs/>
        </w:rPr>
        <w:t xml:space="preserve"> </w:t>
      </w:r>
      <w:r>
        <w:rPr>
          <w:b/>
          <w:bCs/>
        </w:rPr>
        <w:t xml:space="preserve">me with beholding it.</w:t>
      </w:r>
      <w:r>
        <w:br/>
      </w:r>
      <w:r>
        <w:t xml:space="preserve">    (a) treat something in an educated, intellectual way -- often excluding emotional or practical considerations</w:t>
      </w:r>
      <w:r>
        <w:br/>
      </w:r>
      <w:r>
        <w:t xml:space="preserve">    (b) "spiritually renew" (a person) in a Christian ceremony  OR  initiate or purify by a challenging experience</w:t>
      </w:r>
      <w:r>
        <w:br/>
      </w:r>
      <w:r>
        <w:t xml:space="preserve">    (c) overly sweet or sentimental in a way that becomes unpleasant or excessive -- on the tongue or in sentiment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hear his drum:—be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copious</w:t>
      </w:r>
      <w:r>
        <w:rPr>
          <w:b/>
          <w:bCs/>
        </w:rPr>
        <w:t xml:space="preserve"> </w:t>
      </w:r>
      <w:r>
        <w:rPr>
          <w:b/>
          <w:bCs/>
        </w:rPr>
        <w:t xml:space="preserve">in exclaims.</w:t>
      </w:r>
      <w:r>
        <w:br/>
      </w:r>
      <w:r>
        <w:t xml:space="preserve">    (a) abundant (large in quantity or number)</w:t>
      </w:r>
      <w:r>
        <w:br/>
      </w:r>
      <w:r>
        <w:t xml:space="preserve">    (b) able to accept as true (without proof)</w:t>
      </w:r>
      <w:r>
        <w:br/>
      </w:r>
      <w:r>
        <w:t xml:space="preserve">    (c) able to be protected or kept unchanged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Either thou wilt die by God's just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ordinance</w:t>
      </w:r>
      <w:r>
        <w:rPr>
          <w:b/>
          <w:bCs/>
        </w:rPr>
        <w:t xml:space="preserve"> </w:t>
      </w:r>
      <w:r>
        <w:rPr>
          <w:b/>
          <w:bCs/>
        </w:rPr>
        <w:t xml:space="preserve">Ere from this war thou turn a conqueror; Or I with grief and extreme age shall perish And never more behold thy face again.</w:t>
      </w:r>
      <w:r>
        <w:br/>
      </w:r>
      <w:r>
        <w:t xml:space="preserve">    (a) a rule or law -- typically enacted by city government</w:t>
      </w:r>
      <w:r>
        <w:br/>
      </w:r>
      <w:r>
        <w:t xml:space="preserve">    (b) an expert in the branch of geology that studies rocks</w:t>
      </w:r>
      <w:r>
        <w:br/>
      </w:r>
      <w:r>
        <w:t xml:space="preserve">    (c) someone who exposes wrongdoing within an organization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O, let her live, And I'll corrupt her manners, stain her beauty: Slander myself as false to Edward's bed; Throw over her the veil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infamy</w:t>
      </w:r>
      <w:r>
        <w:rPr>
          <w:b/>
          <w:bCs/>
        </w:rPr>
        <w:t xml:space="preserve">: So she may live unscarr'd of bleeding slaughter, I will confess she was not Edward's daughter.</w:t>
      </w:r>
      <w:r>
        <w:br/>
      </w:r>
      <w:r>
        <w:t xml:space="preserve">    (a) the process or result of learning, discovering, or deciding</w:t>
      </w:r>
      <w:r>
        <w:br/>
      </w:r>
      <w:r>
        <w:t xml:space="preserve">    (b) famous for something that is bad; or an extremely bad event</w:t>
      </w:r>
      <w:r>
        <w:br/>
      </w:r>
      <w:r>
        <w:t xml:space="preserve">    (c) person, organization, or anything with a separate existence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Why, our battalia trebles that account: Besides, the king's name is a tower of strength, Which they upon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adverse</w:t>
      </w:r>
      <w:r>
        <w:rPr>
          <w:b/>
          <w:bCs/>
        </w:rPr>
        <w:t xml:space="preserve"> </w:t>
      </w:r>
      <w:r>
        <w:rPr>
          <w:b/>
          <w:bCs/>
        </w:rPr>
        <w:t xml:space="preserve">faction want.</w:t>
      </w:r>
      <w:r>
        <w:br/>
      </w:r>
      <w:r>
        <w:t xml:space="preserve">    (a) non-traditional or non-standard</w:t>
      </w:r>
      <w:r>
        <w:br/>
      </w:r>
      <w:r>
        <w:t xml:space="preserve">    (b) working against one's interests</w:t>
      </w:r>
      <w:r>
        <w:br/>
      </w:r>
      <w:r>
        <w:t xml:space="preserve">    (c) poor ability to make a decision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have not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alacrity</w:t>
      </w:r>
      <w:r>
        <w:rPr>
          <w:b/>
          <w:bCs/>
        </w:rPr>
        <w:t xml:space="preserve"> </w:t>
      </w:r>
      <w:r>
        <w:rPr>
          <w:b/>
          <w:bCs/>
        </w:rPr>
        <w:t xml:space="preserve">of spirit</w:t>
      </w:r>
      <w:r>
        <w:br/>
      </w:r>
      <w:r>
        <w:rPr>
          <w:b/>
          <w:bCs/>
        </w:rPr>
        <w:t xml:space="preserve">Nor cheer of mind that I was wont to have.</w:t>
      </w:r>
      <w:r>
        <w:br/>
      </w:r>
      <w:r>
        <w:t xml:space="preserve">    (a) quickness; and/or cheerful eagerness</w:t>
      </w:r>
      <w:r>
        <w:br/>
      </w:r>
      <w:r>
        <w:t xml:space="preserve">    (b) the gain of advantage from something</w:t>
      </w:r>
      <w:r>
        <w:br/>
      </w:r>
      <w:r>
        <w:t xml:space="preserve">    (c) the quality of exactness or accuracy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2026-07-31T15:56:06Z</dcterms:created>
  <dcterms:modified xsi:type="dcterms:W3CDTF">2026-07-31T15:56:06Z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