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d926586768b307f58513afcb503dd6ced79ba8"/>
    <w:p>
      <w:pPr>
        <w:pStyle w:val="Heading1"/>
      </w:pPr>
      <w:r>
        <w:rPr>
          <w:b/>
          <w:bCs/>
        </w:rPr>
        <w:t xml:space="preserve">The Legend of Sleepy Hollow</w:t>
      </w:r>
      <w:r>
        <w:br/>
      </w:r>
      <w:r>
        <w:rPr>
          <w:i/>
          <w:iCs/>
        </w:rPr>
        <w:t xml:space="preserve">Washington Irving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region has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abundant</w:t>
      </w:r>
      <w:r>
        <w:rPr>
          <w:b/>
          <w:bCs/>
        </w:rPr>
        <w:t xml:space="preserve"> </w:t>
      </w:r>
      <w:r>
        <w:rPr>
          <w:b/>
          <w:bCs/>
        </w:rPr>
        <w:t xml:space="preserve">natural resources, from oil to fresh water.</w:t>
      </w:r>
      <w:r>
        <w:br/>
      </w:r>
      <w:r>
        <w:t xml:space="preserve">    (a) extremely scarce</w:t>
      </w:r>
      <w:r>
        <w:br/>
      </w:r>
      <w:r>
        <w:t xml:space="preserve">    (b) highly disputed</w:t>
      </w:r>
      <w:r>
        <w:br/>
      </w:r>
      <w:r>
        <w:t xml:space="preserve">    (c) widely available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kitchen has an island that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adjacent</w:t>
      </w:r>
      <w:r>
        <w:rPr>
          <w:b/>
          <w:bCs/>
        </w:rPr>
        <w:t xml:space="preserve"> </w:t>
      </w:r>
      <w:r>
        <w:rPr>
          <w:b/>
          <w:bCs/>
        </w:rPr>
        <w:t xml:space="preserve">to the family room.</w:t>
      </w:r>
      <w:r>
        <w:br/>
      </w:r>
      <w:r>
        <w:t xml:space="preserve">    (a) matching</w:t>
      </w:r>
      <w:r>
        <w:br/>
      </w:r>
      <w:r>
        <w:t xml:space="preserve">    (b) opposite</w:t>
      </w:r>
      <w:r>
        <w:br/>
      </w:r>
      <w:r>
        <w:t xml:space="preserve">    (c) near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adversaries</w:t>
      </w:r>
      <w:r>
        <w:rPr>
          <w:b/>
          <w:bCs/>
        </w:rPr>
        <w:t xml:space="preserve"> </w:t>
      </w:r>
      <w:r>
        <w:rPr>
          <w:b/>
          <w:bCs/>
        </w:rPr>
        <w:t xml:space="preserve">outsmarted them.</w:t>
      </w:r>
      <w:r>
        <w:br/>
      </w:r>
      <w:r>
        <w:t xml:space="preserve">    (a) replacements</w:t>
      </w:r>
      <w:r>
        <w:br/>
      </w:r>
      <w:r>
        <w:t xml:space="preserve">    (b) opponents</w:t>
      </w:r>
      <w:r>
        <w:br/>
      </w:r>
      <w:r>
        <w:t xml:space="preserve">    (c) sub-groups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scheduled a news conference to respond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appalling</w:t>
      </w:r>
      <w:r>
        <w:rPr>
          <w:b/>
          <w:bCs/>
        </w:rPr>
        <w:t xml:space="preserve"> </w:t>
      </w:r>
      <w:r>
        <w:rPr>
          <w:b/>
          <w:bCs/>
        </w:rPr>
        <w:t xml:space="preserve">accusations.</w:t>
      </w:r>
      <w:r>
        <w:br/>
      </w:r>
      <w:r>
        <w:t xml:space="preserve">    (a) horrible</w:t>
      </w:r>
      <w:r>
        <w:br/>
      </w:r>
      <w:r>
        <w:t xml:space="preserve">    (b) foolish</w:t>
      </w:r>
      <w:r>
        <w:br/>
      </w:r>
      <w:r>
        <w:t xml:space="preserve">    (c) false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court overturned the ruling--describing it as having been made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capricious</w:t>
      </w:r>
      <w:r>
        <w:rPr>
          <w:b/>
          <w:bCs/>
        </w:rPr>
        <w:t xml:space="preserve"> </w:t>
      </w:r>
      <w:r>
        <w:rPr>
          <w:b/>
          <w:bCs/>
        </w:rPr>
        <w:t xml:space="preserve">manner.</w:t>
      </w:r>
      <w:r>
        <w:br/>
      </w:r>
      <w:r>
        <w:t xml:space="preserve">    (a) impulsive</w:t>
      </w:r>
      <w:r>
        <w:br/>
      </w:r>
      <w:r>
        <w:t xml:space="preserve">    (b) biased</w:t>
      </w:r>
      <w:r>
        <w:br/>
      </w:r>
      <w:r>
        <w:t xml:space="preserve">    (c) harmful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Politicians have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contend</w:t>
      </w:r>
      <w:r>
        <w:rPr>
          <w:b/>
          <w:bCs/>
        </w:rPr>
        <w:t xml:space="preserve"> </w:t>
      </w:r>
      <w:r>
        <w:rPr>
          <w:b/>
          <w:bCs/>
        </w:rPr>
        <w:t xml:space="preserve">with false attacks.</w:t>
      </w:r>
      <w:r>
        <w:br/>
      </w:r>
      <w:r>
        <w:t xml:space="preserve">    (a) struggle</w:t>
      </w:r>
      <w:r>
        <w:br/>
      </w:r>
      <w:r>
        <w:t xml:space="preserve">    (b) raise money</w:t>
      </w:r>
      <w:r>
        <w:br/>
      </w:r>
      <w:r>
        <w:t xml:space="preserve">    (c) campaign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introduced Bette Midler (pronounced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bet</w:t>
      </w:r>
      <w:r>
        <w:rPr>
          <w:b/>
          <w:bCs/>
        </w:rPr>
        <w:t xml:space="preserve">) by saying,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Bette</w:t>
      </w:r>
      <w:r>
        <w:rPr>
          <w:b/>
          <w:bCs/>
        </w:rPr>
        <w:t xml:space="preserve"> </w:t>
      </w:r>
      <w:r>
        <w:rPr>
          <w:b/>
          <w:bCs/>
        </w:rPr>
        <w:t xml:space="preserve">rhymes with</w:t>
      </w:r>
      <w:r>
        <w:rPr>
          <w:b/>
          <w:bCs/>
        </w:rPr>
        <w:t xml:space="preserve"> </w:t>
      </w:r>
      <w:r>
        <w:rPr>
          <w:b/>
          <w:bCs/>
          <w:i/>
          <w:iCs/>
          <w:u w:val="single"/>
        </w:rPr>
        <w:t xml:space="preserve">coquette</w:t>
      </w:r>
      <w:r>
        <w:rPr>
          <w:b/>
          <w:bCs/>
        </w:rPr>
        <w:t xml:space="preserve">, but never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regret</w:t>
      </w:r>
      <w:r>
        <w:rPr>
          <w:b/>
          <w:bCs/>
        </w:rPr>
        <w:t xml:space="preserve">.</w:t>
      </w:r>
      <w:r>
        <w:br/>
      </w:r>
      <w:r>
        <w:t xml:space="preserve">    (a) a flirt</w:t>
      </w:r>
      <w:r>
        <w:br/>
      </w:r>
      <w:r>
        <w:t xml:space="preserve">    (b) a dancer</w:t>
      </w:r>
      <w:r>
        <w:br/>
      </w:r>
      <w:r>
        <w:t xml:space="preserve">    (c) a star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diligent</w:t>
      </w:r>
      <w:r>
        <w:rPr>
          <w:b/>
          <w:bCs/>
        </w:rPr>
        <w:t xml:space="preserve"> </w:t>
      </w:r>
      <w:r>
        <w:rPr>
          <w:b/>
          <w:bCs/>
        </w:rPr>
        <w:t xml:space="preserve">detective investigates all clues.</w:t>
      </w:r>
      <w:r>
        <w:br/>
      </w:r>
      <w:r>
        <w:t xml:space="preserve">    (a) careful and hardworking</w:t>
      </w:r>
      <w:r>
        <w:br/>
      </w:r>
      <w:r>
        <w:t xml:space="preserve">    (b) rude and dishonest</w:t>
      </w:r>
      <w:r>
        <w:br/>
      </w:r>
      <w:r>
        <w:t xml:space="preserve">    (c) lazy and careless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she graduated from college the job market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dismal</w:t>
      </w:r>
      <w:r>
        <w:rPr>
          <w:b/>
          <w:bCs/>
        </w:rPr>
        <w:t xml:space="preserve">.</w:t>
      </w:r>
      <w:r>
        <w:br/>
      </w:r>
      <w:r>
        <w:t xml:space="preserve">    (a) especially good</w:t>
      </w:r>
      <w:r>
        <w:br/>
      </w:r>
      <w:r>
        <w:t xml:space="preserve">    (b) terrible or depressing</w:t>
      </w:r>
      <w:r>
        <w:br/>
      </w:r>
      <w:r>
        <w:t xml:space="preserve">    (c) promising but unusual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completely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dominates</w:t>
      </w:r>
      <w:r>
        <w:rPr>
          <w:b/>
          <w:bCs/>
        </w:rPr>
        <w:t xml:space="preserve"> </w:t>
      </w:r>
      <w:r>
        <w:rPr>
          <w:b/>
          <w:bCs/>
        </w:rPr>
        <w:t xml:space="preserve">her boyfriend.</w:t>
      </w:r>
      <w:r>
        <w:br/>
      </w:r>
      <w:r>
        <w:t xml:space="preserve">    (a) obeys</w:t>
      </w:r>
      <w:r>
        <w:br/>
      </w:r>
      <w:r>
        <w:t xml:space="preserve">    (b) controls</w:t>
      </w:r>
      <w:r>
        <w:br/>
      </w:r>
      <w:r>
        <w:t xml:space="preserve">    (c) worships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endeavor</w:t>
      </w:r>
      <w:r>
        <w:rPr>
          <w:b/>
          <w:bCs/>
        </w:rPr>
        <w:t xml:space="preserve"> </w:t>
      </w:r>
      <w:r>
        <w:rPr>
          <w:b/>
          <w:bCs/>
        </w:rPr>
        <w:t xml:space="preserve">to finish by Friday.</w:t>
      </w:r>
      <w:r>
        <w:br/>
      </w:r>
      <w:r>
        <w:t xml:space="preserve">    (a) promise</w:t>
      </w:r>
      <w:r>
        <w:br/>
      </w:r>
      <w:r>
        <w:t xml:space="preserve">    (b) not be able</w:t>
      </w:r>
      <w:r>
        <w:br/>
      </w:r>
      <w:r>
        <w:t xml:space="preserve">    (c) try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challenge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formidable</w:t>
      </w:r>
      <w:r>
        <w:rPr>
          <w:b/>
          <w:bCs/>
        </w:rPr>
        <w:t xml:space="preserve">.</w:t>
      </w:r>
      <w:r>
        <w:br/>
      </w:r>
      <w:r>
        <w:t xml:space="preserve">    (a) trivial</w:t>
      </w:r>
      <w:r>
        <w:br/>
      </w:r>
      <w:r>
        <w:t xml:space="preserve">    (b) understood</w:t>
      </w:r>
      <w:r>
        <w:br/>
      </w:r>
      <w:r>
        <w:t xml:space="preserve">    (c) intimidating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darkest hour,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mettle</w:t>
      </w:r>
      <w:r>
        <w:rPr>
          <w:b/>
          <w:bCs/>
        </w:rPr>
        <w:t xml:space="preserve"> </w:t>
      </w:r>
      <w:r>
        <w:rPr>
          <w:b/>
          <w:bCs/>
        </w:rPr>
        <w:t xml:space="preserve">surged forth, allowing her to confront his fears with unwavering bravery.</w:t>
      </w:r>
      <w:r>
        <w:br/>
      </w:r>
      <w:r>
        <w:t xml:space="preserve">    (a) courage</w:t>
      </w:r>
      <w:r>
        <w:br/>
      </w:r>
      <w:r>
        <w:t xml:space="preserve">    (b) popularity</w:t>
      </w:r>
      <w:r>
        <w:br/>
      </w:r>
      <w:r>
        <w:t xml:space="preserve">    (c) luck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graduates have high college debt.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too many of them haven't found good-paying jobs.</w:t>
      </w:r>
      <w:r>
        <w:br/>
      </w:r>
      <w:r>
        <w:t xml:space="preserve">    (a) as a result of that</w:t>
      </w:r>
      <w:r>
        <w:br/>
      </w:r>
      <w:r>
        <w:t xml:space="preserve">    (b) in addition to that</w:t>
      </w:r>
      <w:r>
        <w:br/>
      </w:r>
      <w:r>
        <w:t xml:space="preserve">    (c) in contrast to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a group, the people with a family history of heart disease have a higher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propensity</w:t>
      </w:r>
      <w:r>
        <w:rPr>
          <w:b/>
          <w:bCs/>
        </w:rPr>
        <w:t xml:space="preserve"> </w:t>
      </w:r>
      <w:r>
        <w:rPr>
          <w:b/>
          <w:bCs/>
        </w:rPr>
        <w:t xml:space="preserve">to develop the condition themselves.</w:t>
      </w:r>
      <w:r>
        <w:br/>
      </w:r>
      <w:r>
        <w:t xml:space="preserve">    (a) avoidance</w:t>
      </w:r>
      <w:r>
        <w:br/>
      </w:r>
      <w:r>
        <w:t xml:space="preserve">    (b) fear</w:t>
      </w:r>
      <w:r>
        <w:br/>
      </w:r>
      <w:r>
        <w:t xml:space="preserve">    (c) tendency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</w:t>
      </w:r>
      <w:r>
        <w:rPr>
          <w:b/>
          <w:bCs/>
        </w:rPr>
        <w:t xml:space="preserve"> </w:t>
      </w:r>
      <w:r>
        <w:rPr>
          <w:b/>
          <w:bCs/>
        </w:rPr>
        <w:t xml:space="preserve">her name, but I'd recognize her.</w:t>
      </w:r>
      <w:r>
        <w:br/>
      </w:r>
      <w:r>
        <w:t xml:space="preserve">    (a) remember</w:t>
      </w:r>
      <w:r>
        <w:br/>
      </w:r>
      <w:r>
        <w:t xml:space="preserve">    (b) pronounce properly</w:t>
      </w:r>
      <w:r>
        <w:br/>
      </w:r>
      <w:r>
        <w:t xml:space="preserve">    (c) spell properly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charmed by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rustic</w:t>
      </w:r>
      <w:r>
        <w:rPr>
          <w:b/>
          <w:bCs/>
        </w:rPr>
        <w:t xml:space="preserve"> </w:t>
      </w:r>
      <w:r>
        <w:rPr>
          <w:b/>
          <w:bCs/>
        </w:rPr>
        <w:t xml:space="preserve">farmhouse with its weathered shingles and surrounding wildflowers.</w:t>
      </w:r>
      <w:r>
        <w:br/>
      </w:r>
      <w:r>
        <w:t xml:space="preserve">    (a) fancy</w:t>
      </w:r>
      <w:r>
        <w:br/>
      </w:r>
      <w:r>
        <w:t xml:space="preserve">    (b) elaborate</w:t>
      </w:r>
      <w:r>
        <w:br/>
      </w:r>
      <w:r>
        <w:t xml:space="preserve">    (c) simple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can read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sage</w:t>
      </w:r>
      <w:r>
        <w:rPr>
          <w:b/>
          <w:bCs/>
        </w:rPr>
        <w:t xml:space="preserve"> </w:t>
      </w:r>
      <w:r>
        <w:rPr>
          <w:b/>
          <w:bCs/>
        </w:rPr>
        <w:t xml:space="preserve">relationship advice at her blog.</w:t>
      </w:r>
      <w:r>
        <w:br/>
      </w:r>
      <w:r>
        <w:t xml:space="preserve">    (a) shallow</w:t>
      </w:r>
      <w:r>
        <w:br/>
      </w:r>
      <w:r>
        <w:t xml:space="preserve">    (b) spicy</w:t>
      </w:r>
      <w:r>
        <w:br/>
      </w:r>
      <w:r>
        <w:t xml:space="preserve">    (c) wise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country where drought brings with it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specter</w:t>
      </w:r>
      <w:r>
        <w:rPr>
          <w:b/>
          <w:bCs/>
        </w:rPr>
        <w:t xml:space="preserve"> </w:t>
      </w:r>
      <w:r>
        <w:rPr>
          <w:b/>
          <w:bCs/>
        </w:rPr>
        <w:t xml:space="preserve">of famine.</w:t>
      </w:r>
      <w:r>
        <w:br/>
      </w:r>
      <w:r>
        <w:t xml:space="preserve">    (a) memory</w:t>
      </w:r>
      <w:r>
        <w:br/>
      </w:r>
      <w:r>
        <w:t xml:space="preserve">    (b) false threat</w:t>
      </w:r>
      <w:r>
        <w:br/>
      </w:r>
      <w:r>
        <w:t xml:space="preserve">    (c) frightening possibility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wore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sumptuous</w:t>
      </w:r>
      <w:r>
        <w:rPr>
          <w:b/>
          <w:bCs/>
        </w:rPr>
        <w:t xml:space="preserve"> </w:t>
      </w:r>
      <w:r>
        <w:rPr>
          <w:b/>
          <w:bCs/>
        </w:rPr>
        <w:t xml:space="preserve">gown made of the finest silk and adorned with sparkling jewels.</w:t>
      </w:r>
      <w:r>
        <w:br/>
      </w:r>
      <w:r>
        <w:t xml:space="preserve">    (a) magnificent</w:t>
      </w:r>
      <w:r>
        <w:br/>
      </w:r>
      <w:r>
        <w:t xml:space="preserve">    (b) flattering</w:t>
      </w:r>
      <w:r>
        <w:br/>
      </w:r>
      <w:r>
        <w:t xml:space="preserve">    (c) long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2026-07-31T15:38:01Z</dcterms:created>
  <dcterms:modified xsi:type="dcterms:W3CDTF">2026-07-31T15:38:01Z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