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8a81c62e61a97c7ac023ecd8b2000b6d675f9a"/>
    <w:p>
      <w:pPr>
        <w:pStyle w:val="Heading1"/>
      </w:pPr>
      <w:r>
        <w:rPr>
          <w:b/>
          <w:bCs/>
        </w:rPr>
        <w:t xml:space="preserve">The Legend of Sleepy Hollow</w:t>
      </w:r>
      <w:r>
        <w:br/>
      </w:r>
      <w:r>
        <w:rPr>
          <w:i/>
          <w:iCs/>
        </w:rPr>
        <w:t xml:space="preserve">Washington Irving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name was given, we are told, in former days, by the good housewives of the adjacent country, from the inveterate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propensity</w:t>
      </w:r>
      <w:r>
        <w:rPr>
          <w:b/>
          <w:bCs/>
        </w:rPr>
        <w:t xml:space="preserve"> </w:t>
      </w:r>
      <w:r>
        <w:rPr>
          <w:b/>
          <w:bCs/>
        </w:rPr>
        <w:t xml:space="preserve">of their husbands to linger about the village tavern on market days.</w:t>
      </w:r>
      <w:r>
        <w:br/>
      </w:r>
      <w:r>
        <w:t xml:space="preserve">    (a) a subtle characteristic</w:t>
      </w:r>
      <w:r>
        <w:br/>
      </w:r>
      <w:r>
        <w:t xml:space="preserve">    (b) tendency or inclination</w:t>
      </w:r>
      <w:r>
        <w:br/>
      </w:r>
      <w:r>
        <w:t xml:space="preserve">    (c) interaction or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dominant</w:t>
      </w:r>
      <w:r>
        <w:rPr>
          <w:b/>
          <w:bCs/>
        </w:rPr>
        <w:t xml:space="preserve"> </w:t>
      </w:r>
      <w:r>
        <w:rPr>
          <w:b/>
          <w:bCs/>
        </w:rPr>
        <w:t xml:space="preserve">spirit, however, that haunts this enchanted region ... is the apparition of a figure on horseback, without a head.</w:t>
      </w:r>
      <w:r>
        <w:br/>
      </w:r>
      <w:r>
        <w:t xml:space="preserve">    (a) a solution that is simpler (and often more comprehensive) than most would anticipate</w:t>
      </w:r>
      <w:r>
        <w:br/>
      </w:r>
      <w:r>
        <w:t xml:space="preserve">    (b) the state of not representing or imitating external reality or the objects of nature</w:t>
      </w:r>
      <w:r>
        <w:br/>
      </w:r>
      <w:r>
        <w:t xml:space="preserve">    (c) conspicuous (most noticeable)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haunts are not confined to the valley, but extend at times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adjacent</w:t>
      </w:r>
      <w:r>
        <w:rPr>
          <w:b/>
          <w:bCs/>
        </w:rPr>
        <w:t xml:space="preserve"> </w:t>
      </w:r>
      <w:r>
        <w:rPr>
          <w:b/>
          <w:bCs/>
        </w:rPr>
        <w:t xml:space="preserve">roads, and especially to the vicinity of a church at no great distance.</w:t>
      </w:r>
      <w:r>
        <w:br/>
      </w:r>
      <w:r>
        <w:t xml:space="preserve">    (a) hidden</w:t>
      </w:r>
      <w:r>
        <w:br/>
      </w:r>
      <w:r>
        <w:t xml:space="preserve">    (b) nearby</w:t>
      </w:r>
      <w:r>
        <w:br/>
      </w:r>
      <w:r>
        <w:t xml:space="preserve">    (c) sloped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all this might not be too onerous on the purses of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rustic</w:t>
      </w:r>
      <w:r>
        <w:rPr>
          <w:b/>
          <w:bCs/>
        </w:rPr>
        <w:t xml:space="preserve"> </w:t>
      </w:r>
      <w:r>
        <w:rPr>
          <w:b/>
          <w:bCs/>
        </w:rPr>
        <w:t xml:space="preserve">patrons, who are apt to consider the costs of schooling a grievous burden, and schoolmasters as mere drones, he had various ways of rendering himself both useful and agreeable.</w:t>
      </w:r>
      <w:r>
        <w:br/>
      </w:r>
      <w:r>
        <w:t xml:space="preserve">    (a) the state of not being in danger of suffering from something</w:t>
      </w:r>
      <w:r>
        <w:br/>
      </w:r>
      <w:r>
        <w:t xml:space="preserve">    (b) characteristic of rural life; simple without refined touches</w:t>
      </w:r>
      <w:r>
        <w:br/>
      </w:r>
      <w:r>
        <w:t xml:space="preserve">    (c) tile designed to affect noise -- typically to decrease noise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, esteemed by the women as a man of great erudition, for he had read several books quite through, and was a perfect master of Cotton Mather's "History of New England Witchcraft," in which, by the way, he most firmly and potently believed.</w:t>
      </w:r>
      <w:r>
        <w:br/>
      </w:r>
      <w:r>
        <w:t xml:space="preserve">    (a) in addition to what has just been said</w:t>
      </w:r>
      <w:r>
        <w:br/>
      </w:r>
      <w:r>
        <w:t xml:space="preserve">    (b) even though -- used to connect contrasting ideas</w:t>
      </w:r>
      <w:r>
        <w:br/>
      </w:r>
      <w:r>
        <w:t xml:space="preserve">    (c) despite that (used to connect contrasting ideas)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 often was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appalled</w:t>
      </w:r>
      <w:r>
        <w:rPr>
          <w:b/>
          <w:bCs/>
        </w:rPr>
        <w:t xml:space="preserve"> </w:t>
      </w:r>
      <w:r>
        <w:rPr>
          <w:b/>
          <w:bCs/>
        </w:rPr>
        <w:t xml:space="preserve">by some shrub covered with snow, which, like a sheeted specter, beset his very path!</w:t>
      </w:r>
      <w:r>
        <w:br/>
      </w:r>
      <w:r>
        <w:t xml:space="preserve">    (a) with an unadjusted lens so the image isn't clear</w:t>
      </w:r>
      <w:r>
        <w:br/>
      </w:r>
      <w:r>
        <w:t xml:space="preserve">    (b) gave an opinion of what was wrong with something</w:t>
      </w:r>
      <w:r>
        <w:br/>
      </w:r>
      <w:r>
        <w:t xml:space="preserve">    (c) horrified (causing strong feelings of disapproval)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 often was he appalled by some shrub covered with snow, which, like a sheeted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spectre</w:t>
      </w:r>
      <w:r>
        <w:rPr>
          <w:b/>
          <w:bCs/>
        </w:rPr>
        <w:t xml:space="preserve">, beset his very path!</w:t>
      </w:r>
      <w:r>
        <w:br/>
      </w:r>
      <w:r>
        <w:t xml:space="preserve">    (a) a type of vocal music that originated in African-American churches in the United States</w:t>
      </w:r>
      <w:r>
        <w:br/>
      </w:r>
      <w:r>
        <w:t xml:space="preserve">    (b) a frightening or disturbing mental image or possibility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a ghostly appearing image</w:t>
      </w:r>
      <w:r>
        <w:br/>
      </w:r>
      <w:r>
        <w:t xml:space="preserve">    (c) related to the smallest part of any material that cannot be broken up by chemical means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withal a little of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coquette</w:t>
      </w:r>
      <w:r>
        <w:rPr>
          <w:b/>
          <w:bCs/>
        </w:rPr>
        <w:t xml:space="preserve">, as might be perceived even in her dress, which was a mixture of ancient and modern fashions, as most suited to set off her charms.</w:t>
      </w:r>
      <w:r>
        <w:br/>
      </w:r>
      <w:r>
        <w:t xml:space="preserve">    (a) a woman who is casually playful in a way that arouses sexual interest of men</w:t>
      </w:r>
      <w:r>
        <w:br/>
      </w:r>
      <w:r>
        <w:t xml:space="preserve">    (b) to investigate; or an investigation; or an instrument used for investigation</w:t>
      </w:r>
      <w:r>
        <w:br/>
      </w:r>
      <w:r>
        <w:t xml:space="preserve">    (c) to change to multiple areas of control or concentration (rather than just 1)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pedagogue's mouth watered as he looked upon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sumptuous</w:t>
      </w:r>
      <w:r>
        <w:rPr>
          <w:b/>
          <w:bCs/>
        </w:rPr>
        <w:t xml:space="preserve"> </w:t>
      </w:r>
      <w:r>
        <w:rPr>
          <w:b/>
          <w:bCs/>
        </w:rPr>
        <w:t xml:space="preserve">promise of luxurious winter fare.</w:t>
      </w:r>
      <w:r>
        <w:br/>
      </w:r>
      <w:r>
        <w:t xml:space="preserve">    (a) the quality of behaving in an instinctive, uninhibited, and unplanned manner</w:t>
      </w:r>
      <w:r>
        <w:br/>
      </w:r>
      <w:r>
        <w:t xml:space="preserve">    (b) magnificent (impressively wonderful) -- often indicating something expensive</w:t>
      </w:r>
      <w:r>
        <w:br/>
      </w:r>
      <w:r>
        <w:t xml:space="preserve">    (c) the state or degree of having the ability to change for different situations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Ichabod, on the contrary, had to win his way to the heart of a country coquette, beset with a labyrinth of whims and caprices, which were forever presenting new difficulties and impediments; and he had to encounter a host of fearful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adversaries</w:t>
      </w:r>
      <w:r>
        <w:rPr>
          <w:b/>
          <w:bCs/>
        </w:rPr>
        <w:t xml:space="preserve"> </w:t>
      </w:r>
      <w:r>
        <w:rPr>
          <w:b/>
          <w:bCs/>
        </w:rPr>
        <w:t xml:space="preserve">of real flesh and blood, the numerous rustic admirers, who beset every portal to her heart, keeping a watchful and angry eye upon each other, but ready to fly out in the common cause against any new competitor.</w:t>
      </w:r>
      <w:r>
        <w:br/>
      </w:r>
      <w:r>
        <w:t xml:space="preserve">    (a) loyalties</w:t>
      </w:r>
      <w:r>
        <w:br/>
      </w:r>
      <w:r>
        <w:t xml:space="preserve">    (b) made holy</w:t>
      </w:r>
      <w:r>
        <w:br/>
      </w:r>
      <w:r>
        <w:t xml:space="preserve">    (c) opponents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Such was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formidable</w:t>
      </w:r>
      <w:r>
        <w:rPr>
          <w:b/>
          <w:bCs/>
        </w:rPr>
        <w:t xml:space="preserve"> </w:t>
      </w:r>
      <w:r>
        <w:rPr>
          <w:b/>
          <w:bCs/>
        </w:rPr>
        <w:t xml:space="preserve">rival with whom Ichabod Crane had to contend,</w:t>
      </w:r>
      <w:r>
        <w:br/>
      </w:r>
      <w:r>
        <w:t xml:space="preserve">    (a) intimidating or impressive</w:t>
      </w:r>
      <w:r>
        <w:br/>
      </w:r>
      <w:r>
        <w:t xml:space="preserve">    (b) the quality of disagreeing</w:t>
      </w:r>
      <w:r>
        <w:br/>
      </w:r>
      <w:r>
        <w:t xml:space="preserve">    (c) the quality of being Dutch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Such was the formidable rival with whom Ichabod Crane had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contend</w:t>
      </w:r>
      <w:r>
        <w:rPr>
          <w:b/>
          <w:bCs/>
        </w:rPr>
        <w:t xml:space="preserve">,</w:t>
      </w:r>
      <w:r>
        <w:br/>
      </w:r>
      <w:r>
        <w:t xml:space="preserve">    (a) struggle or compete</w:t>
      </w:r>
      <w:r>
        <w:br/>
      </w:r>
      <w:r>
        <w:t xml:space="preserve">    (b) subtract</w:t>
      </w:r>
      <w:r>
        <w:br/>
      </w:r>
      <w:r>
        <w:t xml:space="preserve">    (c) disagree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notable little wife ... had enough to do to attend to her housekeeping and manage her poultry; for, as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sagely</w:t>
      </w:r>
      <w:r>
        <w:rPr>
          <w:b/>
          <w:bCs/>
        </w:rPr>
        <w:t xml:space="preserve"> </w:t>
      </w:r>
      <w:r>
        <w:rPr>
          <w:b/>
          <w:bCs/>
        </w:rPr>
        <w:t xml:space="preserve">observed, ducks and geese are foolish things, and must be looked after, but girls can take care of themselves.</w:t>
      </w:r>
      <w:r>
        <w:br/>
      </w:r>
      <w:r>
        <w:t xml:space="preserve">    (a) in a manner that is capable of being noticed</w:t>
      </w:r>
      <w:r>
        <w:br/>
      </w:r>
      <w:r>
        <w:t xml:space="preserve">    (b) wisely</w:t>
      </w:r>
      <w:r>
        <w:br/>
      </w:r>
      <w:r>
        <w:t xml:space="preserve">    (c) in a manner that is not sensible and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Still he must have had fire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mettle</w:t>
      </w:r>
      <w:r>
        <w:rPr>
          <w:b/>
          <w:bCs/>
        </w:rPr>
        <w:t xml:space="preserve"> </w:t>
      </w:r>
      <w:r>
        <w:rPr>
          <w:b/>
          <w:bCs/>
        </w:rPr>
        <w:t xml:space="preserve">in his day, if we may judge from the name he bore of Gunpowder.</w:t>
      </w:r>
      <w:r>
        <w:br/>
      </w:r>
      <w:r>
        <w:t xml:space="preserve">    (a) lacking things most people enjoy</w:t>
      </w:r>
      <w:r>
        <w:br/>
      </w:r>
      <w:r>
        <w:t xml:space="preserve">    (b) opposed to people who are Jewish</w:t>
      </w:r>
      <w:r>
        <w:br/>
      </w:r>
      <w:r>
        <w:t xml:space="preserve">    (c) courage or strength of character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sky was clear and serene, and nature wore that rich and golden livery which we always associate with the idea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abundance</w:t>
      </w:r>
      <w:r>
        <w:rPr>
          <w:b/>
          <w:bCs/>
        </w:rPr>
        <w:t xml:space="preserve">.</w:t>
      </w:r>
      <w:r>
        <w:br/>
      </w:r>
      <w:r>
        <w:t xml:space="preserve">    (a) conflict or disagreement</w:t>
      </w:r>
      <w:r>
        <w:br/>
      </w:r>
      <w:r>
        <w:t xml:space="preserve">    (b) sharpness or intenseness</w:t>
      </w:r>
      <w:r>
        <w:br/>
      </w:r>
      <w:r>
        <w:t xml:space="preserve">    (c) great quantities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fluttered, chirping and frolicking from bush to bush, and tree to tree,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capricious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very profusion and variety around them.</w:t>
      </w:r>
      <w:r>
        <w:br/>
      </w:r>
      <w:r>
        <w:t xml:space="preserve">    (a) the quality of disagreeing</w:t>
      </w:r>
      <w:r>
        <w:br/>
      </w:r>
      <w:r>
        <w:t xml:space="preserve">    (b) impulsive or unpredictable</w:t>
      </w:r>
      <w:r>
        <w:br/>
      </w:r>
      <w:r>
        <w:t xml:space="preserve">    (c) able to meet and talk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All the stories of ghosts and goblins that he had heard in the afternoon now came crowding upon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recollection</w:t>
      </w:r>
      <w:r>
        <w:rPr>
          <w:b/>
          <w:bCs/>
        </w:rPr>
        <w:t xml:space="preserve">.</w:t>
      </w:r>
      <w:r>
        <w:br/>
      </w:r>
      <w:r>
        <w:t xml:space="preserve">    (a) battle</w:t>
      </w:r>
      <w:r>
        <w:br/>
      </w:r>
      <w:r>
        <w:t xml:space="preserve">    (b) memory</w:t>
      </w:r>
      <w:r>
        <w:br/>
      </w:r>
      <w:r>
        <w:t xml:space="preserve">    (c) result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Though the night was dark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dismal</w:t>
      </w:r>
      <w:r>
        <w:rPr>
          <w:b/>
          <w:bCs/>
        </w:rPr>
        <w:t xml:space="preserve">, yet the form of the unknown might now in some degree be ascertained.</w:t>
      </w:r>
      <w:r>
        <w:br/>
      </w:r>
      <w:r>
        <w:t xml:space="preserve">    (a) depressing or gloomy</w:t>
      </w:r>
      <w:r>
        <w:br/>
      </w:r>
      <w:r>
        <w:t xml:space="preserve">    (b) irrelevant or unimportant</w:t>
      </w:r>
      <w:r>
        <w:br/>
      </w:r>
      <w:r>
        <w:t xml:space="preserve">    (c) important or significant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heart began to sink within him;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endeavored</w:t>
      </w:r>
      <w:r>
        <w:rPr>
          <w:b/>
          <w:bCs/>
        </w:rPr>
        <w:t xml:space="preserve"> </w:t>
      </w:r>
      <w:r>
        <w:rPr>
          <w:b/>
          <w:bCs/>
        </w:rPr>
        <w:t xml:space="preserve">to resume his psalm tune, but his parched tongue clove to the roof of his mouth, and he could not utter a stave.</w:t>
      </w:r>
      <w:r>
        <w:br/>
      </w:r>
      <w:r>
        <w:t xml:space="preserve">    (a) not disagreed with</w:t>
      </w:r>
      <w:r>
        <w:br/>
      </w:r>
      <w:r>
        <w:t xml:space="preserve">    (b) tried or attempted</w:t>
      </w:r>
      <w:r>
        <w:br/>
      </w:r>
      <w:r>
        <w:t xml:space="preserve">    (c) decided in advance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stories ... were called to mind; and when they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diligently</w:t>
      </w:r>
      <w:r>
        <w:rPr>
          <w:b/>
          <w:bCs/>
        </w:rPr>
        <w:t xml:space="preserve"> </w:t>
      </w:r>
      <w:r>
        <w:rPr>
          <w:b/>
          <w:bCs/>
        </w:rPr>
        <w:t xml:space="preserve">considered them all ... they ... came to the conclusion</w:t>
      </w:r>
      <w:r>
        <w:br/>
      </w:r>
      <w:r>
        <w:t xml:space="preserve">    (a) about (but not exactly)</w:t>
      </w:r>
      <w:r>
        <w:br/>
      </w:r>
      <w:r>
        <w:t xml:space="preserve">    (b) relating to the outside</w:t>
      </w:r>
      <w:r>
        <w:br/>
      </w:r>
      <w:r>
        <w:t xml:space="preserve">    (c) carefully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2026-07-31T15:38:01Z</dcterms:created>
  <dcterms:modified xsi:type="dcterms:W3CDTF">2026-07-31T15:38:01Z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