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3239353954b201cf275800c968db2d2227b9e2"/>
    <w:p>
      <w:pPr>
        <w:pStyle w:val="Heading1"/>
      </w:pPr>
      <w:r>
        <w:rPr>
          <w:b/>
          <w:bCs/>
        </w:rPr>
        <w:t xml:space="preserve">The Legend of Sleepy Hollow</w:t>
      </w:r>
      <w:r>
        <w:br/>
      </w:r>
      <w:r>
        <w:rPr>
          <w:i/>
          <w:iCs/>
        </w:rPr>
        <w:t xml:space="preserve">Washington Irving</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whole neighborhood</w:t>
      </w:r>
      <w:r>
        <w:rPr>
          <w:b/>
          <w:bCs/>
        </w:rPr>
        <w:t xml:space="preserve"> </w:t>
      </w:r>
      <w:r>
        <w:rPr>
          <w:b/>
          <w:bCs/>
          <w:u w:val="single"/>
        </w:rPr>
        <w:t xml:space="preserve">abounds</w:t>
      </w:r>
      <w:r>
        <w:rPr>
          <w:b/>
          <w:bCs/>
        </w:rPr>
        <w:t xml:space="preserve"> </w:t>
      </w:r>
      <w:r>
        <w:rPr>
          <w:b/>
          <w:bCs/>
        </w:rPr>
        <w:t xml:space="preserve">with local tales, haunted spots, and twilight superstitions; stars shoot and meteors glare oftener across the valley than in any other part of the country, and the nightmare, with her whole ninefold, seems to make it the favorite scene of her gambols.</w:t>
      </w:r>
      <w:r>
        <w:br/>
      </w:r>
      <w:r>
        <w:t xml:space="preserve">    (a) connections; or connects</w:t>
      </w:r>
      <w:r>
        <w:br/>
      </w:r>
      <w:r>
        <w:t xml:space="preserve">    (b) goes, does, or is before</w:t>
      </w:r>
      <w:r>
        <w:br/>
      </w:r>
      <w:r>
        <w:t xml:space="preserve">    (c) is abundant or plentiful</w:t>
      </w:r>
    </w:p>
    <w:p>
      <w:pPr>
        <w:pStyle w:val="Compact"/>
        <w:numPr>
          <w:ilvl w:val="0"/>
          <w:numId w:val="1001"/>
        </w:numPr>
      </w:pPr>
      <w:r>
        <w:rPr>
          <w:b/>
          <w:bCs/>
        </w:rPr>
        <w:t xml:space="preserve">The whole neighborhood abounds with local tales, haunted spots, and twilight superstitions; stars shoot and meteors glare oftener across the valley than in any other part of the country, and the nightmare, with her whole ninefold, seems to make it the favorite scene of her</w:t>
      </w:r>
      <w:r>
        <w:rPr>
          <w:b/>
          <w:bCs/>
        </w:rPr>
        <w:t xml:space="preserve"> </w:t>
      </w:r>
      <w:r>
        <w:rPr>
          <w:b/>
          <w:bCs/>
          <w:u w:val="single"/>
        </w:rPr>
        <w:t xml:space="preserve">gambols</w:t>
      </w:r>
      <w:r>
        <w:rPr>
          <w:b/>
          <w:bCs/>
        </w:rPr>
        <w:t xml:space="preserve">.</w:t>
      </w:r>
      <w:r>
        <w:br/>
      </w:r>
      <w:r>
        <w:t xml:space="preserve">    (a) people or animals that inhabit or frequently visit a particular place</w:t>
      </w:r>
      <w:r>
        <w:br/>
      </w:r>
      <w:r>
        <w:t xml:space="preserve">    (b) frolics (skips, leaps, and/or runs around in a happy, playful manner)</w:t>
      </w:r>
      <w:r>
        <w:br/>
      </w:r>
      <w:r>
        <w:t xml:space="preserve">    (c) regular payments intended to people to have an income without working</w:t>
      </w:r>
    </w:p>
    <w:p>
      <w:pPr>
        <w:pStyle w:val="Compact"/>
        <w:numPr>
          <w:ilvl w:val="0"/>
          <w:numId w:val="1001"/>
        </w:numPr>
      </w:pPr>
      <w:r>
        <w:rPr>
          <w:b/>
          <w:bCs/>
        </w:rPr>
        <w:t xml:space="preserve">Such is the general</w:t>
      </w:r>
      <w:r>
        <w:rPr>
          <w:b/>
          <w:bCs/>
        </w:rPr>
        <w:t xml:space="preserve"> </w:t>
      </w:r>
      <w:r>
        <w:rPr>
          <w:b/>
          <w:bCs/>
          <w:u w:val="single"/>
        </w:rPr>
        <w:t xml:space="preserve">purport</w:t>
      </w:r>
      <w:r>
        <w:rPr>
          <w:b/>
          <w:bCs/>
        </w:rPr>
        <w:t xml:space="preserve"> </w:t>
      </w:r>
      <w:r>
        <w:rPr>
          <w:b/>
          <w:bCs/>
        </w:rPr>
        <w:t xml:space="preserve">of this legendary superstition, which has furnished materials for many a wild story in that region of shadows; and the spectre is known at all the country firesides, by the name of the Headless Horseman of Sleepy Hollow.</w:t>
      </w:r>
      <w:r>
        <w:br/>
      </w:r>
      <w:r>
        <w:t xml:space="preserve">    (a) a place where conditions are kept as they were to protect wildlife</w:t>
      </w:r>
      <w:r>
        <w:br/>
      </w:r>
      <w:r>
        <w:t xml:space="preserve">    (b) someone who believes that all knowledge is derived from experience</w:t>
      </w:r>
      <w:r>
        <w:br/>
      </w:r>
      <w:r>
        <w:t xml:space="preserve">    (c) essence or gist</w:t>
      </w:r>
    </w:p>
    <w:p>
      <w:pPr>
        <w:pStyle w:val="Compact"/>
        <w:numPr>
          <w:ilvl w:val="0"/>
          <w:numId w:val="1001"/>
        </w:numPr>
      </w:pPr>
      <w:r>
        <w:rPr>
          <w:b/>
          <w:bCs/>
        </w:rPr>
        <w:t xml:space="preserve">It is remarkable that the visionary propensity I have mentioned is not confined to the native inhabitants of the valley, but is unconsciously</w:t>
      </w:r>
      <w:r>
        <w:rPr>
          <w:b/>
          <w:bCs/>
        </w:rPr>
        <w:t xml:space="preserve"> </w:t>
      </w:r>
      <w:r>
        <w:rPr>
          <w:b/>
          <w:bCs/>
          <w:u w:val="single"/>
        </w:rPr>
        <w:t xml:space="preserve">imbibed</w:t>
      </w:r>
      <w:r>
        <w:rPr>
          <w:b/>
          <w:bCs/>
        </w:rPr>
        <w:t xml:space="preserve"> </w:t>
      </w:r>
      <w:r>
        <w:rPr>
          <w:b/>
          <w:bCs/>
        </w:rPr>
        <w:t xml:space="preserve">by every one who resides there for a time.</w:t>
      </w:r>
      <w:r>
        <w:br/>
      </w:r>
      <w:r>
        <w:t xml:space="preserve">    (a) taken in; or took in</w:t>
      </w:r>
      <w:r>
        <w:br/>
      </w:r>
      <w:r>
        <w:t xml:space="preserve">    (b) took on as one's own</w:t>
      </w:r>
      <w:r>
        <w:br/>
      </w:r>
      <w:r>
        <w:t xml:space="preserve">    (c) differed; or changed</w:t>
      </w:r>
    </w:p>
    <w:p>
      <w:pPr>
        <w:pStyle w:val="Compact"/>
        <w:numPr>
          <w:ilvl w:val="0"/>
          <w:numId w:val="1001"/>
        </w:numPr>
      </w:pPr>
      <w:r>
        <w:rPr>
          <w:b/>
          <w:bCs/>
        </w:rPr>
        <w:t xml:space="preserve">That all this might not be too</w:t>
      </w:r>
      <w:r>
        <w:rPr>
          <w:b/>
          <w:bCs/>
        </w:rPr>
        <w:t xml:space="preserve"> </w:t>
      </w:r>
      <w:r>
        <w:rPr>
          <w:b/>
          <w:bCs/>
          <w:u w:val="single"/>
        </w:rPr>
        <w:t xml:space="preserve">onerous</w:t>
      </w:r>
      <w:r>
        <w:rPr>
          <w:b/>
          <w:bCs/>
        </w:rPr>
        <w:t xml:space="preserve"> </w:t>
      </w:r>
      <w:r>
        <w:rPr>
          <w:b/>
          <w:bCs/>
        </w:rPr>
        <w:t xml:space="preserve">on the purses of his rustic patrons, who are apt to consider the costs of schooling a grievous burden, and schoolmasters as mere drones, he had various ways of rendering himself both useful and agreeable.</w:t>
      </w:r>
      <w:r>
        <w:br/>
      </w:r>
      <w:r>
        <w:t xml:space="preserve">    (a) without a tendency to be full of thought</w:t>
      </w:r>
      <w:r>
        <w:br/>
      </w:r>
      <w:r>
        <w:t xml:space="preserve">    (b) difficult (requiring significant effort)</w:t>
      </w:r>
      <w:r>
        <w:br/>
      </w:r>
      <w:r>
        <w:t xml:space="preserve">    (c) lacking a tendency to be full of thought</w:t>
      </w:r>
    </w:p>
    <w:p>
      <w:pPr>
        <w:pStyle w:val="Compact"/>
        <w:numPr>
          <w:ilvl w:val="0"/>
          <w:numId w:val="1001"/>
        </w:numPr>
      </w:pPr>
      <w:r>
        <w:rPr>
          <w:b/>
          <w:bCs/>
        </w:rPr>
        <w:t xml:space="preserve">How he would figure among them in the churchyard, between services on Sundays ... reciting for their amusement all the</w:t>
      </w:r>
      <w:r>
        <w:rPr>
          <w:b/>
          <w:bCs/>
        </w:rPr>
        <w:t xml:space="preserve"> </w:t>
      </w:r>
      <w:r>
        <w:rPr>
          <w:b/>
          <w:bCs/>
          <w:u w:val="single"/>
        </w:rPr>
        <w:t xml:space="preserve">epitaphs</w:t>
      </w:r>
      <w:r>
        <w:rPr>
          <w:b/>
          <w:bCs/>
        </w:rPr>
        <w:t xml:space="preserve"> </w:t>
      </w:r>
      <w:r>
        <w:rPr>
          <w:b/>
          <w:bCs/>
        </w:rPr>
        <w:t xml:space="preserve">on the tombstones; or...</w:t>
      </w:r>
      <w:r>
        <w:br/>
      </w:r>
      <w:r>
        <w:t xml:space="preserve">    (a) Muslim religious teachers or leaders</w:t>
      </w:r>
      <w:r>
        <w:br/>
      </w:r>
      <w:r>
        <w:t xml:space="preserve">    (b) things that disagree with themselves</w:t>
      </w:r>
      <w:r>
        <w:br/>
      </w:r>
      <w:r>
        <w:t xml:space="preserve">    (c) short text inscribed on a tombstone in memory of a dead person</w:t>
      </w:r>
    </w:p>
    <w:p>
      <w:pPr>
        <w:pStyle w:val="Compact"/>
        <w:numPr>
          <w:ilvl w:val="0"/>
          <w:numId w:val="1001"/>
        </w:numPr>
      </w:pPr>
      <w:r>
        <w:rPr>
          <w:b/>
          <w:bCs/>
        </w:rPr>
        <w:t xml:space="preserve">He was ... esteemed by the women as a man of great</w:t>
      </w:r>
      <w:r>
        <w:rPr>
          <w:b/>
          <w:bCs/>
        </w:rPr>
        <w:t xml:space="preserve"> </w:t>
      </w:r>
      <w:r>
        <w:rPr>
          <w:b/>
          <w:bCs/>
          <w:u w:val="single"/>
        </w:rPr>
        <w:t xml:space="preserve">erudition</w:t>
      </w:r>
      <w:r>
        <w:rPr>
          <w:b/>
          <w:bCs/>
        </w:rPr>
        <w:t xml:space="preserve">, for he had read several books quite through, and was a perfect master of Cotton Mather's "History of New England Witchcraft,"</w:t>
      </w:r>
      <w:r>
        <w:br/>
      </w:r>
      <w:r>
        <w:t xml:space="preserve">    (a) profound knowledge</w:t>
      </w:r>
      <w:r>
        <w:br/>
      </w:r>
      <w:r>
        <w:t xml:space="preserve">    (b) lowering moral standards</w:t>
      </w:r>
      <w:r>
        <w:br/>
      </w:r>
      <w:r>
        <w:t xml:space="preserve">    (c) changing or not reliable</w:t>
      </w:r>
    </w:p>
    <w:p>
      <w:pPr>
        <w:pStyle w:val="Compact"/>
        <w:numPr>
          <w:ilvl w:val="0"/>
          <w:numId w:val="1001"/>
        </w:numPr>
      </w:pPr>
      <w:r>
        <w:rPr>
          <w:b/>
          <w:bCs/>
        </w:rPr>
        <w:t xml:space="preserve">No tale was too gross or monstrous for his</w:t>
      </w:r>
      <w:r>
        <w:rPr>
          <w:b/>
          <w:bCs/>
        </w:rPr>
        <w:t xml:space="preserve"> </w:t>
      </w:r>
      <w:r>
        <w:rPr>
          <w:b/>
          <w:bCs/>
          <w:u w:val="single"/>
        </w:rPr>
        <w:t xml:space="preserve">capacious</w:t>
      </w:r>
      <w:r>
        <w:rPr>
          <w:b/>
          <w:bCs/>
        </w:rPr>
        <w:t xml:space="preserve"> </w:t>
      </w:r>
      <w:r>
        <w:rPr>
          <w:b/>
          <w:bCs/>
        </w:rPr>
        <w:t xml:space="preserve">swallow.</w:t>
      </w:r>
      <w:r>
        <w:br/>
      </w:r>
      <w:r>
        <w:t xml:space="preserve">    (a) complete or total</w:t>
      </w:r>
      <w:r>
        <w:br/>
      </w:r>
      <w:r>
        <w:t xml:space="preserve">    (b) not finding fault</w:t>
      </w:r>
      <w:r>
        <w:br/>
      </w:r>
      <w:r>
        <w:t xml:space="preserve">    (c) large</w:t>
      </w:r>
    </w:p>
    <w:p>
      <w:pPr>
        <w:pStyle w:val="Compact"/>
        <w:numPr>
          <w:ilvl w:val="0"/>
          <w:numId w:val="1001"/>
        </w:numPr>
      </w:pPr>
      <w:r>
        <w:rPr>
          <w:b/>
          <w:bCs/>
        </w:rPr>
        <w:t xml:space="preserve">He would delight them equally by his</w:t>
      </w:r>
      <w:r>
        <w:rPr>
          <w:b/>
          <w:bCs/>
        </w:rPr>
        <w:t xml:space="preserve"> </w:t>
      </w:r>
      <w:r>
        <w:rPr>
          <w:b/>
          <w:bCs/>
          <w:u w:val="single"/>
        </w:rPr>
        <w:t xml:space="preserve">anecdotes</w:t>
      </w:r>
      <w:r>
        <w:rPr>
          <w:b/>
          <w:bCs/>
        </w:rPr>
        <w:t xml:space="preserve"> </w:t>
      </w:r>
      <w:r>
        <w:rPr>
          <w:b/>
          <w:bCs/>
        </w:rPr>
        <w:t xml:space="preserve">of witchcraft, and...</w:t>
      </w:r>
      <w:r>
        <w:br/>
      </w:r>
      <w:r>
        <w:t xml:space="preserve">    (a) short, true stories</w:t>
      </w:r>
      <w:r>
        <w:br/>
      </w:r>
      <w:r>
        <w:t xml:space="preserve">    (b) sizes or dimensions</w:t>
      </w:r>
      <w:r>
        <w:br/>
      </w:r>
      <w:r>
        <w:t xml:space="preserve">    (c) outward appearances</w:t>
      </w:r>
    </w:p>
    <w:p>
      <w:pPr>
        <w:pStyle w:val="Compact"/>
        <w:numPr>
          <w:ilvl w:val="0"/>
          <w:numId w:val="1001"/>
        </w:numPr>
      </w:pPr>
      <w:r>
        <w:rPr>
          <w:b/>
          <w:bCs/>
        </w:rPr>
        <w:t xml:space="preserve">How often did he shrink with curdling awe at the sound of his own steps on the frosty crust beneath his feet; and dread to look over his shoulder, lest he should behold some</w:t>
      </w:r>
      <w:r>
        <w:rPr>
          <w:b/>
          <w:bCs/>
        </w:rPr>
        <w:t xml:space="preserve"> </w:t>
      </w:r>
      <w:r>
        <w:rPr>
          <w:b/>
          <w:bCs/>
          <w:u w:val="single"/>
        </w:rPr>
        <w:t xml:space="preserve">uncouth</w:t>
      </w:r>
      <w:r>
        <w:rPr>
          <w:b/>
          <w:bCs/>
        </w:rPr>
        <w:t xml:space="preserve"> </w:t>
      </w:r>
      <w:r>
        <w:rPr>
          <w:b/>
          <w:bCs/>
        </w:rPr>
        <w:t xml:space="preserve">being tramping close behind him!</w:t>
      </w:r>
      <w:r>
        <w:br/>
      </w:r>
      <w:r>
        <w:t xml:space="preserve">    (a) related to the spreading of a disease to another part of the body</w:t>
      </w:r>
      <w:r>
        <w:br/>
      </w:r>
      <w:r>
        <w:t xml:space="preserve">    (b) relating to a surface rather than to anything deep or penetrating</w:t>
      </w:r>
      <w:r>
        <w:br/>
      </w:r>
      <w:r>
        <w:t xml:space="preserve">    (c) rude or unpleasant due to a lack of manners, refinement, or taste</w:t>
      </w:r>
    </w:p>
    <w:p>
      <w:pPr>
        <w:pStyle w:val="Compact"/>
        <w:numPr>
          <w:ilvl w:val="0"/>
          <w:numId w:val="1001"/>
        </w:numPr>
      </w:pPr>
      <w:r>
        <w:rPr>
          <w:b/>
          <w:bCs/>
        </w:rPr>
        <w:t xml:space="preserve">A stately squadron of snowy geese were riding in an adjoining pond, convoying whole fleets of ducks; regiments of turkeys were gobbling through the farmyard, and Guinea fowls fretting about it, like ill-tempered housewives, with their</w:t>
      </w:r>
      <w:r>
        <w:rPr>
          <w:b/>
          <w:bCs/>
        </w:rPr>
        <w:t xml:space="preserve"> </w:t>
      </w:r>
      <w:r>
        <w:rPr>
          <w:b/>
          <w:bCs/>
          <w:u w:val="single"/>
        </w:rPr>
        <w:t xml:space="preserve">peevish</w:t>
      </w:r>
      <w:r>
        <w:rPr>
          <w:b/>
          <w:bCs/>
        </w:rPr>
        <w:t xml:space="preserve">, discontented cry.</w:t>
      </w:r>
      <w:r>
        <w:br/>
      </w:r>
      <w:r>
        <w:t xml:space="preserve">    (a) related to the setting or situation in which something occurs</w:t>
      </w:r>
      <w:r>
        <w:br/>
      </w:r>
      <w:r>
        <w:t xml:space="preserve">    (b) annoyed or easily annoyed -- especially by unimportant things</w:t>
      </w:r>
      <w:r>
        <w:br/>
      </w:r>
      <w:r>
        <w:t xml:space="preserve">    (c) trustworthy with secrets or subtle (not attracting attention)</w:t>
      </w:r>
    </w:p>
    <w:p>
      <w:pPr>
        <w:pStyle w:val="Compact"/>
        <w:numPr>
          <w:ilvl w:val="0"/>
          <w:numId w:val="1001"/>
        </w:numPr>
      </w:pPr>
      <w:r>
        <w:rPr>
          <w:b/>
          <w:bCs/>
        </w:rPr>
        <w:t xml:space="preserve">Here rows of</w:t>
      </w:r>
      <w:r>
        <w:rPr>
          <w:b/>
          <w:bCs/>
        </w:rPr>
        <w:t xml:space="preserve"> </w:t>
      </w:r>
      <w:r>
        <w:rPr>
          <w:b/>
          <w:bCs/>
          <w:u w:val="single"/>
        </w:rPr>
        <w:t xml:space="preserve">resplendent</w:t>
      </w:r>
      <w:r>
        <w:rPr>
          <w:b/>
          <w:bCs/>
        </w:rPr>
        <w:t xml:space="preserve"> </w:t>
      </w:r>
      <w:r>
        <w:rPr>
          <w:b/>
          <w:bCs/>
        </w:rPr>
        <w:t xml:space="preserve">pewter, ranged on a long dresser, dazzled his eyes.</w:t>
      </w:r>
      <w:r>
        <w:br/>
      </w:r>
      <w:r>
        <w:t xml:space="preserve">    (a) beautiful or splendid</w:t>
      </w:r>
      <w:r>
        <w:br/>
      </w:r>
      <w:r>
        <w:t xml:space="preserve">    (b) able to be translated</w:t>
      </w:r>
      <w:r>
        <w:br/>
      </w:r>
      <w:r>
        <w:t xml:space="preserve">    (c) exactness or accuracy</w:t>
      </w:r>
    </w:p>
    <w:p>
      <w:pPr>
        <w:pStyle w:val="Compact"/>
        <w:numPr>
          <w:ilvl w:val="0"/>
          <w:numId w:val="1001"/>
        </w:numPr>
      </w:pPr>
      <w:r>
        <w:rPr>
          <w:b/>
          <w:bCs/>
        </w:rPr>
        <w:t xml:space="preserve">In cold weather he was distinguished by a fur cap, surmounted with a</w:t>
      </w:r>
      <w:r>
        <w:rPr>
          <w:b/>
          <w:bCs/>
        </w:rPr>
        <w:t xml:space="preserve"> </w:t>
      </w:r>
      <w:r>
        <w:rPr>
          <w:b/>
          <w:bCs/>
          <w:u w:val="single"/>
        </w:rPr>
        <w:t xml:space="preserve">flaunting</w:t>
      </w:r>
      <w:r>
        <w:rPr>
          <w:b/>
          <w:bCs/>
        </w:rPr>
        <w:t xml:space="preserve"> </w:t>
      </w:r>
      <w:r>
        <w:rPr>
          <w:b/>
          <w:bCs/>
        </w:rPr>
        <w:t xml:space="preserve">fox's tail; and when the folks at a country gathering descried this well-known crest at a distance, whisking about among a squad of hard riders, they always stood by for a squall.</w:t>
      </w:r>
      <w:r>
        <w:br/>
      </w:r>
      <w:r>
        <w:t xml:space="preserve">    (a) translating</w:t>
      </w:r>
      <w:r>
        <w:br/>
      </w:r>
      <w:r>
        <w:t xml:space="preserve">    (b) showing off</w:t>
      </w:r>
      <w:r>
        <w:br/>
      </w:r>
      <w:r>
        <w:t xml:space="preserve">    (c) disagreeing</w:t>
      </w:r>
    </w:p>
    <w:p>
      <w:pPr>
        <w:pStyle w:val="Compact"/>
        <w:numPr>
          <w:ilvl w:val="0"/>
          <w:numId w:val="1001"/>
        </w:numPr>
      </w:pPr>
      <w:r>
        <w:rPr>
          <w:b/>
          <w:bCs/>
        </w:rPr>
        <w:t xml:space="preserve">This rantipole hero had for some time singled out the blooming Katrina for the object of his uncouth gallantries, and though his</w:t>
      </w:r>
      <w:r>
        <w:rPr>
          <w:b/>
          <w:bCs/>
        </w:rPr>
        <w:t xml:space="preserve"> </w:t>
      </w:r>
      <w:r>
        <w:rPr>
          <w:b/>
          <w:bCs/>
          <w:u w:val="single"/>
        </w:rPr>
        <w:t xml:space="preserve">amorous</w:t>
      </w:r>
      <w:r>
        <w:rPr>
          <w:b/>
          <w:bCs/>
        </w:rPr>
        <w:t xml:space="preserve"> </w:t>
      </w:r>
      <w:r>
        <w:rPr>
          <w:b/>
          <w:bCs/>
        </w:rPr>
        <w:t xml:space="preserve">toyings were something like the gentle caresses and endearments of a bear, yet it was whispered that she did not altogether discourage his hopes.</w:t>
      </w:r>
      <w:r>
        <w:br/>
      </w:r>
      <w:r>
        <w:t xml:space="preserve">    (a) logical or analytical</w:t>
      </w:r>
      <w:r>
        <w:br/>
      </w:r>
      <w:r>
        <w:t xml:space="preserve">    (b) comprehensive</w:t>
      </w:r>
      <w:r>
        <w:br/>
      </w:r>
      <w:r>
        <w:t xml:space="preserve">    (c) romantic or sexual</w:t>
      </w:r>
    </w:p>
    <w:p>
      <w:pPr>
        <w:pStyle w:val="Compact"/>
        <w:numPr>
          <w:ilvl w:val="0"/>
          <w:numId w:val="1001"/>
        </w:numPr>
      </w:pPr>
      <w:r>
        <w:rPr>
          <w:b/>
          <w:bCs/>
        </w:rPr>
        <w:t xml:space="preserve">Thus, while the busy dame bustled about the house, or plied her spinning-wheel at one end of the piazza, honest Balt would sit smoking his evening pipe at the other, watching the achievements of a little wooden warrior, who, armed with a sword in each hand, was most valiantly fighting the wind on the</w:t>
      </w:r>
      <w:r>
        <w:rPr>
          <w:b/>
          <w:bCs/>
        </w:rPr>
        <w:t xml:space="preserve"> </w:t>
      </w:r>
      <w:r>
        <w:rPr>
          <w:b/>
          <w:bCs/>
          <w:u w:val="single"/>
        </w:rPr>
        <w:t xml:space="preserve">pinnacle</w:t>
      </w:r>
      <w:r>
        <w:rPr>
          <w:b/>
          <w:bCs/>
        </w:rPr>
        <w:t xml:space="preserve"> </w:t>
      </w:r>
      <w:r>
        <w:rPr>
          <w:b/>
          <w:bCs/>
        </w:rPr>
        <w:t xml:space="preserve">of the barn.</w:t>
      </w:r>
      <w:r>
        <w:br/>
      </w:r>
      <w:r>
        <w:t xml:space="preserve">    (a) remove or suppress anything considered obscene, immoral, or politically unacceptable  OR  a person who does such suppression</w:t>
      </w:r>
      <w:r>
        <w:br/>
      </w:r>
      <w:r>
        <w:t xml:space="preserve">    (b) highest points</w:t>
      </w:r>
      <w:r>
        <w:br/>
      </w:r>
      <w:r>
        <w:t xml:space="preserve">    (c) to corrupt or seduce from virtue, duty, or allegiance  OR  excessive drinking, casual sex, and/or drug abuse while partying</w:t>
      </w:r>
    </w:p>
    <w:p>
      <w:pPr>
        <w:pStyle w:val="Compact"/>
        <w:numPr>
          <w:ilvl w:val="0"/>
          <w:numId w:val="1001"/>
        </w:numPr>
      </w:pPr>
      <w:r>
        <w:rPr>
          <w:b/>
          <w:bCs/>
        </w:rPr>
        <w:t xml:space="preserve">The scholars were hurried through their lessons without stopping at trifles; those who were nimble skipped over half with</w:t>
      </w:r>
      <w:r>
        <w:rPr>
          <w:b/>
          <w:bCs/>
        </w:rPr>
        <w:t xml:space="preserve"> </w:t>
      </w:r>
      <w:r>
        <w:rPr>
          <w:b/>
          <w:bCs/>
          <w:u w:val="single"/>
        </w:rPr>
        <w:t xml:space="preserve">impunity</w:t>
      </w:r>
      <w:r>
        <w:rPr>
          <w:b/>
          <w:bCs/>
        </w:rPr>
        <w:t xml:space="preserve">, and those who were tardy had a smart application now and then in the rear, to quicken their speed or help them over a tall word.</w:t>
      </w:r>
      <w:r>
        <w:br/>
      </w:r>
      <w:r>
        <w:t xml:space="preserve">    (a) Nazi organization for children aged 10 to 18</w:t>
      </w:r>
      <w:r>
        <w:br/>
      </w:r>
      <w:r>
        <w:t xml:space="preserve">    (b) exemption or freedom from punishment or loss</w:t>
      </w:r>
      <w:r>
        <w:br/>
      </w:r>
      <w:r>
        <w:t xml:space="preserve">    (c) found a condition or substance to be present</w:t>
      </w:r>
    </w:p>
    <w:p>
      <w:pPr>
        <w:pStyle w:val="Compact"/>
        <w:numPr>
          <w:ilvl w:val="0"/>
          <w:numId w:val="1001"/>
        </w:numPr>
      </w:pPr>
      <w:r>
        <w:rPr>
          <w:b/>
          <w:bCs/>
        </w:rPr>
        <w:t xml:space="preserve">On all sides he beheld vast store of apples; some hanging in oppressive</w:t>
      </w:r>
      <w:r>
        <w:rPr>
          <w:b/>
          <w:bCs/>
        </w:rPr>
        <w:t xml:space="preserve"> </w:t>
      </w:r>
      <w:r>
        <w:rPr>
          <w:b/>
          <w:bCs/>
          <w:u w:val="single"/>
        </w:rPr>
        <w:t xml:space="preserve">opulence</w:t>
      </w:r>
      <w:r>
        <w:rPr>
          <w:b/>
          <w:bCs/>
        </w:rPr>
        <w:t xml:space="preserve"> </w:t>
      </w:r>
      <w:r>
        <w:rPr>
          <w:b/>
          <w:bCs/>
        </w:rPr>
        <w:t xml:space="preserve">on the trees;</w:t>
      </w:r>
      <w:r>
        <w:br/>
      </w:r>
      <w:r>
        <w:t xml:space="preserve">    (a) magnificence</w:t>
      </w:r>
      <w:r>
        <w:br/>
      </w:r>
      <w:r>
        <w:t xml:space="preserve">    (b) not thinking carefully</w:t>
      </w:r>
      <w:r>
        <w:br/>
      </w:r>
      <w:r>
        <w:t xml:space="preserve">    (c) lowers moral standards</w:t>
      </w:r>
    </w:p>
    <w:p>
      <w:pPr>
        <w:pStyle w:val="Compact"/>
        <w:numPr>
          <w:ilvl w:val="0"/>
          <w:numId w:val="1001"/>
        </w:numPr>
      </w:pPr>
      <w:r>
        <w:rPr>
          <w:b/>
          <w:bCs/>
        </w:rPr>
        <w:t xml:space="preserve">Buxom lasses, almost as</w:t>
      </w:r>
      <w:r>
        <w:rPr>
          <w:b/>
          <w:bCs/>
        </w:rPr>
        <w:t xml:space="preserve"> </w:t>
      </w:r>
      <w:r>
        <w:rPr>
          <w:b/>
          <w:bCs/>
          <w:u w:val="single"/>
        </w:rPr>
        <w:t xml:space="preserve">antiquated</w:t>
      </w:r>
      <w:r>
        <w:rPr>
          <w:b/>
          <w:bCs/>
        </w:rPr>
        <w:t xml:space="preserve"> </w:t>
      </w:r>
      <w:r>
        <w:rPr>
          <w:b/>
          <w:bCs/>
        </w:rPr>
        <w:t xml:space="preserve">as their mothers, excepting where a straw hat, a fine ribbon, or perhaps a white frock, gave symptoms of city innovation.</w:t>
      </w:r>
      <w:r>
        <w:br/>
      </w:r>
      <w:r>
        <w:t xml:space="preserve">    (a) expelled or gotten rid of</w:t>
      </w:r>
      <w:r>
        <w:br/>
      </w:r>
      <w:r>
        <w:t xml:space="preserve">    (b) obsolete or old-fashioned</w:t>
      </w:r>
      <w:r>
        <w:br/>
      </w:r>
      <w:r>
        <w:t xml:space="preserve">    (c) was abundant or plentiful</w:t>
      </w:r>
    </w:p>
    <w:p>
      <w:pPr>
        <w:pStyle w:val="Compact"/>
        <w:numPr>
          <w:ilvl w:val="0"/>
          <w:numId w:val="1001"/>
        </w:numPr>
      </w:pPr>
      <w:r>
        <w:rPr>
          <w:b/>
          <w:bCs/>
        </w:rPr>
        <w:t xml:space="preserve">And then there were apple pies, and peach pies, and pumpkin pies; besides slices of ham and smoked beef; and moreover</w:t>
      </w:r>
      <w:r>
        <w:rPr>
          <w:b/>
          <w:bCs/>
        </w:rPr>
        <w:t xml:space="preserve"> </w:t>
      </w:r>
      <w:r>
        <w:rPr>
          <w:b/>
          <w:bCs/>
          <w:u w:val="single"/>
        </w:rPr>
        <w:t xml:space="preserve">delectable</w:t>
      </w:r>
      <w:r>
        <w:rPr>
          <w:b/>
          <w:bCs/>
        </w:rPr>
        <w:t xml:space="preserve"> </w:t>
      </w:r>
      <w:r>
        <w:rPr>
          <w:b/>
          <w:bCs/>
        </w:rPr>
        <w:t xml:space="preserve">dishes of preserved plums, and peaches, and pears, and quinces; not to mention broiled shad and roasted chickens; together with bowls of milk and cream, all mingled higgledy-piggledy, pretty much as I have enumerated them, with the motherly teapot sending up its clouds of vapor from the midst—Heaven bless the mark!</w:t>
      </w:r>
      <w:r>
        <w:br/>
      </w:r>
      <w:r>
        <w:t xml:space="preserve">    (a) lack of interest; or the process of stopping interaction or interest</w:t>
      </w:r>
      <w:r>
        <w:br/>
      </w:r>
      <w:r>
        <w:t xml:space="preserve">    (b) extremely pleasing -- especially to the sense of taste or to the eye</w:t>
      </w:r>
      <w:r>
        <w:br/>
      </w:r>
      <w:r>
        <w:t xml:space="preserve">    (c) relating to logical examination of something to better understand it</w:t>
      </w:r>
    </w:p>
    <w:p>
      <w:pPr>
        <w:pStyle w:val="Compact"/>
        <w:numPr>
          <w:ilvl w:val="0"/>
          <w:numId w:val="1001"/>
        </w:numPr>
      </w:pPr>
      <w:r>
        <w:rPr>
          <w:b/>
          <w:bCs/>
        </w:rPr>
        <w:t xml:space="preserve">And then there were apple pies, and peach pies, and pumpkin pies; besides slices of ham and smoked beef; and moreover delectable dishes of preserved plums, and peaches, and pears, and quinces; not to mention broiled shad and roasted chickens; together with bowls of milk and cream, all mingled higgledy-piggledy, pretty much as I have</w:t>
      </w:r>
      <w:r>
        <w:rPr>
          <w:b/>
          <w:bCs/>
        </w:rPr>
        <w:t xml:space="preserve"> </w:t>
      </w:r>
      <w:r>
        <w:rPr>
          <w:b/>
          <w:bCs/>
          <w:u w:val="single"/>
        </w:rPr>
        <w:t xml:space="preserve">enumerated</w:t>
      </w:r>
      <w:r>
        <w:rPr>
          <w:b/>
          <w:bCs/>
        </w:rPr>
        <w:t xml:space="preserve"> </w:t>
      </w:r>
      <w:r>
        <w:rPr>
          <w:b/>
          <w:bCs/>
        </w:rPr>
        <w:t xml:space="preserve">them, with the motherly teapot sending up its clouds of vapor from the midst—Heaven bless the mark!</w:t>
      </w:r>
      <w:r>
        <w:br/>
      </w:r>
      <w:r>
        <w:t xml:space="preserve">    (a) was overly unhappy and unsociable</w:t>
      </w:r>
      <w:r>
        <w:br/>
      </w:r>
      <w:r>
        <w:t xml:space="preserve">    (b) to name or list things one-by-one</w:t>
      </w:r>
      <w:r>
        <w:br/>
      </w:r>
      <w:r>
        <w:t xml:space="preserve">    (c) not limited or without boundaries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2026-07-31T15:38:02Z</dcterms:created>
  <dcterms:modified xsi:type="dcterms:W3CDTF">2026-07-31T15:38:02Z</dcterms:modified>
</cp:coreProperties>
</file>

<file path=docProps/custom.xml><?xml version="1.0" encoding="utf-8"?>
<Properties xmlns="http://schemas.openxmlformats.org/officeDocument/2006/custom-properties" xmlns:vt="http://schemas.openxmlformats.org/officeDocument/2006/docPropsVTypes"/>
</file>