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b971661c359f9cb557552e4ed174225dc67f4d"/>
    <w:p>
      <w:pPr>
        <w:pStyle w:val="Heading1"/>
      </w:pPr>
      <w:r>
        <w:rPr>
          <w:b/>
          <w:bCs/>
        </w:rPr>
        <w:t xml:space="preserve">The Leap</w:t>
      </w:r>
      <w:r>
        <w:br/>
      </w:r>
      <w:r>
        <w:rPr>
          <w:i/>
          <w:iCs/>
        </w:rPr>
        <w:t xml:space="preserve">Louise Erdrich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mother is the surviving half of a blindfold trapeze act, not a fact I think about much even now that she is sightless, the result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encroaching</w:t>
      </w:r>
      <w:r>
        <w:rPr>
          <w:b/>
          <w:bCs/>
        </w:rPr>
        <w:t xml:space="preserve"> </w:t>
      </w:r>
      <w:r>
        <w:rPr>
          <w:b/>
          <w:bCs/>
        </w:rPr>
        <w:t xml:space="preserve">and stubborn cataracts.</w:t>
      </w:r>
      <w:r>
        <w:br/>
      </w:r>
      <w:r>
        <w:t xml:space="preserve">    (a) gradually taking what previously belonged to another</w:t>
      </w:r>
      <w:r>
        <w:br/>
      </w:r>
      <w:r>
        <w:t xml:space="preserve">    (b) (verb) creating, starting, or setting in a place  OR  (adjective) existing</w:t>
      </w:r>
      <w:r>
        <w:br/>
      </w:r>
      <w:r>
        <w:t xml:space="preserve">    (c) sticking out, attracting more attention than desired, or imposing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town square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replica</w:t>
      </w:r>
      <w:r>
        <w:rPr>
          <w:b/>
          <w:bCs/>
        </w:rPr>
        <w:t xml:space="preserve"> </w:t>
      </w:r>
      <w:r>
        <w:rPr>
          <w:b/>
          <w:bCs/>
        </w:rPr>
        <w:t xml:space="preserve">tent pole, cracked and splintered, now stands cast in concrete.</w:t>
      </w:r>
      <w:r>
        <w:br/>
      </w:r>
      <w:r>
        <w:t xml:space="preserve">    (a) a careful copy or model of something</w:t>
      </w:r>
      <w:r>
        <w:br/>
      </w:r>
      <w:r>
        <w:t xml:space="preserve">    (b) lacking experience or sophistication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commemorates</w:t>
      </w:r>
      <w:r>
        <w:rPr>
          <w:b/>
          <w:bCs/>
        </w:rPr>
        <w:t xml:space="preserve"> </w:t>
      </w:r>
      <w:r>
        <w:rPr>
          <w:b/>
          <w:bCs/>
        </w:rPr>
        <w:t xml:space="preserve">the disaster that put our town smack on the front page of the Boston and New York tabloids.</w:t>
      </w:r>
      <w:r>
        <w:br/>
      </w:r>
      <w:r>
        <w:t xml:space="preserve">    (a) marks by some ceremony or observation</w:t>
      </w:r>
      <w:r>
        <w:br/>
      </w:r>
      <w:r>
        <w:t xml:space="preserve">    (b) a sudden, short-lived feeling of pain</w:t>
      </w:r>
      <w:r>
        <w:br/>
      </w:r>
      <w:r>
        <w:t xml:space="preserve">    (c) dislikes strongly and looks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extremes of temperature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collide</w:t>
      </w:r>
      <w:r>
        <w:rPr>
          <w:b/>
          <w:bCs/>
        </w:rPr>
        <w:t xml:space="preserve">, a hot and cold front, winds generate instantaneously behind a hill and crash upon you without warning.</w:t>
      </w:r>
      <w:r>
        <w:br/>
      </w:r>
      <w:r>
        <w:t xml:space="preserve">    (a) to promise, guarantee, or indicate certainty of something</w:t>
      </w:r>
      <w:r>
        <w:br/>
      </w:r>
      <w:r>
        <w:t xml:space="preserve">    (b) think carefully and make a judgment about something again</w:t>
      </w:r>
      <w:r>
        <w:br/>
      </w:r>
      <w:r>
        <w:t xml:space="preserve">    (c) crash together with violent impact; or come into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extremes of temperature collide, a hot and cold front, winds generate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instantaneously</w:t>
      </w:r>
      <w:r>
        <w:rPr>
          <w:b/>
          <w:bCs/>
        </w:rPr>
        <w:t xml:space="preserve"> </w:t>
      </w:r>
      <w:r>
        <w:rPr>
          <w:b/>
          <w:bCs/>
        </w:rPr>
        <w:t xml:space="preserve">behind a hill and crash upon you without warning.</w:t>
      </w:r>
      <w:r>
        <w:br/>
      </w:r>
      <w:r>
        <w:t xml:space="preserve">    (a) immediately (happening with no delay)</w:t>
      </w:r>
      <w:r>
        <w:br/>
      </w:r>
      <w:r>
        <w:t xml:space="preserve">    (b) with sympathy for another's suffering</w:t>
      </w:r>
      <w:r>
        <w:br/>
      </w:r>
      <w:r>
        <w:t xml:space="preserve">    (c) in a manner that requires much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made a romantic pair all right, especially in the blindfold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sequence</w:t>
      </w:r>
      <w:r>
        <w:rPr>
          <w:b/>
          <w:bCs/>
        </w:rPr>
        <w:t xml:space="preserve">.</w:t>
      </w:r>
      <w:r>
        <w:br/>
      </w:r>
      <w:r>
        <w:t xml:space="preserve">    (a) tell someone about something</w:t>
      </w:r>
      <w:r>
        <w:br/>
      </w:r>
      <w:r>
        <w:t xml:space="preserve">    (b) arranged in a specific order</w:t>
      </w:r>
      <w:r>
        <w:br/>
      </w:r>
      <w:r>
        <w:t xml:space="preserve">    (c) something repeated 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one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constant</w:t>
      </w:r>
      <w:r>
        <w:rPr>
          <w:b/>
          <w:bCs/>
        </w:rPr>
        <w:t xml:space="preserve"> </w:t>
      </w:r>
      <w:r>
        <w:rPr>
          <w:b/>
          <w:bCs/>
        </w:rPr>
        <w:t xml:space="preserve">dark now, just as the air was her home, familiar to her, safe, before the storm that afternoon.</w:t>
      </w:r>
      <w:r>
        <w:br/>
      </w:r>
      <w:r>
        <w:t xml:space="preserve">    (a) unchanging, continuous, or happening repeatedly</w:t>
      </w:r>
      <w:r>
        <w:br/>
      </w:r>
      <w:r>
        <w:t xml:space="preserve">    (b) the state or degree of being good or beneficial</w:t>
      </w:r>
      <w:r>
        <w:br/>
      </w:r>
      <w:r>
        <w:t xml:space="preserve">    (c) not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rubbed their hands in chalky powder, then Harry launched himself and swung, once, twice, in huge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calibrated</w:t>
      </w:r>
      <w:r>
        <w:rPr>
          <w:b/>
          <w:bCs/>
        </w:rPr>
        <w:t xml:space="preserve"> </w:t>
      </w:r>
      <w:r>
        <w:rPr>
          <w:b/>
          <w:bCs/>
        </w:rPr>
        <w:t xml:space="preserve">beats across space.</w:t>
      </w:r>
      <w:r>
        <w:br/>
      </w:r>
      <w:r>
        <w:t xml:space="preserve">    (a) separated two things to prevent passage of something such as heat, cold, noise, or electricity</w:t>
      </w:r>
      <w:r>
        <w:br/>
      </w:r>
      <w:r>
        <w:t xml:space="preserve">    (b) interfered (in another's affairs or business); or handled (something that shouldn't be handled)</w:t>
      </w:r>
      <w:r>
        <w:br/>
      </w:r>
      <w:r>
        <w:t xml:space="preserve">    (c) make fine adjustments or measurements; or divide into marked intervals for optimal measuring;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while the two were in midair, their hands about to meet, that lightning struck the main pole and sizzled down the guy wires, filling the air with a blue radiance that Harry Avalon must certainly have seen through the cloth of his blindfold as the tent buckled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 </w:t>
      </w:r>
      <w:r>
        <w:rPr>
          <w:b/>
          <w:bCs/>
        </w:rPr>
        <w:t xml:space="preserve">toppled him forward, the swing continuing and not returning in its sweep, and Harry going down, down into the crowd with his last thought, perhaps, just a prickle of surprise at his empty hands.</w:t>
      </w:r>
      <w:r>
        <w:br/>
      </w:r>
      <w:r>
        <w:t xml:space="preserve">    (a) something that encourages something else to happen; or the process of something being encouraged</w:t>
      </w:r>
      <w:r>
        <w:br/>
      </w:r>
      <w:r>
        <w:t xml:space="preserve">    (b) a building or structure -- especially a large one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conceptual or organizational framework</w:t>
      </w:r>
      <w:r>
        <w:br/>
      </w:r>
      <w:r>
        <w:t xml:space="preserve">    (c) a colonnade (series of regularly spaced columns) surrounding a building or enclosing a courtyard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people died, but except for her hands my mother was not seriously harmed until an overeager rescuer broke her arm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extricating</w:t>
      </w:r>
      <w:r>
        <w:rPr>
          <w:b/>
          <w:bCs/>
        </w:rPr>
        <w:t xml:space="preserve"> </w:t>
      </w:r>
      <w:r>
        <w:rPr>
          <w:b/>
          <w:bCs/>
        </w:rPr>
        <w:t xml:space="preserve">her and also, in the process, collapsed a portion of the tent bearing a huge buckle that knocked her unconscious.</w:t>
      </w:r>
      <w:r>
        <w:br/>
      </w:r>
      <w:r>
        <w:t xml:space="preserve">    (a) giving an opinion of what is wrong with something</w:t>
      </w:r>
      <w:r>
        <w:br/>
      </w:r>
      <w:r>
        <w:t xml:space="preserve">    (b) intentionally angering, challenging, or upsetting</w:t>
      </w:r>
      <w:r>
        <w:br/>
      </w:r>
      <w:r>
        <w:t xml:space="preserve">    (c) freeing or removing from constraint or difficulty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illiterate</w:t>
      </w:r>
      <w:r>
        <w:rPr>
          <w:b/>
          <w:bCs/>
        </w:rPr>
        <w:t xml:space="preserve">.</w:t>
      </w:r>
      <w:r>
        <w:br/>
      </w:r>
      <w:r>
        <w:t xml:space="preserve">    (a) when what happens is very different than what might be expected; or when things seem incongruous together</w:t>
      </w:r>
      <w:r>
        <w:br/>
      </w:r>
      <w:r>
        <w:t xml:space="preserve">    (b) unable to read or write (not literate)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uninformed in a particular field or general subject area</w:t>
      </w:r>
      <w:r>
        <w:br/>
      </w:r>
      <w:r>
        <w:t xml:space="preserve">    (c) exceedingly funny (resulting in uncontrollable laughter); or exhibiting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can rekindle, and my father, forgetful around the house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perpetually</w:t>
      </w:r>
      <w:r>
        <w:rPr>
          <w:b/>
          <w:bCs/>
        </w:rPr>
        <w:t xml:space="preserve"> </w:t>
      </w:r>
      <w:r>
        <w:rPr>
          <w:b/>
          <w:bCs/>
        </w:rPr>
        <w:t xml:space="preserve">exhausted from night hours on call, often emptied what he thought were ashes from cold stoves into wooden or cardboard containers.</w:t>
      </w:r>
      <w:r>
        <w:br/>
      </w:r>
      <w:r>
        <w:t xml:space="preserve">    (a) in a manner that relates to electricity generated by light or affected by light</w:t>
      </w:r>
      <w:r>
        <w:br/>
      </w:r>
      <w:r>
        <w:t xml:space="preserve">    (b) done in a manner that is of low quality or of lower quality than something else</w:t>
      </w:r>
      <w:r>
        <w:br/>
      </w:r>
      <w:r>
        <w:t xml:space="preserve">    (c) continuing forever without change; or occurring so frequently it seems constant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fire could have started from a flaming box, or perhaps a buildup of creosote inside the chimney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culprit</w:t>
      </w:r>
      <w:r>
        <w:rPr>
          <w:b/>
          <w:bCs/>
        </w:rPr>
        <w:t xml:space="preserve">.</w:t>
      </w:r>
      <w:r>
        <w:br/>
      </w:r>
      <w:r>
        <w:t xml:space="preserve">    (a) a basic building block for proteins</w:t>
      </w:r>
      <w:r>
        <w:br/>
      </w:r>
      <w:r>
        <w:t xml:space="preserve">    (b) person responsible for a wrongdoing</w:t>
      </w:r>
      <w:r>
        <w:br/>
      </w:r>
      <w:r>
        <w:t xml:space="preserve">    (c) someone who believe in a single God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Flames had pierced one side wall, and the glare of the fire lighted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massive</w:t>
      </w:r>
      <w:r>
        <w:rPr>
          <w:b/>
          <w:bCs/>
        </w:rPr>
        <w:t xml:space="preserve"> </w:t>
      </w:r>
      <w:r>
        <w:rPr>
          <w:b/>
          <w:bCs/>
        </w:rPr>
        <w:t xml:space="preserve">limbs and trunk of the vigorous old elm that had probably been planted the year the house was built, a hundred years ago at least.</w:t>
      </w:r>
      <w:r>
        <w:br/>
      </w:r>
      <w:r>
        <w:t xml:space="preserve">    (a) very large</w:t>
      </w:r>
      <w:r>
        <w:br/>
      </w:r>
      <w:r>
        <w:t xml:space="preserve">    (b) changeable</w:t>
      </w:r>
      <w:r>
        <w:br/>
      </w:r>
      <w:r>
        <w:t xml:space="preserve">    (c) related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Flames had pierced one side wall, and the glare of the fire lighted the massive limbs and trunk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vigorous</w:t>
      </w:r>
      <w:r>
        <w:rPr>
          <w:b/>
          <w:bCs/>
        </w:rPr>
        <w:t xml:space="preserve"> </w:t>
      </w:r>
      <w:r>
        <w:rPr>
          <w:b/>
          <w:bCs/>
        </w:rPr>
        <w:t xml:space="preserve">old elm that had probably been planted the year the house was built, a hundred years ago at least.</w:t>
      </w:r>
      <w:r>
        <w:br/>
      </w:r>
      <w:r>
        <w:t xml:space="preserve">    (a) with strength or energy</w:t>
      </w:r>
      <w:r>
        <w:br/>
      </w:r>
      <w:r>
        <w:t xml:space="preserve">    (b) uncultivated grasslands</w:t>
      </w:r>
      <w:r>
        <w:br/>
      </w:r>
      <w:r>
        <w:t xml:space="preserve">    (c) lowered moral standards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surprise,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complied</w:t>
      </w:r>
      <w:r>
        <w:rPr>
          <w:b/>
          <w:bCs/>
        </w:rPr>
        <w:t xml:space="preserve">.</w:t>
      </w:r>
      <w:r>
        <w:br/>
      </w:r>
      <w:r>
        <w:t xml:space="preserve">    (a) moved again into position to work; or started again</w:t>
      </w:r>
      <w:r>
        <w:br/>
      </w:r>
      <w:r>
        <w:t xml:space="preserve">    (b) to act in agreement with a rule, request, or demand</w:t>
      </w:r>
      <w:r>
        <w:br/>
      </w:r>
      <w:r>
        <w:t xml:space="preserve">    (c) not examined in an attempt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gestured</w:t>
      </w:r>
      <w:r>
        <w:rPr>
          <w:b/>
          <w:bCs/>
        </w:rPr>
        <w:t xml:space="preserve"> </w:t>
      </w:r>
      <w:r>
        <w:rPr>
          <w:b/>
          <w:bCs/>
        </w:rPr>
        <w:t xml:space="preserve">at the latch, and when I opened the window she told me to raise it wider and prop it up with the stick so it wouldn't crush her fingers.</w:t>
      </w:r>
      <w:r>
        <w:br/>
      </w:r>
      <w:r>
        <w:t xml:space="preserve">    (a) rock which has been created from layers of sediment laying on top of one another</w:t>
      </w:r>
      <w:r>
        <w:br/>
      </w:r>
      <w:r>
        <w:t xml:space="preserve">    (b) change a letter from lower to upper case -- especially the first letter of words</w:t>
      </w:r>
      <w:r>
        <w:br/>
      </w:r>
      <w:r>
        <w:t xml:space="preserve">    (c) a movement or signal of the body used to communicate; or to make such a movement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2026-07-31T19:10:14Z</dcterms:created>
  <dcterms:modified xsi:type="dcterms:W3CDTF">2026-07-31T19:10:14Z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