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9b9b0ee224e79cce2b7c72361e7fb8f44c88a2"/>
    <w:p>
      <w:pPr>
        <w:pStyle w:val="Heading1"/>
      </w:pPr>
      <w:r>
        <w:rPr>
          <w:b/>
          <w:bCs/>
        </w:rPr>
        <w:t xml:space="preserve">The Last of the Mohicans</w:t>
      </w:r>
      <w:r>
        <w:br/>
      </w:r>
      <w:r>
        <w:rPr>
          <w:i/>
          <w:iCs/>
        </w:rPr>
        <w:t xml:space="preserve">James Fenimore Cooper</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person of this individual was to the last degree</w:t>
      </w:r>
      <w:r>
        <w:rPr>
          <w:b/>
          <w:bCs/>
        </w:rPr>
        <w:t xml:space="preserve"> </w:t>
      </w:r>
      <w:r>
        <w:rPr>
          <w:b/>
          <w:bCs/>
          <w:u w:val="single"/>
        </w:rPr>
        <w:t xml:space="preserve">ungainly</w:t>
      </w:r>
      <w:r>
        <w:rPr>
          <w:b/>
          <w:bCs/>
        </w:rPr>
        <w:t xml:space="preserve">, without being in any particular manner deformed.</w:t>
      </w:r>
      <w:r>
        <w:br/>
      </w:r>
      <w:r>
        <w:t xml:space="preserve">    (a) lacking adult height or maturity</w:t>
      </w:r>
      <w:r>
        <w:br/>
      </w:r>
      <w:r>
        <w:t xml:space="preserve">    (b) lacking appropriate weight compared to height</w:t>
      </w:r>
      <w:r>
        <w:br/>
      </w:r>
      <w:r>
        <w:t xml:space="preserve">    (c) lacking grace in movement or appearance; or difficult to handle or manage</w:t>
      </w:r>
    </w:p>
    <w:p>
      <w:pPr>
        <w:pStyle w:val="Compact"/>
        <w:numPr>
          <w:ilvl w:val="0"/>
          <w:numId w:val="1001"/>
        </w:numPr>
      </w:pPr>
      <w:r>
        <w:rPr>
          <w:b/>
          <w:bCs/>
        </w:rPr>
        <w:t xml:space="preserve">The low, muttering sounds of his threatening voice were still audible, when the wounded</w:t>
      </w:r>
      <w:r>
        <w:rPr>
          <w:b/>
          <w:bCs/>
        </w:rPr>
        <w:t xml:space="preserve"> </w:t>
      </w:r>
      <w:r>
        <w:rPr>
          <w:b/>
          <w:bCs/>
          <w:u w:val="single"/>
        </w:rPr>
        <w:t xml:space="preserve">foal</w:t>
      </w:r>
      <w:r>
        <w:rPr>
          <w:b/>
          <w:bCs/>
        </w:rPr>
        <w:t xml:space="preserve">, first rearing on its hinder legs, plunged forward to its knees.</w:t>
      </w:r>
      <w:r>
        <w:br/>
      </w:r>
      <w:r>
        <w:t xml:space="preserve">    (a) mark important text; or the text that is marked</w:t>
      </w:r>
      <w:r>
        <w:br/>
      </w:r>
      <w:r>
        <w:t xml:space="preserve">    (b) a young horse; or giving birth to a young horse</w:t>
      </w:r>
      <w:r>
        <w:br/>
      </w:r>
      <w:r>
        <w:t xml:space="preserve">    (c) give an opinion of what is wrong with something</w:t>
      </w:r>
    </w:p>
    <w:p>
      <w:pPr>
        <w:pStyle w:val="Compact"/>
        <w:numPr>
          <w:ilvl w:val="0"/>
          <w:numId w:val="1001"/>
        </w:numPr>
      </w:pPr>
      <w:r>
        <w:rPr>
          <w:b/>
          <w:bCs/>
        </w:rPr>
        <w:t xml:space="preserve">It seemed, in truth, to be a spot devoted to seclusion, and the sisters</w:t>
      </w:r>
      <w:r>
        <w:rPr>
          <w:b/>
          <w:bCs/>
        </w:rPr>
        <w:t xml:space="preserve"> </w:t>
      </w:r>
      <w:r>
        <w:rPr>
          <w:b/>
          <w:bCs/>
          <w:u w:val="single"/>
        </w:rPr>
        <w:t xml:space="preserve">imbibed</w:t>
      </w:r>
      <w:r>
        <w:rPr>
          <w:b/>
          <w:bCs/>
        </w:rPr>
        <w:t xml:space="preserve"> </w:t>
      </w:r>
      <w:r>
        <w:rPr>
          <w:b/>
          <w:bCs/>
        </w:rPr>
        <w:t xml:space="preserve">a soothing impression of security, as they gazed upon its romantic though not unappalling beauties.</w:t>
      </w:r>
      <w:r>
        <w:br/>
      </w:r>
      <w:r>
        <w:t xml:space="preserve">    (a) taken in; or took in</w:t>
      </w:r>
      <w:r>
        <w:br/>
      </w:r>
      <w:r>
        <w:t xml:space="preserve">    (b) took on as one's own</w:t>
      </w:r>
      <w:r>
        <w:br/>
      </w:r>
      <w:r>
        <w:t xml:space="preserve">    (c) differed; or changed</w:t>
      </w:r>
    </w:p>
    <w:p>
      <w:pPr>
        <w:pStyle w:val="Compact"/>
        <w:numPr>
          <w:ilvl w:val="0"/>
          <w:numId w:val="1001"/>
        </w:numPr>
      </w:pPr>
      <w:r>
        <w:rPr>
          <w:b/>
          <w:bCs/>
        </w:rPr>
        <w:t xml:space="preserve">In the course of these civilities, a few sentences were exchanged, that served to establish the appearance of an</w:t>
      </w:r>
      <w:r>
        <w:rPr>
          <w:b/>
          <w:bCs/>
        </w:rPr>
        <w:t xml:space="preserve"> </w:t>
      </w:r>
      <w:r>
        <w:rPr>
          <w:b/>
          <w:bCs/>
          <w:u w:val="single"/>
        </w:rPr>
        <w:t xml:space="preserve">amicable</w:t>
      </w:r>
      <w:r>
        <w:rPr>
          <w:b/>
          <w:bCs/>
        </w:rPr>
        <w:t xml:space="preserve"> </w:t>
      </w:r>
      <w:r>
        <w:rPr>
          <w:b/>
          <w:bCs/>
        </w:rPr>
        <w:t xml:space="preserve">intercourse between the parties.</w:t>
      </w:r>
      <w:r>
        <w:br/>
      </w:r>
      <w:r>
        <w:t xml:space="preserve">    (a) not good at making decisions</w:t>
      </w:r>
      <w:r>
        <w:br/>
      </w:r>
      <w:r>
        <w:t xml:space="preserve">    (b) friendly or showing goodwill</w:t>
      </w:r>
      <w:r>
        <w:br/>
      </w:r>
      <w:r>
        <w:t xml:space="preserve">    (c) without boundaries or limits</w:t>
      </w:r>
    </w:p>
    <w:p>
      <w:pPr>
        <w:pStyle w:val="Compact"/>
        <w:numPr>
          <w:ilvl w:val="0"/>
          <w:numId w:val="1001"/>
        </w:numPr>
      </w:pPr>
      <w:r>
        <w:rPr>
          <w:b/>
          <w:bCs/>
        </w:rPr>
        <w:t xml:space="preserve">Heyward had given one of his pistols to Hawkeye, and together they rushed down a little</w:t>
      </w:r>
      <w:r>
        <w:rPr>
          <w:b/>
          <w:bCs/>
        </w:rPr>
        <w:t xml:space="preserve"> </w:t>
      </w:r>
      <w:r>
        <w:rPr>
          <w:b/>
          <w:bCs/>
          <w:u w:val="single"/>
        </w:rPr>
        <w:t xml:space="preserve">declivity</w:t>
      </w:r>
      <w:r>
        <w:rPr>
          <w:b/>
          <w:bCs/>
        </w:rPr>
        <w:t xml:space="preserve"> </w:t>
      </w:r>
      <w:r>
        <w:rPr>
          <w:b/>
          <w:bCs/>
        </w:rPr>
        <w:t xml:space="preserve">toward their foes; they discharged their weapons at the same instant, and equally without success.</w:t>
      </w:r>
      <w:r>
        <w:br/>
      </w:r>
      <w:r>
        <w:t xml:space="preserve">    (a) chaotic disorder</w:t>
      </w:r>
      <w:r>
        <w:br/>
      </w:r>
      <w:r>
        <w:t xml:space="preserve">    (b) a downward slope</w:t>
      </w:r>
      <w:r>
        <w:br/>
      </w:r>
      <w:r>
        <w:t xml:space="preserve">    (c) risky investment</w:t>
      </w:r>
    </w:p>
    <w:p>
      <w:pPr>
        <w:pStyle w:val="Compact"/>
        <w:numPr>
          <w:ilvl w:val="0"/>
          <w:numId w:val="1001"/>
        </w:numPr>
      </w:pPr>
      <w:r>
        <w:rPr>
          <w:b/>
          <w:bCs/>
        </w:rPr>
        <w:t xml:space="preserve">ventured again to open his</w:t>
      </w:r>
      <w:r>
        <w:rPr>
          <w:b/>
          <w:bCs/>
        </w:rPr>
        <w:t xml:space="preserve"> </w:t>
      </w:r>
      <w:r>
        <w:rPr>
          <w:b/>
          <w:bCs/>
          <w:u w:val="single"/>
        </w:rPr>
        <w:t xml:space="preserve">discordant</w:t>
      </w:r>
      <w:r>
        <w:rPr>
          <w:b/>
          <w:bCs/>
        </w:rPr>
        <w:t xml:space="preserve"> </w:t>
      </w:r>
      <w:r>
        <w:rPr>
          <w:b/>
          <w:bCs/>
        </w:rPr>
        <w:t xml:space="preserve">throat</w:t>
      </w:r>
      <w:r>
        <w:br/>
      </w:r>
      <w:r>
        <w:t xml:space="preserve">    (a) unpleasant sounding</w:t>
      </w:r>
      <w:r>
        <w:br/>
      </w:r>
      <w:r>
        <w:t xml:space="preserve">    (b) able to be found</w:t>
      </w:r>
      <w:r>
        <w:br/>
      </w:r>
      <w:r>
        <w:t xml:space="preserve">    (c) likely to change</w:t>
      </w:r>
    </w:p>
    <w:p>
      <w:pPr>
        <w:pStyle w:val="Compact"/>
        <w:numPr>
          <w:ilvl w:val="0"/>
          <w:numId w:val="1001"/>
        </w:numPr>
      </w:pPr>
      <w:r>
        <w:rPr>
          <w:b/>
          <w:bCs/>
        </w:rPr>
        <w:t xml:space="preserve">Amid the</w:t>
      </w:r>
      <w:r>
        <w:rPr>
          <w:b/>
          <w:bCs/>
        </w:rPr>
        <w:t xml:space="preserve"> </w:t>
      </w:r>
      <w:r>
        <w:rPr>
          <w:b/>
          <w:bCs/>
          <w:u w:val="single"/>
        </w:rPr>
        <w:t xml:space="preserve">jargon</w:t>
      </w:r>
      <w:r>
        <w:rPr>
          <w:b/>
          <w:bCs/>
        </w:rPr>
        <w:t xml:space="preserve"> </w:t>
      </w:r>
      <w:r>
        <w:rPr>
          <w:b/>
          <w:bCs/>
        </w:rPr>
        <w:t xml:space="preserve">of Indian dialects that he now plainly heard, it was easy to distinguish not only words, but sentences, in the patois of the Canadas.</w:t>
      </w:r>
      <w:r>
        <w:br/>
      </w:r>
      <w:r>
        <w:t xml:space="preserve">    (a) specialized vocabulary</w:t>
      </w:r>
      <w:r>
        <w:br/>
      </w:r>
      <w:r>
        <w:t xml:space="preserve">    (b) mirror back (an image)</w:t>
      </w:r>
      <w:r>
        <w:br/>
      </w:r>
      <w:r>
        <w:t xml:space="preserve">    (c) create dramatic change</w:t>
      </w:r>
    </w:p>
    <w:p>
      <w:pPr>
        <w:pStyle w:val="Compact"/>
        <w:numPr>
          <w:ilvl w:val="0"/>
          <w:numId w:val="1001"/>
        </w:numPr>
      </w:pPr>
      <w:r>
        <w:rPr>
          <w:b/>
          <w:bCs/>
        </w:rPr>
        <w:t xml:space="preserve">He had been fond of believing, from the uncommon</w:t>
      </w:r>
      <w:r>
        <w:rPr>
          <w:b/>
          <w:bCs/>
        </w:rPr>
        <w:t xml:space="preserve"> </w:t>
      </w:r>
      <w:r>
        <w:rPr>
          <w:b/>
          <w:bCs/>
          <w:u w:val="single"/>
        </w:rPr>
        <w:t xml:space="preserve">forbearance</w:t>
      </w:r>
      <w:r>
        <w:rPr>
          <w:b/>
          <w:bCs/>
        </w:rPr>
        <w:t xml:space="preserve"> </w:t>
      </w:r>
      <w:r>
        <w:rPr>
          <w:b/>
          <w:bCs/>
        </w:rPr>
        <w:t xml:space="preserve">of the savages, that he was reserved as a prisoner to be delivered to Montcalm.</w:t>
      </w:r>
      <w:r>
        <w:br/>
      </w:r>
      <w:r>
        <w:t xml:space="preserve">    (a) a right that is naturally due because of human nature and the natural condition</w:t>
      </w:r>
      <w:r>
        <w:br/>
      </w:r>
      <w:r>
        <w:t xml:space="preserve">    (b) something suggested indirectly; or something that can be concluded; or a result</w:t>
      </w:r>
      <w:r>
        <w:br/>
      </w:r>
      <w:r>
        <w:t xml:space="preserve">    (c) restraint</w:t>
      </w:r>
    </w:p>
    <w:p>
      <w:pPr>
        <w:pStyle w:val="Compact"/>
        <w:numPr>
          <w:ilvl w:val="0"/>
          <w:numId w:val="1001"/>
        </w:numPr>
      </w:pPr>
      <w:r>
        <w:rPr>
          <w:b/>
          <w:bCs/>
        </w:rPr>
        <w:t xml:space="preserve">When the young man mentioned the</w:t>
      </w:r>
      <w:r>
        <w:rPr>
          <w:b/>
          <w:bCs/>
        </w:rPr>
        <w:t xml:space="preserve"> </w:t>
      </w:r>
      <w:r>
        <w:rPr>
          <w:b/>
          <w:bCs/>
          <w:u w:val="single"/>
        </w:rPr>
        <w:t xml:space="preserve">artifice</w:t>
      </w:r>
      <w:r>
        <w:rPr>
          <w:b/>
          <w:bCs/>
        </w:rPr>
        <w:t xml:space="preserve"> </w:t>
      </w:r>
      <w:r>
        <w:rPr>
          <w:b/>
          <w:bCs/>
        </w:rPr>
        <w:t xml:space="preserve">he supposed the Indian to have practised on his own nation, the countenance of the listener was veiled in an expression of cautious gravity.</w:t>
      </w:r>
      <w:r>
        <w:br/>
      </w:r>
      <w:r>
        <w:t xml:space="preserve">    (a) opinion of what is good and bad about something</w:t>
      </w:r>
      <w:r>
        <w:br/>
      </w:r>
      <w:r>
        <w:t xml:space="preserve">    (b) the majority denomination of Islam (almost 90%)</w:t>
      </w:r>
      <w:r>
        <w:br/>
      </w:r>
      <w:r>
        <w:t xml:space="preserve">    (c) deceptive behavior or something made to deceive</w:t>
      </w:r>
    </w:p>
    <w:p>
      <w:pPr>
        <w:pStyle w:val="Compact"/>
        <w:numPr>
          <w:ilvl w:val="0"/>
          <w:numId w:val="1001"/>
        </w:numPr>
      </w:pPr>
      <w:r>
        <w:rPr>
          <w:b/>
          <w:bCs/>
        </w:rPr>
        <w:t xml:space="preserve">Heyward would have ventured a</w:t>
      </w:r>
      <w:r>
        <w:rPr>
          <w:b/>
          <w:bCs/>
        </w:rPr>
        <w:t xml:space="preserve"> </w:t>
      </w:r>
      <w:r>
        <w:rPr>
          <w:b/>
          <w:bCs/>
          <w:u w:val="single"/>
        </w:rPr>
        <w:t xml:space="preserve">remonstrance</w:t>
      </w:r>
      <w:r>
        <w:rPr>
          <w:b/>
          <w:bCs/>
        </w:rPr>
        <w:t xml:space="preserve"> </w:t>
      </w:r>
      <w:r>
        <w:rPr>
          <w:b/>
          <w:bCs/>
        </w:rPr>
        <w:t xml:space="preserve">had there been anything encouraging in the gloomy reserve of Magua.</w:t>
      </w:r>
      <w:r>
        <w:br/>
      </w:r>
      <w:r>
        <w:t xml:space="preserve">    (a) the act of recognizing difference</w:t>
      </w:r>
      <w:r>
        <w:br/>
      </w:r>
      <w:r>
        <w:t xml:space="preserve">    (b) argument in protest or opposition</w:t>
      </w:r>
      <w:r>
        <w:br/>
      </w:r>
      <w:r>
        <w:t xml:space="preserve">    (c) someone who expresses disapproval</w:t>
      </w:r>
    </w:p>
    <w:p>
      <w:pPr>
        <w:pStyle w:val="Compact"/>
        <w:numPr>
          <w:ilvl w:val="0"/>
          <w:numId w:val="1001"/>
        </w:numPr>
      </w:pPr>
      <w:r>
        <w:rPr>
          <w:b/>
          <w:bCs/>
        </w:rPr>
        <w:t xml:space="preserve">Heyward paused, for he knew not how to</w:t>
      </w:r>
      <w:r>
        <w:rPr>
          <w:b/>
          <w:bCs/>
        </w:rPr>
        <w:t xml:space="preserve"> </w:t>
      </w:r>
      <w:r>
        <w:rPr>
          <w:b/>
          <w:bCs/>
          <w:u w:val="single"/>
        </w:rPr>
        <w:t xml:space="preserve">construe</w:t>
      </w:r>
      <w:r>
        <w:rPr>
          <w:b/>
          <w:bCs/>
        </w:rPr>
        <w:t xml:space="preserve"> </w:t>
      </w:r>
      <w:r>
        <w:rPr>
          <w:b/>
          <w:bCs/>
        </w:rPr>
        <w:t xml:space="preserve">the remarkable expression that gleamed across the swarthy features of the attentive Indian.</w:t>
      </w:r>
      <w:r>
        <w:br/>
      </w:r>
      <w:r>
        <w:t xml:space="preserve">    (a) give an opinion of what is wrong with something</w:t>
      </w:r>
      <w:r>
        <w:br/>
      </w:r>
      <w:r>
        <w:t xml:space="preserve">    (b) mark important text; or the text that is marked</w:t>
      </w:r>
      <w:r>
        <w:br/>
      </w:r>
      <w:r>
        <w:t xml:space="preserve">    (c) understand something to have a specific meaning</w:t>
      </w:r>
    </w:p>
    <w:p>
      <w:pPr>
        <w:pStyle w:val="Compact"/>
        <w:numPr>
          <w:ilvl w:val="0"/>
          <w:numId w:val="1001"/>
        </w:numPr>
      </w:pPr>
      <w:r>
        <w:rPr>
          <w:b/>
          <w:bCs/>
        </w:rPr>
        <w:t xml:space="preserve">This unexpected resistance gave Magua time to</w:t>
      </w:r>
      <w:r>
        <w:rPr>
          <w:b/>
          <w:bCs/>
        </w:rPr>
        <w:t xml:space="preserve"> </w:t>
      </w:r>
      <w:r>
        <w:rPr>
          <w:b/>
          <w:bCs/>
          <w:u w:val="single"/>
        </w:rPr>
        <w:t xml:space="preserve">interpose</w:t>
      </w:r>
      <w:r>
        <w:rPr>
          <w:b/>
          <w:bCs/>
        </w:rPr>
        <w:t xml:space="preserve">, and with rapid enunciation and animated gesture, he drew the attention of the band again to himself.</w:t>
      </w:r>
      <w:r>
        <w:br/>
      </w:r>
      <w:r>
        <w:t xml:space="preserve">    (a) insert between other elements; or to interrupt or stop action by others</w:t>
      </w:r>
      <w:r>
        <w:br/>
      </w:r>
      <w:r>
        <w:t xml:space="preserve">    (b) dry out by heat or excessive exposure to sunlight; or make very thirsty</w:t>
      </w:r>
      <w:r>
        <w:br/>
      </w:r>
      <w:r>
        <w:t xml:space="preserve">    (c) the right to run a local store or business under a big company’s name</w:t>
      </w:r>
    </w:p>
    <w:p>
      <w:pPr>
        <w:pStyle w:val="Compact"/>
        <w:numPr>
          <w:ilvl w:val="0"/>
          <w:numId w:val="1001"/>
        </w:numPr>
      </w:pPr>
      <w:r>
        <w:rPr>
          <w:b/>
          <w:bCs/>
        </w:rPr>
        <w:t xml:space="preserve">As the combatants were now equal in number, each singled an opponent from the</w:t>
      </w:r>
      <w:r>
        <w:rPr>
          <w:b/>
          <w:bCs/>
        </w:rPr>
        <w:t xml:space="preserve"> </w:t>
      </w:r>
      <w:r>
        <w:rPr>
          <w:b/>
          <w:bCs/>
          <w:u w:val="single"/>
        </w:rPr>
        <w:t xml:space="preserve">adverse</w:t>
      </w:r>
      <w:r>
        <w:rPr>
          <w:b/>
          <w:bCs/>
        </w:rPr>
        <w:t xml:space="preserve"> </w:t>
      </w:r>
      <w:r>
        <w:rPr>
          <w:b/>
          <w:bCs/>
        </w:rPr>
        <w:t xml:space="preserve">band.</w:t>
      </w:r>
      <w:r>
        <w:br/>
      </w:r>
      <w:r>
        <w:t xml:space="preserve">    (a) non-traditional or non-standard</w:t>
      </w:r>
      <w:r>
        <w:br/>
      </w:r>
      <w:r>
        <w:t xml:space="preserve">    (b) working against one's interests</w:t>
      </w:r>
      <w:r>
        <w:br/>
      </w:r>
      <w:r>
        <w:t xml:space="preserve">    (c) poor ability to make a decision</w:t>
      </w:r>
    </w:p>
    <w:p>
      <w:pPr>
        <w:pStyle w:val="Compact"/>
        <w:numPr>
          <w:ilvl w:val="0"/>
          <w:numId w:val="1001"/>
        </w:numPr>
      </w:pPr>
      <w:r>
        <w:rPr>
          <w:b/>
          <w:bCs/>
        </w:rPr>
        <w:t xml:space="preserve">The battle was now entirely terminated with the exception of the</w:t>
      </w:r>
      <w:r>
        <w:rPr>
          <w:b/>
          <w:bCs/>
        </w:rPr>
        <w:t xml:space="preserve"> </w:t>
      </w:r>
      <w:r>
        <w:rPr>
          <w:b/>
          <w:bCs/>
          <w:u w:val="single"/>
        </w:rPr>
        <w:t xml:space="preserve">protracted</w:t>
      </w:r>
      <w:r>
        <w:rPr>
          <w:b/>
          <w:bCs/>
        </w:rPr>
        <w:t xml:space="preserve"> </w:t>
      </w:r>
      <w:r>
        <w:rPr>
          <w:b/>
          <w:bCs/>
        </w:rPr>
        <w:t xml:space="preserve">struggle between "Le Renard Subtil" and "Le Gros Serpent."</w:t>
      </w:r>
      <w:r>
        <w:br/>
      </w:r>
      <w:r>
        <w:t xml:space="preserve">    (a) (verb) created, started, settled, or set in a place  OR  (adjective) existing, or familiar</w:t>
      </w:r>
      <w:r>
        <w:br/>
      </w:r>
      <w:r>
        <w:t xml:space="preserve">    (b) long in duration; or to extend something--especially to (prolong or make longer in duration)</w:t>
      </w:r>
      <w:r>
        <w:br/>
      </w:r>
      <w:r>
        <w:t xml:space="preserve">    (c) persuaded someone to want something (often sex or love) by tempting with something desired</w:t>
      </w:r>
    </w:p>
    <w:p>
      <w:pPr>
        <w:pStyle w:val="Compact"/>
        <w:numPr>
          <w:ilvl w:val="0"/>
          <w:numId w:val="1001"/>
        </w:numPr>
      </w:pPr>
      <w:r>
        <w:rPr>
          <w:b/>
          <w:bCs/>
        </w:rPr>
        <w:t xml:space="preserve">Two little spotless flags were abroad, the one on a salient angle of the fort, and the other on the advanced battery of the besiegers; emblems of the truth which existed, not only to the acts, but it would seem, also, to the</w:t>
      </w:r>
      <w:r>
        <w:rPr>
          <w:b/>
          <w:bCs/>
        </w:rPr>
        <w:t xml:space="preserve"> </w:t>
      </w:r>
      <w:r>
        <w:rPr>
          <w:b/>
          <w:bCs/>
          <w:u w:val="single"/>
        </w:rPr>
        <w:t xml:space="preserve">enmity</w:t>
      </w:r>
      <w:r>
        <w:rPr>
          <w:b/>
          <w:bCs/>
        </w:rPr>
        <w:t xml:space="preserve"> </w:t>
      </w:r>
      <w:r>
        <w:rPr>
          <w:b/>
          <w:bCs/>
        </w:rPr>
        <w:t xml:space="preserve">of the combatants.</w:t>
      </w:r>
      <w:r>
        <w:br/>
      </w:r>
      <w:r>
        <w:t xml:space="preserve">    (a) hatred</w:t>
      </w:r>
      <w:r>
        <w:br/>
      </w:r>
      <w:r>
        <w:t xml:space="preserve">    (b) memory</w:t>
      </w:r>
      <w:r>
        <w:br/>
      </w:r>
      <w:r>
        <w:t xml:space="preserve">    (c) battle</w:t>
      </w:r>
    </w:p>
    <w:p>
      <w:pPr>
        <w:pStyle w:val="Compact"/>
        <w:numPr>
          <w:ilvl w:val="0"/>
          <w:numId w:val="1001"/>
        </w:numPr>
      </w:pPr>
      <w:r>
        <w:rPr>
          <w:b/>
          <w:bCs/>
        </w:rPr>
        <w:t xml:space="preserve">He walked to an angle of the</w:t>
      </w:r>
      <w:r>
        <w:rPr>
          <w:b/>
          <w:bCs/>
        </w:rPr>
        <w:t xml:space="preserve"> </w:t>
      </w:r>
      <w:r>
        <w:rPr>
          <w:b/>
          <w:bCs/>
          <w:u w:val="single"/>
        </w:rPr>
        <w:t xml:space="preserve">bastion</w:t>
      </w:r>
      <w:r>
        <w:rPr>
          <w:b/>
          <w:bCs/>
        </w:rPr>
        <w:t xml:space="preserve">, and beheld the scout advancing, under the custody of a French officer, to the body of the fort.</w:t>
      </w:r>
      <w:r>
        <w:br/>
      </w:r>
      <w:r>
        <w:t xml:space="preserve">    (a) someone who specializes in a branch of psychology concerned with the links between biology and behavior</w:t>
      </w:r>
      <w:r>
        <w:br/>
      </w:r>
      <w:r>
        <w:t xml:space="preserve">    (b) a living organism such as a bacterium, or virus that is so small, it can be seen only with a microscope</w:t>
      </w:r>
      <w:r>
        <w:br/>
      </w:r>
      <w:r>
        <w:t xml:space="preserve">    (c) a strong defender or reliable example of something -- like a fortress or a person upholding a principle</w:t>
      </w:r>
    </w:p>
    <w:p>
      <w:pPr>
        <w:pStyle w:val="Compact"/>
        <w:numPr>
          <w:ilvl w:val="0"/>
          <w:numId w:val="1001"/>
        </w:numPr>
      </w:pPr>
      <w:r>
        <w:rPr>
          <w:b/>
          <w:bCs/>
        </w:rPr>
        <w:t xml:space="preserve">As soon as this slight</w:t>
      </w:r>
      <w:r>
        <w:rPr>
          <w:b/>
          <w:bCs/>
        </w:rPr>
        <w:t xml:space="preserve"> </w:t>
      </w:r>
      <w:r>
        <w:rPr>
          <w:b/>
          <w:bCs/>
          <w:u w:val="single"/>
        </w:rPr>
        <w:t xml:space="preserve">salutation</w:t>
      </w:r>
      <w:r>
        <w:rPr>
          <w:b/>
          <w:bCs/>
        </w:rPr>
        <w:t xml:space="preserve"> </w:t>
      </w:r>
      <w:r>
        <w:rPr>
          <w:b/>
          <w:bCs/>
        </w:rPr>
        <w:t xml:space="preserve">had passed, Montcalm moved toward them with a quick but graceful step, baring his head to the veteran, and dropping his spotless plume nearly to the earth in courtesy.</w:t>
      </w:r>
      <w:r>
        <w:br/>
      </w:r>
      <w:r>
        <w:t xml:space="preserve">    (a) a highly educated person interested in learning and exploring ideas -- sometimes while ignoring practical considerations</w:t>
      </w:r>
      <w:r>
        <w:br/>
      </w:r>
      <w:r>
        <w:t xml:space="preserve">    (b)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r>
        <w:br/>
      </w:r>
      <w:r>
        <w:t xml:space="preserve">    (c) a small hole or a series of small holes such as are used to make it easy to tear a piece of paper along a specific line</w:t>
      </w:r>
    </w:p>
    <w:p>
      <w:pPr>
        <w:pStyle w:val="Compact"/>
        <w:numPr>
          <w:ilvl w:val="0"/>
          <w:numId w:val="1001"/>
        </w:numPr>
      </w:pPr>
      <w:r>
        <w:rPr>
          <w:b/>
          <w:bCs/>
        </w:rPr>
        <w:t xml:space="preserve">The man was of powerful frame, and too</w:t>
      </w:r>
      <w:r>
        <w:rPr>
          <w:b/>
          <w:bCs/>
        </w:rPr>
        <w:t xml:space="preserve"> </w:t>
      </w:r>
      <w:r>
        <w:rPr>
          <w:b/>
          <w:bCs/>
          <w:u w:val="single"/>
        </w:rPr>
        <w:t xml:space="preserve">avaricious</w:t>
      </w:r>
      <w:r>
        <w:rPr>
          <w:b/>
          <w:bCs/>
        </w:rPr>
        <w:t xml:space="preserve"> </w:t>
      </w:r>
      <w:r>
        <w:rPr>
          <w:b/>
          <w:bCs/>
        </w:rPr>
        <w:t xml:space="preserve">to part with his goods without a struggle.</w:t>
      </w:r>
      <w:r>
        <w:br/>
      </w:r>
      <w:r>
        <w:t xml:space="preserve">    (a) the quality of not being sensible and careful</w:t>
      </w:r>
      <w:r>
        <w:br/>
      </w:r>
      <w:r>
        <w:t xml:space="preserve">    (b) having or showing excessive desire for wealth</w:t>
      </w:r>
      <w:r>
        <w:br/>
      </w:r>
      <w:r>
        <w:t xml:space="preserve">    (c) the characteristic of demonstrating something</w:t>
      </w:r>
    </w:p>
    <w:p>
      <w:pPr>
        <w:pStyle w:val="Compact"/>
        <w:numPr>
          <w:ilvl w:val="0"/>
          <w:numId w:val="1001"/>
        </w:numPr>
      </w:pPr>
      <w:r>
        <w:rPr>
          <w:b/>
          <w:bCs/>
        </w:rPr>
        <w:t xml:space="preserve">That humid and</w:t>
      </w:r>
      <w:r>
        <w:rPr>
          <w:b/>
          <w:bCs/>
        </w:rPr>
        <w:t xml:space="preserve"> </w:t>
      </w:r>
      <w:r>
        <w:rPr>
          <w:b/>
          <w:bCs/>
          <w:u w:val="single"/>
        </w:rPr>
        <w:t xml:space="preserve">congenial</w:t>
      </w:r>
      <w:r>
        <w:rPr>
          <w:b/>
          <w:bCs/>
        </w:rPr>
        <w:t xml:space="preserve"> </w:t>
      </w:r>
      <w:r>
        <w:rPr>
          <w:b/>
          <w:bCs/>
        </w:rPr>
        <w:t xml:space="preserve">atmosphere which commonly adorned the view, veiling its harshness, and softening its asperities, had disappeared, the northern air poured across the waste of water so harsh and unmingled, that nothing was left to be conjectured by the eye, or fashioned by the fancy.</w:t>
      </w:r>
      <w:r>
        <w:br/>
      </w:r>
      <w:r>
        <w:t xml:space="preserve">    (a) unable to get closer to</w:t>
      </w:r>
      <w:r>
        <w:br/>
      </w:r>
      <w:r>
        <w:t xml:space="preserve">    (b) not sensible or careful</w:t>
      </w:r>
      <w:r>
        <w:br/>
      </w:r>
      <w:r>
        <w:t xml:space="preserve">    (c) agreeable or compatible</w:t>
      </w:r>
    </w:p>
    <w:p>
      <w:pPr>
        <w:pStyle w:val="Compact"/>
        <w:numPr>
          <w:ilvl w:val="0"/>
          <w:numId w:val="1001"/>
        </w:numPr>
      </w:pPr>
      <w:r>
        <w:rPr>
          <w:b/>
          <w:bCs/>
        </w:rPr>
        <w:t xml:space="preserve">the other was wholly dependent on the</w:t>
      </w:r>
      <w:r>
        <w:rPr>
          <w:b/>
          <w:bCs/>
        </w:rPr>
        <w:t xml:space="preserve"> </w:t>
      </w:r>
      <w:r>
        <w:rPr>
          <w:b/>
          <w:bCs/>
          <w:u w:val="single"/>
        </w:rPr>
        <w:t xml:space="preserve">sagacity</w:t>
      </w:r>
      <w:r>
        <w:rPr>
          <w:b/>
          <w:bCs/>
        </w:rPr>
        <w:t xml:space="preserve"> </w:t>
      </w:r>
      <w:r>
        <w:rPr>
          <w:b/>
          <w:bCs/>
        </w:rPr>
        <w:t xml:space="preserve">and intelligence of the seniors of the party.</w:t>
      </w:r>
      <w:r>
        <w:br/>
      </w:r>
      <w:r>
        <w:t xml:space="preserve">    (a) memory</w:t>
      </w:r>
      <w:r>
        <w:br/>
      </w:r>
      <w:r>
        <w:t xml:space="preserve">    (b) wisdom</w:t>
      </w:r>
      <w:r>
        <w:br/>
      </w:r>
      <w:r>
        <w:t xml:space="preserve">    (c) battle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2026-07-31T15:37:09Z</dcterms:created>
  <dcterms:modified xsi:type="dcterms:W3CDTF">2026-07-31T15:37:09Z</dcterms:modified>
</cp:coreProperties>
</file>

<file path=docProps/custom.xml><?xml version="1.0" encoding="utf-8"?>
<Properties xmlns="http://schemas.openxmlformats.org/officeDocument/2006/custom-properties" xmlns:vt="http://schemas.openxmlformats.org/officeDocument/2006/docPropsVTypes"/>
</file>