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2d6d16929d6a754a57b4f00d6ab28b4f08e695"/>
    <w:p>
      <w:pPr>
        <w:pStyle w:val="Heading1"/>
      </w:pPr>
      <w:r>
        <w:rPr>
          <w:b/>
          <w:bCs/>
        </w:rPr>
        <w:t xml:space="preserve">The Last Song</w:t>
      </w:r>
      <w:r>
        <w:br/>
      </w:r>
      <w:r>
        <w:rPr>
          <w:i/>
          <w:iCs/>
        </w:rPr>
        <w:t xml:space="preserve">Nicholas Sparks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Mom had no</w:t>
      </w:r>
      <w:r>
        <w:rPr>
          <w:b/>
          <w:bCs/>
        </w:rPr>
        <w:t xml:space="preserve"> </w:t>
      </w:r>
      <w:r>
        <w:rPr>
          <w:b/>
          <w:bCs/>
          <w:u w:val="single"/>
        </w:rPr>
        <w:t xml:space="preserve">qualms</w:t>
      </w:r>
      <w:r>
        <w:rPr>
          <w:b/>
          <w:bCs/>
        </w:rPr>
        <w:t xml:space="preserve"> </w:t>
      </w:r>
      <w:r>
        <w:rPr>
          <w:b/>
          <w:bCs/>
        </w:rPr>
        <w:t xml:space="preserve">about getting into things there, and the building super had come by twice in the last couple of months to ask them to keep it down.</w:t>
      </w:r>
      <w:r>
        <w:br/>
      </w:r>
      <w:r>
        <w:t xml:space="preserve">    (a) subtle characteristics</w:t>
      </w:r>
      <w:r>
        <w:br/>
      </w:r>
      <w:r>
        <w:t xml:space="preserve">    (b) feelings of uneasiness</w:t>
      </w:r>
      <w:r>
        <w:br/>
      </w:r>
      <w:r>
        <w:t xml:space="preserve">    (c) basic rules or beliefs</w:t>
      </w:r>
    </w:p>
    <w:p>
      <w:pPr>
        <w:pStyle w:val="Compact"/>
        <w:numPr>
          <w:ilvl w:val="0"/>
          <w:numId w:val="1001"/>
        </w:numPr>
      </w:pPr>
      <w:r>
        <w:rPr>
          <w:b/>
          <w:bCs/>
        </w:rPr>
        <w:t xml:space="preserve">For what it was worth, he seemed genuinely</w:t>
      </w:r>
      <w:r>
        <w:rPr>
          <w:b/>
          <w:bCs/>
        </w:rPr>
        <w:t xml:space="preserve"> </w:t>
      </w:r>
      <w:r>
        <w:rPr>
          <w:b/>
          <w:bCs/>
          <w:u w:val="single"/>
        </w:rPr>
        <w:t xml:space="preserve">contrite</w:t>
      </w:r>
      <w:r>
        <w:rPr>
          <w:b/>
          <w:bCs/>
        </w:rPr>
        <w:t xml:space="preserve">.</w:t>
      </w:r>
      <w:r>
        <w:br/>
      </w:r>
      <w:r>
        <w:t xml:space="preserve">    (a) not able to change to fit a different situation</w:t>
      </w:r>
      <w:r>
        <w:br/>
      </w:r>
      <w:r>
        <w:t xml:space="preserve">    (b) the state or degree of being good or beneficial</w:t>
      </w:r>
      <w:r>
        <w:br/>
      </w:r>
      <w:r>
        <w:t xml:space="preserve">    (c) sorry for a fault or offense</w:t>
      </w:r>
    </w:p>
    <w:p>
      <w:pPr>
        <w:pStyle w:val="Compact"/>
        <w:numPr>
          <w:ilvl w:val="0"/>
          <w:numId w:val="1001"/>
        </w:numPr>
      </w:pPr>
      <w:r>
        <w:rPr>
          <w:b/>
          <w:bCs/>
        </w:rPr>
        <w:t xml:space="preserve">"Nothing, Officer," Scott answered, sounding</w:t>
      </w:r>
      <w:r>
        <w:rPr>
          <w:b/>
          <w:bCs/>
        </w:rPr>
        <w:t xml:space="preserve"> </w:t>
      </w:r>
      <w:r>
        <w:rPr>
          <w:b/>
          <w:bCs/>
          <w:u w:val="single"/>
        </w:rPr>
        <w:t xml:space="preserve">demure</w:t>
      </w:r>
      <w:r>
        <w:rPr>
          <w:b/>
          <w:bCs/>
        </w:rPr>
        <w:t xml:space="preserve">.</w:t>
      </w:r>
      <w:r>
        <w:br/>
      </w:r>
      <w:r>
        <w:t xml:space="preserve">    (a) modest, quiet, and shy; or pretending such in a playful way</w:t>
      </w:r>
      <w:r>
        <w:br/>
      </w:r>
      <w:r>
        <w:t xml:space="preserve">    (b) the quality of believing oneself morally superior to others</w:t>
      </w:r>
      <w:r>
        <w:br/>
      </w:r>
      <w:r>
        <w:t xml:space="preserve">    (c) tendency to be direct in a disagreeable, insensitive manner</w:t>
      </w:r>
    </w:p>
    <w:p>
      <w:pPr>
        <w:pStyle w:val="Compact"/>
        <w:numPr>
          <w:ilvl w:val="0"/>
          <w:numId w:val="1001"/>
        </w:numPr>
      </w:pPr>
      <w:r>
        <w:rPr>
          <w:b/>
          <w:bCs/>
        </w:rPr>
        <w:t xml:space="preserve">He was a member of those lodges, not for the</w:t>
      </w:r>
      <w:r>
        <w:rPr>
          <w:b/>
          <w:bCs/>
        </w:rPr>
        <w:t xml:space="preserve"> </w:t>
      </w:r>
      <w:r>
        <w:rPr>
          <w:b/>
          <w:bCs/>
          <w:u w:val="single"/>
        </w:rPr>
        <w:t xml:space="preserve">camaraderie</w:t>
      </w:r>
      <w:r>
        <w:rPr>
          <w:b/>
          <w:bCs/>
        </w:rPr>
        <w:t xml:space="preserve">, but for the games.</w:t>
      </w:r>
      <w:r>
        <w:br/>
      </w:r>
      <w:r>
        <w:t xml:space="preserve">    (a) close friendship amongst a group of people</w:t>
      </w:r>
      <w:r>
        <w:br/>
      </w:r>
      <w:r>
        <w:t xml:space="preserve">    (b) the degree of not being easily set on fire</w:t>
      </w:r>
      <w:r>
        <w:br/>
      </w:r>
      <w:r>
        <w:t xml:space="preserve">    (c) not appropriate in size, amount, or degree</w:t>
      </w:r>
    </w:p>
    <w:p>
      <w:pPr>
        <w:pStyle w:val="Compact"/>
        <w:numPr>
          <w:ilvl w:val="0"/>
          <w:numId w:val="1001"/>
        </w:numPr>
      </w:pPr>
      <w:r>
        <w:rPr>
          <w:b/>
          <w:bCs/>
        </w:rPr>
        <w:t xml:space="preserve">She stared at him, hands on her hips again, as if trying to</w:t>
      </w:r>
      <w:r>
        <w:rPr>
          <w:b/>
          <w:bCs/>
        </w:rPr>
        <w:t xml:space="preserve"> </w:t>
      </w:r>
      <w:r>
        <w:rPr>
          <w:b/>
          <w:bCs/>
          <w:u w:val="single"/>
        </w:rPr>
        <w:t xml:space="preserve">annihilate</w:t>
      </w:r>
      <w:r>
        <w:rPr>
          <w:b/>
          <w:bCs/>
        </w:rPr>
        <w:t xml:space="preserve"> </w:t>
      </w:r>
      <w:r>
        <w:rPr>
          <w:b/>
          <w:bCs/>
        </w:rPr>
        <w:t xml:space="preserve">him with her death ray vision.</w:t>
      </w:r>
      <w:r>
        <w:br/>
      </w:r>
      <w:r>
        <w:t xml:space="preserve">    (a) fulfill one's highest potential</w:t>
      </w:r>
      <w:r>
        <w:br/>
      </w:r>
      <w:r>
        <w:t xml:space="preserve">    (b) stop (something from happening)</w:t>
      </w:r>
      <w:r>
        <w:br/>
      </w:r>
      <w:r>
        <w:t xml:space="preserve">    (c) to completely destroy or defeat</w:t>
      </w:r>
    </w:p>
    <w:p>
      <w:pPr>
        <w:pStyle w:val="Compact"/>
        <w:numPr>
          <w:ilvl w:val="0"/>
          <w:numId w:val="1001"/>
        </w:numPr>
      </w:pPr>
      <w:r>
        <w:rPr>
          <w:b/>
          <w:bCs/>
        </w:rPr>
        <w:t xml:space="preserve">I don't need any sexual</w:t>
      </w:r>
      <w:r>
        <w:rPr>
          <w:b/>
          <w:bCs/>
        </w:rPr>
        <w:t xml:space="preserve"> </w:t>
      </w:r>
      <w:r>
        <w:rPr>
          <w:b/>
          <w:bCs/>
          <w:u w:val="single"/>
        </w:rPr>
        <w:t xml:space="preserve">innuendos</w:t>
      </w:r>
      <w:r>
        <w:rPr>
          <w:b/>
          <w:bCs/>
        </w:rPr>
        <w:t xml:space="preserve">?'</w:t>
      </w:r>
      <w:r>
        <w:br/>
      </w:r>
      <w:r>
        <w:t xml:space="preserve">    (a) formulas (mathematical expressions--each of which describe a relationship between variables)</w:t>
      </w:r>
      <w:r>
        <w:br/>
      </w:r>
      <w:r>
        <w:t xml:space="preserve">    (b) something suggested indirectly -- (often a negative comment about someone, or sexual humor)</w:t>
      </w:r>
      <w:r>
        <w:br/>
      </w:r>
      <w:r>
        <w:t xml:space="preserve">    (c) people who believe that knowledge is acquired primarily by reason rather than by experience</w:t>
      </w:r>
    </w:p>
    <w:p>
      <w:pPr>
        <w:pStyle w:val="Compact"/>
        <w:numPr>
          <w:ilvl w:val="0"/>
          <w:numId w:val="1001"/>
        </w:numPr>
      </w:pPr>
      <w:r>
        <w:rPr>
          <w:b/>
          <w:bCs/>
        </w:rPr>
        <w:t xml:space="preserve">Then, after tossing the ball in the air and serving hard, he raced toward the side of the court to keep the</w:t>
      </w:r>
      <w:r>
        <w:rPr>
          <w:b/>
          <w:bCs/>
        </w:rPr>
        <w:t xml:space="preserve"> </w:t>
      </w:r>
      <w:r>
        <w:rPr>
          <w:b/>
          <w:bCs/>
          <w:u w:val="single"/>
        </w:rPr>
        <w:t xml:space="preserve">volley</w:t>
      </w:r>
      <w:r>
        <w:rPr>
          <w:b/>
          <w:bCs/>
        </w:rPr>
        <w:t xml:space="preserve"> </w:t>
      </w:r>
      <w:r>
        <w:rPr>
          <w:b/>
          <w:bCs/>
        </w:rPr>
        <w:t xml:space="preserve">going.</w:t>
      </w:r>
      <w:r>
        <w:br/>
      </w:r>
      <w:r>
        <w:t xml:space="preserve">    (a) continuous in-the-air play</w:t>
      </w:r>
      <w:r>
        <w:br/>
      </w:r>
      <w:r>
        <w:t xml:space="preserve">    (b) formally not vote either "yes" or "no"; or to voluntarily not do something -- such as not drink alcohol</w:t>
      </w:r>
      <w:r>
        <w:br/>
      </w:r>
      <w:r>
        <w:t xml:space="preserve">    (c) change in a light (or other wave) when it passes an obstacle such as an opaque edge or a narrow opening</w:t>
      </w:r>
    </w:p>
    <w:p>
      <w:pPr>
        <w:pStyle w:val="Compact"/>
        <w:numPr>
          <w:ilvl w:val="0"/>
          <w:numId w:val="1001"/>
        </w:numPr>
      </w:pPr>
      <w:r>
        <w:rPr>
          <w:b/>
          <w:bCs/>
        </w:rPr>
        <w:t xml:space="preserve">His</w:t>
      </w:r>
      <w:r>
        <w:rPr>
          <w:b/>
          <w:bCs/>
        </w:rPr>
        <w:t xml:space="preserve"> </w:t>
      </w:r>
      <w:r>
        <w:rPr>
          <w:b/>
          <w:bCs/>
          <w:u w:val="single"/>
        </w:rPr>
        <w:t xml:space="preserve">acquiescence</w:t>
      </w:r>
      <w:r>
        <w:rPr>
          <w:b/>
          <w:bCs/>
        </w:rPr>
        <w:t xml:space="preserve"> </w:t>
      </w:r>
      <w:r>
        <w:rPr>
          <w:b/>
          <w:bCs/>
        </w:rPr>
        <w:t xml:space="preserve">probably had to do with the fact that...</w:t>
      </w:r>
      <w:r>
        <w:br/>
      </w:r>
      <w:r>
        <w:t xml:space="preserve">    (a) the act of forgiving</w:t>
      </w:r>
      <w:r>
        <w:br/>
      </w:r>
      <w:r>
        <w:t xml:space="preserve">    (b) dies or is destroyed</w:t>
      </w:r>
      <w:r>
        <w:br/>
      </w:r>
      <w:r>
        <w:t xml:space="preserve">    (c) reluctant compliance</w:t>
      </w:r>
    </w:p>
    <w:p>
      <w:pPr>
        <w:pStyle w:val="Compact"/>
        <w:numPr>
          <w:ilvl w:val="0"/>
          <w:numId w:val="1001"/>
        </w:numPr>
      </w:pPr>
      <w:r>
        <w:rPr>
          <w:b/>
          <w:bCs/>
        </w:rPr>
        <w:t xml:space="preserve">Unlike Kim, Steve didn't</w:t>
      </w:r>
      <w:r>
        <w:rPr>
          <w:b/>
          <w:bCs/>
        </w:rPr>
        <w:t xml:space="preserve"> </w:t>
      </w:r>
      <w:r>
        <w:rPr>
          <w:b/>
          <w:bCs/>
          <w:u w:val="single"/>
        </w:rPr>
        <w:t xml:space="preserve">begrudge</w:t>
      </w:r>
      <w:r>
        <w:rPr>
          <w:b/>
          <w:bCs/>
        </w:rPr>
        <w:t xml:space="preserve"> </w:t>
      </w:r>
      <w:r>
        <w:rPr>
          <w:b/>
          <w:bCs/>
        </w:rPr>
        <w:t xml:space="preserve">Ronnie the fact that she was growing up.</w:t>
      </w:r>
      <w:r>
        <w:br/>
      </w:r>
      <w:r>
        <w:t xml:space="preserve">    (a) develop or change gradually</w:t>
      </w:r>
      <w:r>
        <w:br/>
      </w:r>
      <w:r>
        <w:t xml:space="preserve">    (b) pessimistic or disagreeable</w:t>
      </w:r>
      <w:r>
        <w:br/>
      </w:r>
      <w:r>
        <w:t xml:space="preserve">    (c) resent; or give unwillingly</w:t>
      </w:r>
    </w:p>
    <w:p>
      <w:pPr>
        <w:pStyle w:val="Compact"/>
        <w:numPr>
          <w:ilvl w:val="0"/>
          <w:numId w:val="1001"/>
        </w:numPr>
      </w:pPr>
      <w:r>
        <w:rPr>
          <w:b/>
          <w:bCs/>
        </w:rPr>
        <w:t xml:space="preserve">You're</w:t>
      </w:r>
      <w:r>
        <w:rPr>
          <w:b/>
          <w:bCs/>
        </w:rPr>
        <w:t xml:space="preserve"> </w:t>
      </w:r>
      <w:r>
        <w:rPr>
          <w:b/>
          <w:bCs/>
          <w:u w:val="single"/>
        </w:rPr>
        <w:t xml:space="preserve">inconsistent</w:t>
      </w:r>
      <w:r>
        <w:rPr>
          <w:b/>
          <w:bCs/>
        </w:rPr>
        <w:t xml:space="preserve">.</w:t>
      </w:r>
      <w:r>
        <w:br/>
      </w:r>
      <w:r>
        <w:t xml:space="preserve">    (a) the character or degree of bouncing back light (or more rarely: heat, sound, electromagnetic waves...)</w:t>
      </w:r>
      <w:r>
        <w:br/>
      </w:r>
      <w:r>
        <w:t xml:space="preserve">    (b) not the same in different parts or at different times</w:t>
      </w:r>
      <w:r>
        <w:br/>
      </w:r>
      <w:r>
        <w:br/>
      </w:r>
      <w:r>
        <w:t xml:space="preserve">or:</w:t>
      </w:r>
      <w:r>
        <w:br/>
      </w:r>
      <w:r>
        <w:br/>
      </w:r>
      <w:r>
        <w:t xml:space="preserve">not in agreement [with something else]</w:t>
      </w:r>
      <w:r>
        <w:br/>
      </w:r>
      <w:r>
        <w:t xml:space="preserve">    (c) igneous or sedimentary rock that changes due to pressure, heat, or chemical reactions (such as marble)</w:t>
      </w:r>
    </w:p>
    <w:p>
      <w:pPr>
        <w:pStyle w:val="Compact"/>
        <w:numPr>
          <w:ilvl w:val="0"/>
          <w:numId w:val="1001"/>
        </w:numPr>
      </w:pPr>
      <w:r>
        <w:rPr>
          <w:b/>
          <w:bCs/>
        </w:rPr>
        <w:t xml:space="preserve">But he had to admit, he thought Megan had gotten it right, and thankfully, she'd been able to meet a guy in New York who satisfied all her</w:t>
      </w:r>
      <w:r>
        <w:rPr>
          <w:b/>
          <w:bCs/>
        </w:rPr>
        <w:t xml:space="preserve"> </w:t>
      </w:r>
      <w:r>
        <w:rPr>
          <w:b/>
          <w:bCs/>
          <w:u w:val="single"/>
        </w:rPr>
        <w:t xml:space="preserve">criteria</w:t>
      </w:r>
      <w:r>
        <w:rPr>
          <w:b/>
          <w:bCs/>
        </w:rPr>
        <w:t xml:space="preserve">.</w:t>
      </w:r>
      <w:r>
        <w:br/>
      </w:r>
      <w:r>
        <w:t xml:space="preserve">    (a) requirements (reference points against which things can be evaluated)</w:t>
      </w:r>
      <w:r>
        <w:br/>
      </w:r>
      <w:r>
        <w:t xml:space="preserve">    (b) speaks with someone about something for the first time</w:t>
      </w:r>
      <w:r>
        <w:br/>
      </w:r>
      <w:r>
        <w:t xml:space="preserve">    (c) the act of protecting something or keeping it as it is</w:t>
      </w:r>
    </w:p>
    <w:p>
      <w:pPr>
        <w:pStyle w:val="Compact"/>
        <w:numPr>
          <w:ilvl w:val="0"/>
          <w:numId w:val="1001"/>
        </w:numPr>
      </w:pPr>
      <w:r>
        <w:rPr>
          <w:b/>
          <w:bCs/>
        </w:rPr>
        <w:t xml:space="preserve">He wondered if this had been his problem all along— that he'd spent his life</w:t>
      </w:r>
      <w:r>
        <w:rPr>
          <w:b/>
          <w:bCs/>
        </w:rPr>
        <w:t xml:space="preserve"> </w:t>
      </w:r>
      <w:r>
        <w:rPr>
          <w:b/>
          <w:bCs/>
          <w:u w:val="single"/>
        </w:rPr>
        <w:t xml:space="preserve">emulating</w:t>
      </w:r>
      <w:r>
        <w:rPr>
          <w:b/>
          <w:bCs/>
        </w:rPr>
        <w:t xml:space="preserve"> </w:t>
      </w:r>
      <w:r>
        <w:rPr>
          <w:b/>
          <w:bCs/>
        </w:rPr>
        <w:t xml:space="preserve">what had worked for others.</w:t>
      </w:r>
      <w:r>
        <w:br/>
      </w:r>
      <w:r>
        <w:t xml:space="preserve">    (a) colliding</w:t>
      </w:r>
      <w:r>
        <w:br/>
      </w:r>
      <w:r>
        <w:t xml:space="preserve">    (b) imitating</w:t>
      </w:r>
      <w:r>
        <w:br/>
      </w:r>
      <w:r>
        <w:t xml:space="preserve">    (c) restoring</w:t>
      </w:r>
    </w:p>
    <w:p>
      <w:pPr>
        <w:pStyle w:val="Compact"/>
        <w:numPr>
          <w:ilvl w:val="0"/>
          <w:numId w:val="1001"/>
        </w:numPr>
      </w:pPr>
      <w:r>
        <w:rPr>
          <w:b/>
          <w:bCs/>
        </w:rPr>
        <w:t xml:space="preserve">The only halfway decent outfit she owned, the only one that Susan might not find</w:t>
      </w:r>
      <w:r>
        <w:rPr>
          <w:b/>
          <w:bCs/>
        </w:rPr>
        <w:t xml:space="preserve"> </w:t>
      </w:r>
      <w:r>
        <w:rPr>
          <w:b/>
          <w:bCs/>
          <w:u w:val="single"/>
        </w:rPr>
        <w:t xml:space="preserve">repugnant</w:t>
      </w:r>
      <w:r>
        <w:rPr>
          <w:b/>
          <w:bCs/>
        </w:rPr>
        <w:t xml:space="preserve"> </w:t>
      </w:r>
      <w:r>
        <w:rPr>
          <w:b/>
          <w:bCs/>
        </w:rPr>
        <w:t xml:space="preserve">if she'd simply stopped by on her way to a movie, was the outfit she wore to the aquarium, the one that made her look like an Raster egg.</w:t>
      </w:r>
      <w:r>
        <w:br/>
      </w:r>
      <w:r>
        <w:t xml:space="preserve">    (a) very large</w:t>
      </w:r>
      <w:r>
        <w:br/>
      </w:r>
      <w:r>
        <w:t xml:space="preserve">    (b) disgusting</w:t>
      </w:r>
      <w:r>
        <w:br/>
      </w:r>
      <w:r>
        <w:t xml:space="preserve">    (c) related to</w:t>
      </w:r>
    </w:p>
    <w:p>
      <w:pPr>
        <w:pStyle w:val="Compact"/>
        <w:numPr>
          <w:ilvl w:val="0"/>
          <w:numId w:val="1001"/>
        </w:numPr>
      </w:pPr>
      <w:r>
        <w:rPr>
          <w:b/>
          <w:bCs/>
        </w:rPr>
        <w:t xml:space="preserve">In the weddings she'd been to, she always had the sense that the brides were intent on pulling off an act, and more than once, she'd seen brides get upset if anything</w:t>
      </w:r>
      <w:r>
        <w:rPr>
          <w:b/>
          <w:bCs/>
        </w:rPr>
        <w:t xml:space="preserve"> </w:t>
      </w:r>
      <w:r>
        <w:rPr>
          <w:b/>
          <w:bCs/>
          <w:u w:val="single"/>
        </w:rPr>
        <w:t xml:space="preserve">deviated</w:t>
      </w:r>
      <w:r>
        <w:rPr>
          <w:b/>
          <w:bCs/>
        </w:rPr>
        <w:t xml:space="preserve"> </w:t>
      </w:r>
      <w:r>
        <w:rPr>
          <w:b/>
          <w:bCs/>
        </w:rPr>
        <w:t xml:space="preserve">from the script.</w:t>
      </w:r>
      <w:r>
        <w:br/>
      </w:r>
      <w:r>
        <w:t xml:space="preserve">    (a) differed or changed</w:t>
      </w:r>
      <w:r>
        <w:br/>
      </w:r>
      <w:r>
        <w:t xml:space="preserve">    (b) nervous or confused</w:t>
      </w:r>
      <w:r>
        <w:br/>
      </w:r>
      <w:r>
        <w:t xml:space="preserve">    (c) excessively excited</w:t>
      </w:r>
    </w:p>
    <w:p>
      <w:pPr>
        <w:pStyle w:val="Compact"/>
        <w:numPr>
          <w:ilvl w:val="0"/>
          <w:numId w:val="1001"/>
        </w:numPr>
      </w:pPr>
      <w:r>
        <w:rPr>
          <w:b/>
          <w:bCs/>
        </w:rPr>
        <w:t xml:space="preserve">She'd been</w:t>
      </w:r>
      <w:r>
        <w:rPr>
          <w:b/>
          <w:bCs/>
        </w:rPr>
        <w:t xml:space="preserve"> </w:t>
      </w:r>
      <w:r>
        <w:rPr>
          <w:b/>
          <w:bCs/>
          <w:u w:val="single"/>
        </w:rPr>
        <w:t xml:space="preserve">unequivocally</w:t>
      </w:r>
      <w:r>
        <w:rPr>
          <w:b/>
          <w:bCs/>
        </w:rPr>
        <w:t xml:space="preserve"> </w:t>
      </w:r>
      <w:r>
        <w:rPr>
          <w:b/>
          <w:bCs/>
        </w:rPr>
        <w:t xml:space="preserve">supportive this morning nonetheless, and as he waited for the referee to blow his whistle, he knew he was playing as much for his sister as for himself.</w:t>
      </w:r>
      <w:r>
        <w:br/>
      </w:r>
      <w:r>
        <w:t xml:space="preserve">    (a) in a manner that accepts as true (without proof)</w:t>
      </w:r>
      <w:r>
        <w:br/>
      </w:r>
      <w:r>
        <w:t xml:space="preserve">    (b) without ambiguity (in a completely clear manner)</w:t>
      </w:r>
      <w:r>
        <w:br/>
      </w:r>
      <w:r>
        <w:t xml:space="preserve">    (c) meticulously (with great care for small details)</w:t>
      </w:r>
    </w:p>
    <w:p>
      <w:pPr>
        <w:pStyle w:val="Compact"/>
        <w:numPr>
          <w:ilvl w:val="0"/>
          <w:numId w:val="1001"/>
        </w:numPr>
      </w:pPr>
      <w:r>
        <w:rPr>
          <w:b/>
          <w:bCs/>
        </w:rPr>
        <w:t xml:space="preserve">As much as she didn't want to</w:t>
      </w:r>
      <w:r>
        <w:rPr>
          <w:b/>
          <w:bCs/>
        </w:rPr>
        <w:t xml:space="preserve"> </w:t>
      </w:r>
      <w:r>
        <w:rPr>
          <w:b/>
          <w:bCs/>
          <w:u w:val="single"/>
        </w:rPr>
        <w:t xml:space="preserve">condone</w:t>
      </w:r>
      <w:r>
        <w:rPr>
          <w:b/>
          <w:bCs/>
        </w:rPr>
        <w:t xml:space="preserve"> </w:t>
      </w:r>
      <w:r>
        <w:rPr>
          <w:b/>
          <w:bCs/>
        </w:rPr>
        <w:t xml:space="preserve">what happened, watching Will completely dismantle the three of them made her feel just a bit safer when she was with him.</w:t>
      </w:r>
      <w:r>
        <w:br/>
      </w:r>
      <w:r>
        <w:t xml:space="preserve">    (a) accept without criticism; or approve of</w:t>
      </w:r>
      <w:r>
        <w:br/>
      </w:r>
      <w:r>
        <w:t xml:space="preserve">    (b) not answer questions; or block progress</w:t>
      </w:r>
      <w:r>
        <w:br/>
      </w:r>
      <w:r>
        <w:t xml:space="preserve">    (c) move from more general to more specific</w:t>
      </w:r>
    </w:p>
    <w:p>
      <w:pPr>
        <w:pStyle w:val="Compact"/>
        <w:numPr>
          <w:ilvl w:val="0"/>
          <w:numId w:val="1001"/>
        </w:numPr>
      </w:pPr>
      <w:r>
        <w:rPr>
          <w:b/>
          <w:bCs/>
        </w:rPr>
        <w:t xml:space="preserve">Her voice was soft but</w:t>
      </w:r>
      <w:r>
        <w:rPr>
          <w:b/>
          <w:bCs/>
        </w:rPr>
        <w:t xml:space="preserve"> </w:t>
      </w:r>
      <w:r>
        <w:rPr>
          <w:b/>
          <w:bCs/>
          <w:u w:val="single"/>
        </w:rPr>
        <w:t xml:space="preserve">implacable</w:t>
      </w:r>
      <w:r>
        <w:rPr>
          <w:b/>
          <w:bCs/>
        </w:rPr>
        <w:t xml:space="preserve">.</w:t>
      </w:r>
      <w:r>
        <w:br/>
      </w:r>
      <w:r>
        <w:t xml:space="preserve">    (a) diminishing</w:t>
      </w:r>
      <w:r>
        <w:br/>
      </w:r>
      <w:r>
        <w:t xml:space="preserve">    (b) increasing</w:t>
      </w:r>
      <w:r>
        <w:br/>
      </w:r>
      <w:r>
        <w:t xml:space="preserve">    (c) unyielding</w:t>
      </w:r>
    </w:p>
    <w:p>
      <w:pPr>
        <w:pStyle w:val="Compact"/>
        <w:numPr>
          <w:ilvl w:val="0"/>
          <w:numId w:val="1001"/>
        </w:numPr>
      </w:pPr>
      <w:r>
        <w:rPr>
          <w:b/>
          <w:bCs/>
        </w:rPr>
        <w:t xml:space="preserve">Even this simple conversation seemed impossibly</w:t>
      </w:r>
      <w:r>
        <w:rPr>
          <w:b/>
          <w:bCs/>
        </w:rPr>
        <w:t xml:space="preserve"> </w:t>
      </w:r>
      <w:r>
        <w:rPr>
          <w:b/>
          <w:bCs/>
          <w:u w:val="single"/>
        </w:rPr>
        <w:t xml:space="preserve">arduous</w:t>
      </w:r>
      <w:r>
        <w:rPr>
          <w:b/>
          <w:bCs/>
        </w:rPr>
        <w:t xml:space="preserve">.</w:t>
      </w:r>
      <w:r>
        <w:br/>
      </w:r>
      <w:r>
        <w:t xml:space="preserve">    (a) the state or degree of agreeing or approving</w:t>
      </w:r>
      <w:r>
        <w:br/>
      </w:r>
      <w:r>
        <w:t xml:space="preserve">    (b) difficult - requiring much energy and effort</w:t>
      </w:r>
      <w:r>
        <w:br/>
      </w:r>
      <w:r>
        <w:t xml:space="preserve">    (c) the state of doing something unintentionally</w:t>
      </w:r>
    </w:p>
    <w:p>
      <w:pPr>
        <w:pStyle w:val="Compact"/>
        <w:numPr>
          <w:ilvl w:val="0"/>
          <w:numId w:val="1001"/>
        </w:numPr>
      </w:pPr>
      <w:r>
        <w:rPr>
          <w:b/>
          <w:bCs/>
        </w:rPr>
        <w:t xml:space="preserve">She was</w:t>
      </w:r>
      <w:r>
        <w:rPr>
          <w:b/>
          <w:bCs/>
        </w:rPr>
        <w:t xml:space="preserve"> </w:t>
      </w:r>
      <w:r>
        <w:rPr>
          <w:b/>
          <w:bCs/>
          <w:u w:val="single"/>
        </w:rPr>
        <w:t xml:space="preserve">besieged</w:t>
      </w:r>
      <w:r>
        <w:rPr>
          <w:b/>
          <w:bCs/>
        </w:rPr>
        <w:t xml:space="preserve"> </w:t>
      </w:r>
      <w:r>
        <w:rPr>
          <w:b/>
          <w:bCs/>
        </w:rPr>
        <w:t xml:space="preserve">by a storm of conflicting emotions—desire, regret, longing, fear, grief, love.</w:t>
      </w:r>
      <w:r>
        <w:br/>
      </w:r>
      <w:r>
        <w:t xml:space="preserve">    (a) surrounded and cut-off supplies; or overwhelmed</w:t>
      </w:r>
      <w:r>
        <w:br/>
      </w:r>
      <w:r>
        <w:t xml:space="preserve">    (b) a non-doctor who assisted a women in childbirth</w:t>
      </w:r>
      <w:r>
        <w:br/>
      </w:r>
      <w:r>
        <w:t xml:space="preserve">    (c) not found guilty or forced into a bad situation</w:t>
      </w:r>
    </w:p>
    <w:p>
      <w:pPr>
        <w:pStyle w:val="Compact"/>
        <w:numPr>
          <w:ilvl w:val="0"/>
          <w:numId w:val="1001"/>
        </w:numPr>
      </w:pPr>
      <w:r>
        <w:rPr>
          <w:b/>
          <w:bCs/>
        </w:rPr>
        <w:t xml:space="preserve">In those private moments, they sometimes</w:t>
      </w:r>
      <w:r>
        <w:rPr>
          <w:b/>
          <w:bCs/>
        </w:rPr>
        <w:t xml:space="preserve"> </w:t>
      </w:r>
      <w:r>
        <w:rPr>
          <w:b/>
          <w:bCs/>
          <w:u w:val="single"/>
        </w:rPr>
        <w:t xml:space="preserve">reminisced</w:t>
      </w:r>
      <w:r>
        <w:rPr>
          <w:b/>
          <w:bCs/>
        </w:rPr>
        <w:t xml:space="preserve"> </w:t>
      </w:r>
      <w:r>
        <w:rPr>
          <w:b/>
          <w:bCs/>
        </w:rPr>
        <w:t xml:space="preserve">about the summer and told stories about their dad, which they both found comforting.</w:t>
      </w:r>
      <w:r>
        <w:br/>
      </w:r>
      <w:r>
        <w:t xml:space="preserve">    (a) considered (for affect on a result or outcome)</w:t>
      </w:r>
      <w:r>
        <w:br/>
      </w:r>
      <w:r>
        <w:t xml:space="preserve">    (b) to talk or think fondly about past experiences</w:t>
      </w:r>
      <w:r>
        <w:br/>
      </w:r>
      <w:r>
        <w:t xml:space="preserve">    (c) held together (connected or united) or wrapped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2026-07-31T18:32:43Z</dcterms:created>
  <dcterms:modified xsi:type="dcterms:W3CDTF">2026-07-31T18:32:43Z</dcterms:modified>
</cp:coreProperties>
</file>

<file path=docProps/custom.xml><?xml version="1.0" encoding="utf-8"?>
<Properties xmlns="http://schemas.openxmlformats.org/officeDocument/2006/custom-properties" xmlns:vt="http://schemas.openxmlformats.org/officeDocument/2006/docPropsVTypes"/>
</file>