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7a9064c0d80ff9f0731eaf60cabadb2a24b097"/>
    <w:p>
      <w:pPr>
        <w:pStyle w:val="Heading1"/>
      </w:pPr>
      <w:r>
        <w:rPr>
          <w:b/>
          <w:bCs/>
        </w:rPr>
        <w:t xml:space="preserve">The Last Olympian</w:t>
      </w:r>
      <w:r>
        <w:br/>
      </w:r>
      <w:r>
        <w:rPr>
          <w:i/>
          <w:iCs/>
        </w:rPr>
        <w:t xml:space="preserve">Rick Riordan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grew up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abject</w:t>
      </w:r>
      <w:r>
        <w:rPr>
          <w:b/>
          <w:bCs/>
        </w:rPr>
        <w:t xml:space="preserve"> </w:t>
      </w:r>
      <w:r>
        <w:rPr>
          <w:b/>
          <w:bCs/>
        </w:rPr>
        <w:t xml:space="preserve">poverty; though she didn't know it.</w:t>
      </w:r>
      <w:r>
        <w:br/>
      </w:r>
      <w:r>
        <w:t xml:space="preserve">    (a) extreme</w:t>
      </w:r>
      <w:r>
        <w:br/>
      </w:r>
      <w:r>
        <w:t xml:space="preserve">    (b) beneficial</w:t>
      </w:r>
      <w:r>
        <w:br/>
      </w:r>
      <w:r>
        <w:t xml:space="preserve">    (c) moderate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supported the idea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amnesty</w:t>
      </w:r>
      <w:r>
        <w:rPr>
          <w:b/>
          <w:bCs/>
        </w:rPr>
        <w:t xml:space="preserve"> </w:t>
      </w:r>
      <w:r>
        <w:rPr>
          <w:b/>
          <w:bCs/>
        </w:rPr>
        <w:t xml:space="preserve">for undocumented workers who had lived peacefully in the country for years.</w:t>
      </w:r>
      <w:r>
        <w:br/>
      </w:r>
      <w:r>
        <w:t xml:space="preserve">    (a) pardons</w:t>
      </w:r>
      <w:r>
        <w:br/>
      </w:r>
      <w:r>
        <w:t xml:space="preserve">    (b) citizenship</w:t>
      </w:r>
      <w:r>
        <w:br/>
      </w:r>
      <w:r>
        <w:t xml:space="preserve">    (c) benefits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Black holes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annihilate</w:t>
      </w:r>
      <w:r>
        <w:rPr>
          <w:b/>
          <w:bCs/>
        </w:rPr>
        <w:t xml:space="preserve"> </w:t>
      </w:r>
      <w:r>
        <w:rPr>
          <w:b/>
          <w:bCs/>
        </w:rPr>
        <w:t xml:space="preserve">all traces of what falls into them.</w:t>
      </w:r>
      <w:r>
        <w:br/>
      </w:r>
      <w:r>
        <w:t xml:space="preserve">    (a) carefully preserve</w:t>
      </w:r>
      <w:r>
        <w:br/>
      </w:r>
      <w:r>
        <w:t xml:space="preserve">    (b) completely destroy</w:t>
      </w:r>
      <w:r>
        <w:br/>
      </w:r>
      <w:r>
        <w:t xml:space="preserve">    (c) slowly examine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protesters formed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blockade</w:t>
      </w:r>
      <w:r>
        <w:rPr>
          <w:b/>
          <w:bCs/>
        </w:rPr>
        <w:t xml:space="preserve"> </w:t>
      </w:r>
      <w:r>
        <w:rPr>
          <w:b/>
          <w:bCs/>
        </w:rPr>
        <w:t xml:space="preserve">across the main highway.</w:t>
      </w:r>
      <w:r>
        <w:br/>
      </w:r>
      <w:r>
        <w:t xml:space="preserve">    (a) a welcome banner</w:t>
      </w:r>
      <w:r>
        <w:br/>
      </w:r>
      <w:r>
        <w:t xml:space="preserve">    (b) an open pathway</w:t>
      </w:r>
      <w:r>
        <w:br/>
      </w:r>
      <w:r>
        <w:t xml:space="preserve">    (c) a blocking barrier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Moderates in the senate sought to build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consensus</w:t>
      </w:r>
      <w:r>
        <w:rPr>
          <w:b/>
          <w:bCs/>
        </w:rPr>
        <w:t xml:space="preserve"> </w:t>
      </w:r>
      <w:r>
        <w:rPr>
          <w:b/>
          <w:bCs/>
        </w:rPr>
        <w:t xml:space="preserve">between both parties so that the budget could be passed.</w:t>
      </w:r>
      <w:r>
        <w:br/>
      </w:r>
      <w:r>
        <w:t xml:space="preserve">    (a) general agreement</w:t>
      </w:r>
      <w:r>
        <w:br/>
      </w:r>
      <w:r>
        <w:t xml:space="preserve">    (b) surplus of funds</w:t>
      </w:r>
      <w:r>
        <w:br/>
      </w:r>
      <w:r>
        <w:t xml:space="preserve">    (c) decrease in spending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Iran's top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envoy</w:t>
      </w:r>
      <w:r>
        <w:rPr>
          <w:b/>
          <w:bCs/>
        </w:rPr>
        <w:t xml:space="preserve"> </w:t>
      </w:r>
      <w:r>
        <w:rPr>
          <w:b/>
          <w:bCs/>
        </w:rPr>
        <w:t xml:space="preserve">to the United Nations nuclear agency dismissed the accusation.</w:t>
      </w:r>
      <w:r>
        <w:br/>
      </w:r>
      <w:r>
        <w:t xml:space="preserve">    (a) scientist</w:t>
      </w:r>
      <w:r>
        <w:br/>
      </w:r>
      <w:r>
        <w:t xml:space="preserve">    (b) representative</w:t>
      </w:r>
      <w:r>
        <w:br/>
      </w:r>
      <w:r>
        <w:t xml:space="preserve">    (c) translator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feinted</w:t>
      </w:r>
      <w:r>
        <w:rPr>
          <w:b/>
          <w:bCs/>
        </w:rPr>
        <w:t xml:space="preserve"> </w:t>
      </w:r>
      <w:r>
        <w:rPr>
          <w:b/>
          <w:bCs/>
        </w:rPr>
        <w:t xml:space="preserve">left and then charged from the right.</w:t>
      </w:r>
      <w:r>
        <w:br/>
      </w:r>
      <w:r>
        <w:t xml:space="preserve">    (a) faked</w:t>
      </w:r>
      <w:r>
        <w:br/>
      </w:r>
      <w:r>
        <w:t xml:space="preserve">    (b) moved sideways</w:t>
      </w:r>
      <w:r>
        <w:br/>
      </w:r>
      <w:r>
        <w:t xml:space="preserve">    (c) attacked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Rumors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fester</w:t>
      </w:r>
      <w:r>
        <w:rPr>
          <w:b/>
          <w:bCs/>
        </w:rPr>
        <w:t xml:space="preserve"> </w:t>
      </w:r>
      <w:r>
        <w:rPr>
          <w:b/>
          <w:bCs/>
        </w:rPr>
        <w:t xml:space="preserve">in the absence of clear communication from leadership.</w:t>
      </w:r>
      <w:r>
        <w:br/>
      </w:r>
      <w:r>
        <w:t xml:space="preserve">    (a) grow worse over time</w:t>
      </w:r>
      <w:r>
        <w:br/>
      </w:r>
      <w:r>
        <w:t xml:space="preserve">    (b) fade away gradually</w:t>
      </w:r>
      <w:r>
        <w:br/>
      </w:r>
      <w:r>
        <w:t xml:space="preserve">    (c) started abruptly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Hoping for forgiveness,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groveled</w:t>
      </w:r>
      <w:r>
        <w:rPr>
          <w:b/>
          <w:bCs/>
        </w:rPr>
        <w:t xml:space="preserve"> </w:t>
      </w:r>
      <w:r>
        <w:rPr>
          <w:b/>
          <w:bCs/>
        </w:rPr>
        <w:t xml:space="preserve">instead of calmly admitting his mistake.</w:t>
      </w:r>
      <w:r>
        <w:br/>
      </w:r>
      <w:r>
        <w:t xml:space="preserve">    (a) refused to apologize</w:t>
      </w:r>
      <w:r>
        <w:br/>
      </w:r>
      <w:r>
        <w:t xml:space="preserve">    (b) spoke with confidence</w:t>
      </w:r>
      <w:r>
        <w:br/>
      </w:r>
      <w:r>
        <w:t xml:space="preserve">    (c) acted overly submissive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Potter said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"expecto patronum"</w:t>
      </w:r>
      <w:r>
        <w:rPr>
          <w:b/>
          <w:bCs/>
        </w:rPr>
        <w:t xml:space="preserve"> </w:t>
      </w:r>
      <w:r>
        <w:rPr>
          <w:b/>
          <w:bCs/>
        </w:rPr>
        <w:t xml:space="preserve">as he focuses on a happy memory to summon protection from dark magic.</w:t>
      </w:r>
      <w:r>
        <w:br/>
      </w:r>
      <w:r>
        <w:t xml:space="preserve">    (a) magic words</w:t>
      </w:r>
      <w:r>
        <w:br/>
      </w:r>
      <w:r>
        <w:t xml:space="preserve">    (b) foreign phrase</w:t>
      </w:r>
      <w:r>
        <w:br/>
      </w:r>
      <w:r>
        <w:t xml:space="preserve">    (c) common saying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leviathan</w:t>
      </w:r>
      <w:r>
        <w:rPr>
          <w:b/>
          <w:bCs/>
        </w:rPr>
        <w:t xml:space="preserve"> </w:t>
      </w:r>
      <w:r>
        <w:rPr>
          <w:b/>
          <w:bCs/>
        </w:rPr>
        <w:t xml:space="preserve">among aircraft carriers.</w:t>
      </w:r>
      <w:r>
        <w:br/>
      </w:r>
      <w:r>
        <w:t xml:space="preserve">    (a) bad example</w:t>
      </w:r>
      <w:r>
        <w:br/>
      </w:r>
      <w:r>
        <w:t xml:space="preserve">    (b) good example</w:t>
      </w:r>
      <w:r>
        <w:br/>
      </w:r>
      <w:r>
        <w:t xml:space="preserve">    (c) giant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town has become a 21st century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metropolis</w:t>
      </w:r>
      <w:r>
        <w:rPr>
          <w:b/>
          <w:bCs/>
        </w:rPr>
        <w:t xml:space="preserve">.</w:t>
      </w:r>
      <w:r>
        <w:br/>
      </w:r>
      <w:r>
        <w:t xml:space="preserve">    (a) small village</w:t>
      </w:r>
      <w:r>
        <w:br/>
      </w:r>
      <w:r>
        <w:t xml:space="preserve">    (b) large city</w:t>
      </w:r>
      <w:r>
        <w:br/>
      </w:r>
      <w:r>
        <w:t xml:space="preserve">    (c) rural area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monogram</w:t>
      </w:r>
      <w:r>
        <w:rPr>
          <w:b/>
          <w:bCs/>
        </w:rPr>
        <w:t xml:space="preserve"> </w:t>
      </w:r>
      <w:r>
        <w:rPr>
          <w:b/>
          <w:bCs/>
        </w:rPr>
        <w:t xml:space="preserve">embroidered on each of his dress shirts.</w:t>
      </w:r>
      <w:r>
        <w:br/>
      </w:r>
      <w:r>
        <w:t xml:space="preserve">    (a) fabric label</w:t>
      </w:r>
      <w:r>
        <w:br/>
      </w:r>
      <w:r>
        <w:t xml:space="preserve">    (b) decorative stripe</w:t>
      </w:r>
      <w:r>
        <w:br/>
      </w:r>
      <w:r>
        <w:t xml:space="preserve">    (c) design with initials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days of fighting, the generals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parley</w:t>
      </w:r>
      <w:r>
        <w:rPr>
          <w:b/>
          <w:bCs/>
        </w:rPr>
        <w:t xml:space="preserve"> </w:t>
      </w:r>
      <w:r>
        <w:rPr>
          <w:b/>
          <w:bCs/>
        </w:rPr>
        <w:t xml:space="preserve">at dawn to seek a peaceful resolution.</w:t>
      </w:r>
      <w:r>
        <w:br/>
      </w:r>
      <w:r>
        <w:t xml:space="preserve">    (a) retreat</w:t>
      </w:r>
      <w:r>
        <w:br/>
      </w:r>
      <w:r>
        <w:t xml:space="preserve">    (b) negotiate</w:t>
      </w:r>
      <w:r>
        <w:br/>
      </w:r>
      <w:r>
        <w:t xml:space="preserve">    (c) duel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think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phobias</w:t>
      </w:r>
      <w:r>
        <w:rPr>
          <w:b/>
          <w:bCs/>
        </w:rPr>
        <w:t xml:space="preserve"> </w:t>
      </w:r>
      <w:r>
        <w:rPr>
          <w:b/>
          <w:bCs/>
        </w:rPr>
        <w:t xml:space="preserve">are caused by a combination of genetic and environmental factors.</w:t>
      </w:r>
      <w:r>
        <w:br/>
      </w:r>
      <w:r>
        <w:t xml:space="preserve">    (a) extreme and unreasonable logic</w:t>
      </w:r>
      <w:r>
        <w:br/>
      </w:r>
      <w:r>
        <w:t xml:space="preserve">    (b) extreme and unreasonable beliefs</w:t>
      </w:r>
      <w:r>
        <w:br/>
      </w:r>
      <w:r>
        <w:t xml:space="preserve">    (c) extreme and unreasonable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1829 India banned the Hindu custom of a widow's suicide on her husband's funeral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pyre</w:t>
      </w:r>
      <w:r>
        <w:rPr>
          <w:b/>
          <w:bCs/>
        </w:rPr>
        <w:t xml:space="preserve">.</w:t>
      </w:r>
      <w:r>
        <w:br/>
      </w:r>
      <w:r>
        <w:t xml:space="preserve">    (a) fire</w:t>
      </w:r>
      <w:r>
        <w:br/>
      </w:r>
      <w:r>
        <w:t xml:space="preserve">    (b) gravestone</w:t>
      </w:r>
      <w:r>
        <w:br/>
      </w:r>
      <w:r>
        <w:t xml:space="preserve">    (c) coffin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Hitler wanted Paris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razed</w:t>
      </w:r>
      <w:r>
        <w:rPr>
          <w:b/>
          <w:bCs/>
        </w:rPr>
        <w:t xml:space="preserve">, but his general ignored the order and surrendered.</w:t>
      </w:r>
      <w:r>
        <w:br/>
      </w:r>
      <w:r>
        <w:t xml:space="preserve">    (a) held at all cost</w:t>
      </w:r>
      <w:r>
        <w:br/>
      </w:r>
      <w:r>
        <w:t xml:space="preserve">    (b) completely destroyed</w:t>
      </w:r>
      <w:r>
        <w:br/>
      </w:r>
      <w:r>
        <w:t xml:space="preserve">    (c) held up as an example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the most intolerable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 </w:t>
      </w:r>
      <w:r>
        <w:rPr>
          <w:b/>
          <w:bCs/>
        </w:rPr>
        <w:t xml:space="preserve">on the face of the earth.</w:t>
      </w:r>
      <w:r>
        <w:br/>
      </w:r>
      <w:r>
        <w:t xml:space="preserve">    (a) person without moral principles</w:t>
      </w:r>
      <w:r>
        <w:br/>
      </w:r>
      <w:r>
        <w:t xml:space="preserve">    (b) without pattern or planning</w:t>
      </w:r>
      <w:r>
        <w:br/>
      </w:r>
      <w:r>
        <w:t xml:space="preserve">    (c) apparently reasonable, but unproven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truce between the warring factions proved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short-lived</w:t>
      </w:r>
      <w:r>
        <w:rPr>
          <w:b/>
          <w:bCs/>
        </w:rPr>
        <w:t xml:space="preserve">, and fighting resumed after only a few days.</w:t>
      </w:r>
      <w:r>
        <w:br/>
      </w:r>
      <w:r>
        <w:t xml:space="preserve">    (a) lasting a long time</w:t>
      </w:r>
      <w:r>
        <w:br/>
      </w:r>
      <w:r>
        <w:t xml:space="preserve">    (b) lasting a short time</w:t>
      </w:r>
      <w:r>
        <w:br/>
      </w:r>
      <w:r>
        <w:t xml:space="preserve">    (c) coming and going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of the poem's four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stanzas</w:t>
      </w:r>
      <w:r>
        <w:rPr>
          <w:b/>
          <w:bCs/>
        </w:rPr>
        <w:t xml:space="preserve"> </w:t>
      </w:r>
      <w:r>
        <w:rPr>
          <w:b/>
          <w:bCs/>
        </w:rPr>
        <w:t xml:space="preserve">tells part of the story.</w:t>
      </w:r>
      <w:r>
        <w:br/>
      </w:r>
      <w:r>
        <w:t xml:space="preserve">    (a) titles</w:t>
      </w:r>
      <w:r>
        <w:br/>
      </w:r>
      <w:r>
        <w:t xml:space="preserve">    (b) verses</w:t>
      </w:r>
      <w:r>
        <w:br/>
      </w:r>
      <w:r>
        <w:t xml:space="preserve">    (c) rhymes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2026-07-31T18:33:28Z</dcterms:created>
  <dcterms:modified xsi:type="dcterms:W3CDTF">2026-07-31T18:33:28Z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