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1e652fe67e4e9292aec36ed90af60ad1635d06"/>
    <w:p>
      <w:pPr>
        <w:pStyle w:val="Heading1"/>
      </w:pPr>
      <w:r>
        <w:rPr>
          <w:b/>
          <w:bCs/>
        </w:rPr>
        <w:t xml:space="preserve">The Last Olympian</w:t>
      </w:r>
      <w:r>
        <w:br/>
      </w:r>
      <w:r>
        <w:rPr>
          <w:i/>
          <w:iCs/>
        </w:rPr>
        <w:t xml:space="preserve">Rick Riordan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edge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scythe</w:t>
      </w:r>
      <w:r>
        <w:rPr>
          <w:b/>
          <w:bCs/>
        </w:rPr>
        <w:t xml:space="preserve"> </w:t>
      </w:r>
      <w:r>
        <w:rPr>
          <w:b/>
          <w:bCs/>
        </w:rPr>
        <w:t xml:space="preserve">shaved off my shirtsleeve and grazed my arm.</w:t>
      </w:r>
      <w:r>
        <w:br/>
      </w:r>
      <w:r>
        <w:t xml:space="preserve">    (a) (noun) a strip of hair made lighter in color  OR  (verb) making strips of hair lighter in color</w:t>
      </w:r>
      <w:r>
        <w:br/>
      </w:r>
      <w:r>
        <w:t xml:space="preserve">    (b) to mix different things that maintain their difference in the mixture; or the resulting mixture</w:t>
      </w:r>
      <w:r>
        <w:br/>
      </w:r>
      <w:r>
        <w:t xml:space="preserve">    (c) a tool for cutting grass that has a curved blade and a long handle that is held with both hands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sat up, and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gossamer</w:t>
      </w:r>
      <w:r>
        <w:rPr>
          <w:b/>
          <w:bCs/>
        </w:rPr>
        <w:t xml:space="preserve"> </w:t>
      </w:r>
      <w:r>
        <w:rPr>
          <w:b/>
          <w:bCs/>
        </w:rPr>
        <w:t xml:space="preserve">sheet floated away.</w:t>
      </w:r>
      <w:r>
        <w:br/>
      </w:r>
      <w:r>
        <w:t xml:space="preserve">    (a) dreamlike state of altered consciousness</w:t>
      </w:r>
      <w:r>
        <w:br/>
      </w:r>
      <w:r>
        <w:t xml:space="preserve">    (b) characteristic (of something or someone)</w:t>
      </w:r>
      <w:r>
        <w:br/>
      </w:r>
      <w:r>
        <w:t xml:space="preserve">    (c) characterized by unusual lightness and delicacy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palace was as big as the city on Mount Olympus, with wide courtyards, gardens, and columned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pavilions</w:t>
      </w:r>
      <w:r>
        <w:rPr>
          <w:b/>
          <w:bCs/>
        </w:rPr>
        <w:t xml:space="preserve">.</w:t>
      </w:r>
      <w:r>
        <w:br/>
      </w:r>
      <w:r>
        <w:t xml:space="preserve">    (a) a large building or section of a building that stands apart in function or design -- often used for gatherings, exhibitions, or specialized purposes</w:t>
      </w:r>
      <w:r>
        <w:br/>
      </w:r>
      <w:r>
        <w:t xml:space="preserve">    (b) (noun) things that are lighter and draw attention -- such as areas of a painting  OR  (verb) making some things lighter -- such as areas of a painting</w:t>
      </w:r>
      <w:r>
        <w:br/>
      </w:r>
      <w:r>
        <w:t xml:space="preserve">    (c) items characterized by narrower parallel folds when closed and wider when open -- such as a door or musical instrument with that characteristic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"But you're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</w:t>
      </w:r>
      <w:r>
        <w:rPr>
          <w:b/>
          <w:bCs/>
        </w:rPr>
        <w:t xml:space="preserve">," I said quietly.</w:t>
      </w:r>
      <w:r>
        <w:br/>
      </w:r>
      <w:r>
        <w:t xml:space="preserve">    (a) relating to existentialism -- a philosophical movement that assumes each person is free to determine what is essential in their existence</w:t>
      </w:r>
      <w:r>
        <w:br/>
      </w:r>
      <w:r>
        <w:t xml:space="preserve">    (b) living or existing forever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someone famous throughout history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someone who will never die -- such as a mythological god</w:t>
      </w:r>
      <w:r>
        <w:br/>
      </w:r>
      <w:r>
        <w:t xml:space="preserve">    (c) (adjective) of low quality, or of lower quality or rank than something else  OR  (more rarely as a noun) a person of lower rank or status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huge sea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 </w:t>
      </w:r>
      <w:r>
        <w:rPr>
          <w:b/>
          <w:bCs/>
        </w:rPr>
        <w:t xml:space="preserve">appeared from above us and spiraled down toward the roof.</w:t>
      </w:r>
      <w:r>
        <w:br/>
      </w:r>
      <w:r>
        <w:t xml:space="preserve">    (a) snake</w:t>
      </w:r>
      <w:r>
        <w:br/>
      </w:r>
      <w:r>
        <w:t xml:space="preserve">    (b) story</w:t>
      </w:r>
      <w:r>
        <w:br/>
      </w:r>
      <w:r>
        <w:t xml:space="preserve">    (c) skill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neutral</w:t>
      </w:r>
      <w:r>
        <w:rPr>
          <w:b/>
          <w:bCs/>
        </w:rPr>
        <w:t xml:space="preserve"> </w:t>
      </w:r>
      <w:r>
        <w:rPr>
          <w:b/>
          <w:bCs/>
        </w:rPr>
        <w:t xml:space="preserve">in the first war of gods and Titans.</w:t>
      </w:r>
      <w:r>
        <w:br/>
      </w:r>
      <w:r>
        <w:t xml:space="preserve">    (a) rude or unfriendly because of using too few words or moving too quickly</w:t>
      </w:r>
      <w:r>
        <w:br/>
      </w:r>
      <w:r>
        <w:t xml:space="preserve">    (b) relating to classical music plays in which most of the dialogue is sung</w:t>
      </w:r>
      <w:r>
        <w:br/>
      </w:r>
      <w:r>
        <w:t xml:space="preserve">    (c) not favoring either 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"We'll put the car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neutral</w:t>
      </w:r>
      <w:r>
        <w:rPr>
          <w:b/>
          <w:bCs/>
        </w:rPr>
        <w:t xml:space="preserve">," I said.</w:t>
      </w:r>
      <w:r>
        <w:br/>
      </w:r>
      <w:r>
        <w:t xml:space="preserve">    (a) capable of being better understood through detailed examination</w:t>
      </w:r>
      <w:r>
        <w:br/>
      </w:r>
      <w:r>
        <w:t xml:space="preserve">    (b) the degree to which something is able to change or is different</w:t>
      </w:r>
      <w:r>
        <w:br/>
      </w:r>
      <w:r>
        <w:t xml:space="preserve">    (c) a state where the gears are unengaged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empathy</w:t>
      </w:r>
      <w:r>
        <w:rPr>
          <w:b/>
          <w:bCs/>
        </w:rPr>
        <w:t xml:space="preserve"> </w:t>
      </w:r>
      <w:r>
        <w:rPr>
          <w:b/>
          <w:bCs/>
        </w:rPr>
        <w:t xml:space="preserve">link with Grover, so I hoped I would know if anything bad happened to him.</w:t>
      </w:r>
      <w:r>
        <w:br/>
      </w:r>
      <w:r>
        <w:t xml:space="preserve">    (a) someone who believes that all knowledge is derived from experience</w:t>
      </w:r>
      <w:r>
        <w:br/>
      </w:r>
      <w:r>
        <w:t xml:space="preserve">    (b) the ability or tendency to understand or share in others' feelings</w:t>
      </w:r>
      <w:r>
        <w:br/>
      </w:r>
      <w:r>
        <w:t xml:space="preserve">    (c) a place where conditions are kept as they were to protect wildlife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"Percy," she said, her voice tight, "Rachel is just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."</w:t>
      </w:r>
      <w:r>
        <w:br/>
      </w:r>
      <w:r>
        <w:t xml:space="preserve">    (a) someone who provides start-up money to new companies</w:t>
      </w:r>
      <w:r>
        <w:br/>
      </w:r>
      <w:r>
        <w:t xml:space="preserve">    (b) human (especially merely human)</w:t>
      </w:r>
      <w:r>
        <w:br/>
      </w:r>
      <w:r>
        <w:t xml:space="preserve">    (c) someone who combines components into a complex whole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belly would've made him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invincible</w:t>
      </w:r>
      <w:r>
        <w:rPr>
          <w:b/>
          <w:bCs/>
        </w:rPr>
        <w:t xml:space="preserve"> </w:t>
      </w:r>
      <w:r>
        <w:rPr>
          <w:b/>
          <w:bCs/>
        </w:rPr>
        <w:t xml:space="preserve">bumper car.</w:t>
      </w:r>
      <w:r>
        <w:br/>
      </w:r>
      <w:r>
        <w:t xml:space="preserve">    (a) impossible to defeat or overcome</w:t>
      </w:r>
      <w:r>
        <w:br/>
      </w:r>
      <w:r>
        <w:t xml:space="preserve">    (b) indicating approval or agreement</w:t>
      </w:r>
      <w:r>
        <w:br/>
      </w:r>
      <w:r>
        <w:t xml:space="preserve">    (c) the condition of being different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about what Hestia had said, about how hard it was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, and I figured maybe my mom was finding that out.</w:t>
      </w:r>
      <w:r>
        <w:br/>
      </w:r>
      <w:r>
        <w:t xml:space="preserve">    (a) an involuntary vomiting spasm</w:t>
      </w:r>
      <w:r>
        <w:br/>
      </w:r>
      <w:r>
        <w:t xml:space="preserve">    (b) give in (or give what is asked)</w:t>
      </w:r>
      <w:r>
        <w:br/>
      </w:r>
      <w:r>
        <w:t xml:space="preserve">    (c) select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Luke carried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 </w:t>
      </w:r>
      <w:r>
        <w:rPr>
          <w:b/>
          <w:bCs/>
        </w:rPr>
        <w:t xml:space="preserve">knife.</w:t>
      </w:r>
      <w:r>
        <w:br/>
      </w:r>
      <w:r>
        <w:t xml:space="preserve">    (a) examine in detail to better understand</w:t>
      </w:r>
      <w:r>
        <w:br/>
      </w:r>
      <w:r>
        <w:t xml:space="preserve">    (b) made of a type of high-quality metal</w:t>
      </w:r>
      <w:r>
        <w:br/>
      </w:r>
      <w:r>
        <w:t xml:space="preserve">    (c)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it came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again, I saw Hades kneeling in the ruins, holding the broken form of Maria di Angelo.</w:t>
      </w:r>
      <w:r>
        <w:br/>
      </w:r>
      <w:r>
        <w:t xml:space="preserve">    (a) a condition where the body cannot properly regulate blood sugar levels because it produces little or no insulin</w:t>
      </w:r>
      <w:r>
        <w:br/>
      </w:r>
      <w:r>
        <w:t xml:space="preserve">    (b) view (a state where something can be seen clearly)</w:t>
      </w:r>
      <w:r>
        <w:br/>
      </w:r>
      <w:r>
        <w:t xml:space="preserve">    (c) software that stops uninvited software from spreading between computers and causing damage to data and software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broken spear in his belly, and his furry goat legs were twisted at a painful angle. He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on us, but I don't think he saw us.</w:t>
      </w:r>
      <w:r>
        <w:br/>
      </w:r>
      <w:r>
        <w:t xml:space="preserve">    (a) make one's home in; or live in; or stay (in a place)</w:t>
      </w:r>
      <w:r>
        <w:br/>
      </w:r>
      <w:r>
        <w:t xml:space="preserve">    (b) look</w:t>
      </w:r>
      <w:r>
        <w:br/>
      </w:r>
      <w:r>
        <w:t xml:space="preserve">    (c) a real estate loan; or pledging something for a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body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wither</w:t>
      </w:r>
      <w:r>
        <w:rPr>
          <w:b/>
          <w:bCs/>
        </w:rPr>
        <w:t xml:space="preserve"> </w:t>
      </w:r>
      <w:r>
        <w:rPr>
          <w:b/>
          <w:bCs/>
        </w:rPr>
        <w:t xml:space="preserve">and die, and still the Oracle's spirit will be locked inside you.</w:t>
      </w:r>
      <w:r>
        <w:br/>
      </w:r>
      <w:r>
        <w:t xml:space="preserve">    (a) restart (a fire)</w:t>
      </w:r>
      <w:r>
        <w:br/>
      </w:r>
      <w:r>
        <w:t xml:space="preserve">    (b) started (a fire)</w:t>
      </w:r>
      <w:r>
        <w:br/>
      </w:r>
      <w:r>
        <w:t xml:space="preserve">    (c) weaken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withered</w:t>
      </w:r>
      <w:r>
        <w:rPr>
          <w:b/>
          <w:bCs/>
        </w:rPr>
        <w:t xml:space="preserve"> </w:t>
      </w:r>
      <w:r>
        <w:rPr>
          <w:b/>
          <w:bCs/>
        </w:rPr>
        <w:t xml:space="preserve">mummy shuffled forward in her rainbow dress.</w:t>
      </w:r>
      <w:r>
        <w:br/>
      </w:r>
      <w:r>
        <w:t xml:space="preserve">    (a) began fighting again</w:t>
      </w:r>
      <w:r>
        <w:br/>
      </w:r>
      <w:r>
        <w:t xml:space="preserve">    (b) dried out</w:t>
      </w:r>
      <w:r>
        <w:br/>
      </w:r>
      <w:r>
        <w:t xml:space="preserve">    (c) not accepted as true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promise Kronos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lenient</w:t>
      </w:r>
      <w:r>
        <w:rPr>
          <w:b/>
          <w:bCs/>
        </w:rPr>
        <w:t xml:space="preserve">.</w:t>
      </w:r>
      <w:r>
        <w:br/>
      </w:r>
      <w:r>
        <w:t xml:space="preserve">    (a) increasing reason or general desire to do something</w:t>
      </w:r>
      <w:r>
        <w:br/>
      </w:r>
      <w:r>
        <w:t xml:space="preserve">    (b) less strict or more tolerant than might be expected</w:t>
      </w:r>
      <w:r>
        <w:br/>
      </w:r>
      <w:r>
        <w:t xml:space="preserve">    (c) the state of being unaware of one's mental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it hadn't been for my 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invulnerability</w:t>
      </w:r>
      <w:r>
        <w:rPr>
          <w:b/>
          <w:bCs/>
        </w:rPr>
        <w:t xml:space="preserve">, I would've broken every bone in my body.</w:t>
      </w:r>
      <w:r>
        <w:br/>
      </w:r>
      <w:r>
        <w:t xml:space="preserve">    (a) restarted (a fire)</w:t>
      </w:r>
      <w:r>
        <w:br/>
      </w:r>
      <w:r>
        <w:t xml:space="preserve">    (b) impossible to harm</w:t>
      </w:r>
      <w:r>
        <w:br/>
      </w:r>
      <w:r>
        <w:t xml:space="preserve">    (c) wrongly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didn't look at all surprised that Chiron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centaur</w:t>
      </w:r>
      <w:r>
        <w:rPr>
          <w:b/>
          <w:bCs/>
        </w:rPr>
        <w:t xml:space="preserve">.</w:t>
      </w:r>
      <w:r>
        <w:br/>
      </w:r>
      <w:r>
        <w:t xml:space="preserve">    (a) a mythical being that is half man and half horse</w:t>
      </w:r>
      <w:r>
        <w:br/>
      </w:r>
      <w:r>
        <w:t xml:space="preserve">    (b) the act, process, or instance of telling a story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have the gift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prophecy</w:t>
      </w:r>
      <w:r>
        <w:rPr>
          <w:b/>
          <w:bCs/>
        </w:rPr>
        <w:t xml:space="preserve">.</w:t>
      </w:r>
      <w:r>
        <w:br/>
      </w:r>
      <w:r>
        <w:t xml:space="preserve">    (a) a positively charged ion</w:t>
      </w:r>
      <w:r>
        <w:br/>
      </w:r>
      <w:r>
        <w:t xml:space="preserve">    (b) prediction of the future</w:t>
      </w:r>
      <w:r>
        <w:br/>
      </w:r>
      <w:r>
        <w:t xml:space="preserve">    (c) social event or ceremony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2026-07-31T18:33:28Z</dcterms:created>
  <dcterms:modified xsi:type="dcterms:W3CDTF">2026-07-31T18:33:28Z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