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df34c0c0a57a419f4e98d875325696f1ac432d8"/>
    <w:p>
      <w:pPr>
        <w:pStyle w:val="Heading1"/>
      </w:pPr>
      <w:r>
        <w:rPr>
          <w:b/>
          <w:bCs/>
        </w:rPr>
        <w:t xml:space="preserve">The Last Lecture</w:t>
      </w:r>
      <w:r>
        <w:br/>
      </w:r>
      <w:r>
        <w:rPr>
          <w:i/>
          <w:iCs/>
        </w:rPr>
        <w:t xml:space="preserve">Randy Pausch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Each day, I ride my bike around my neighborhood, getting exercise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crucial</w:t>
      </w:r>
      <w:r>
        <w:rPr>
          <w:b/>
          <w:bCs/>
        </w:rPr>
        <w:t xml:space="preserve"> </w:t>
      </w:r>
      <w:r>
        <w:rPr>
          <w:b/>
          <w:bCs/>
        </w:rPr>
        <w:t xml:space="preserve">for my health.</w:t>
      </w:r>
      <w:r>
        <w:br/>
      </w:r>
      <w:r>
        <w:t xml:space="preserve">    (a) more than is needed</w:t>
      </w:r>
      <w:r>
        <w:br/>
      </w:r>
      <w:r>
        <w:t xml:space="preserve">    (b) natural</w:t>
      </w:r>
      <w:r>
        <w:br/>
      </w:r>
      <w:r>
        <w:t xml:space="preserve">    (c) very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we had to vanish tomorrow, what would we want as 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legacy</w:t>
      </w:r>
      <w:r>
        <w:rPr>
          <w:b/>
          <w:bCs/>
        </w:rPr>
        <w:t xml:space="preserve">?</w:t>
      </w:r>
      <w:r>
        <w:br/>
      </w:r>
      <w:r>
        <w:t xml:space="preserve">    (a) something that helps clarify or demonstrate</w:t>
      </w:r>
      <w:r>
        <w:br/>
      </w:r>
      <w:r>
        <w:t xml:space="preserve">    (b) something left behind</w:t>
      </w:r>
      <w:r>
        <w:br/>
      </w:r>
      <w:r>
        <w:t xml:space="preserve">    (c) the act of taking something on as one's 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the time, I already had been diagnosed with pancreatic cancer, but I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optimistic</w:t>
      </w:r>
      <w:r>
        <w:rPr>
          <w:b/>
          <w:bCs/>
        </w:rPr>
        <w:t xml:space="preserve">.</w:t>
      </w:r>
      <w:r>
        <w:br/>
      </w:r>
      <w:r>
        <w:t xml:space="preserve">    (a) in a manner of accepting something as true (without proof)</w:t>
      </w:r>
      <w:r>
        <w:br/>
      </w:r>
      <w:r>
        <w:t xml:space="preserve">    (b) expecting the best; or focusing on the good part of things</w:t>
      </w:r>
      <w:r>
        <w:br/>
      </w:r>
      <w:r>
        <w:t xml:space="preserve">    (c) relating separately to the people or things just mentioned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had little interest in giving a discourse on, say, my insights into how I coped with the disease, or how it gave me new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perspectives</w:t>
      </w:r>
      <w:r>
        <w:rPr>
          <w:b/>
          <w:bCs/>
        </w:rPr>
        <w:t xml:space="preserve">.</w:t>
      </w:r>
      <w:r>
        <w:br/>
      </w:r>
      <w:r>
        <w:t xml:space="preserve">    (a) ways of seeing or thinking about things</w:t>
      </w:r>
      <w:r>
        <w:br/>
      </w:r>
      <w:r>
        <w:t xml:space="preserve">    (b) things that help clarify or demonstrate</w:t>
      </w:r>
      <w:r>
        <w:br/>
      </w:r>
      <w:r>
        <w:t xml:space="preserve">    (c) things designed to stops something else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just to keep things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perspective</w:t>
      </w:r>
      <w:r>
        <w:rPr>
          <w:b/>
          <w:bCs/>
        </w:rPr>
        <w:t xml:space="preserve">, from the "Some-Things-Never-Change" department, an unrequited crush from high school wrote to wish me well and gently reminded me why I was way too nerdy for her back then (also letting slip that she'd gone on to marry a real doctor).</w:t>
      </w:r>
      <w:r>
        <w:br/>
      </w:r>
      <w:r>
        <w:t xml:space="preserve">    (a) relating to the chest (thorax)</w:t>
      </w:r>
      <w:r>
        <w:br/>
      </w:r>
      <w:r>
        <w:t xml:space="preserve">    (b) a sensible view of a situation</w:t>
      </w:r>
      <w:r>
        <w:br/>
      </w:r>
      <w:r>
        <w:t xml:space="preserve">    (c) made by taking on as one's 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thought hard about how I defined myself: as a teacher, a computer scientist, a husband, a father, a son, a friend, a brother,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mentor</w:t>
      </w:r>
      <w:r>
        <w:rPr>
          <w:b/>
          <w:bCs/>
        </w:rPr>
        <w:t xml:space="preserve"> </w:t>
      </w:r>
      <w:r>
        <w:rPr>
          <w:b/>
          <w:bCs/>
        </w:rPr>
        <w:t xml:space="preserve">to my students.</w:t>
      </w:r>
      <w:r>
        <w:br/>
      </w:r>
      <w:r>
        <w:t xml:space="preserve">    (a) to gradually destroy or change the purpose of something -- such as a government, institution, or rule</w:t>
      </w:r>
      <w:r>
        <w:br/>
      </w:r>
      <w:r>
        <w:t xml:space="preserve">    (b) a beam, bracket, or other structure supported only on one side; or to support something in that manner</w:t>
      </w:r>
      <w:r>
        <w:br/>
      </w:r>
      <w:r>
        <w:t xml:space="preserve">    (c) someone who guides and advises another who is less experienced; or the act of providing such guidance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Maybe it was a symbol of the balance in my life between aspiration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pragmatism</w:t>
      </w:r>
      <w:r>
        <w:rPr>
          <w:b/>
          <w:bCs/>
        </w:rPr>
        <w:t xml:space="preserve">.</w:t>
      </w:r>
      <w:r>
        <w:br/>
      </w:r>
      <w:r>
        <w:t xml:space="preserve">    (a) concern with practical matters</w:t>
      </w:r>
      <w:r>
        <w:br/>
      </w:r>
      <w:r>
        <w:t xml:space="preserve">    (b) doubt (that something is true)</w:t>
      </w:r>
      <w:r>
        <w:br/>
      </w:r>
      <w:r>
        <w:t xml:space="preserve">    (c) between daylight and darkness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fact, over time, my bedroom became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focal</w:t>
      </w:r>
      <w:r>
        <w:rPr>
          <w:b/>
          <w:bCs/>
        </w:rPr>
        <w:t xml:space="preserve"> </w:t>
      </w:r>
      <w:r>
        <w:rPr>
          <w:b/>
          <w:bCs/>
        </w:rPr>
        <w:t xml:space="preserve">point of her house tour when anyone came to visit.</w:t>
      </w:r>
      <w:r>
        <w:br/>
      </w:r>
      <w:r>
        <w:t xml:space="preserve">    (a) place where attention is concentrated</w:t>
      </w:r>
      <w:r>
        <w:br/>
      </w:r>
      <w:r>
        <w:t xml:space="preserve">    (b) computer code that performs a specific task</w:t>
      </w:r>
      <w:r>
        <w:br/>
      </w:r>
      <w:r>
        <w:t xml:space="preserve">    (c) the act of taking something on as one's 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I'd say that to students as a reminder not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focus</w:t>
      </w:r>
      <w:r>
        <w:rPr>
          <w:b/>
          <w:bCs/>
        </w:rPr>
        <w:t xml:space="preserve"> </w:t>
      </w:r>
      <w:r>
        <w:rPr>
          <w:b/>
          <w:bCs/>
        </w:rPr>
        <w:t xml:space="preserve">on little issues, while ignoring the major ones.</w:t>
      </w:r>
      <w:r>
        <w:br/>
      </w:r>
      <w:r>
        <w:t xml:space="preserve">    (a) concentrate</w:t>
      </w:r>
      <w:r>
        <w:br/>
      </w:r>
      <w:r>
        <w:t xml:space="preserve">    (b) make one's home in; or live in; or stay (in a place)</w:t>
      </w:r>
      <w:r>
        <w:br/>
      </w:r>
      <w:r>
        <w:t xml:space="preserve">    (c) a real estate loan; or pledging something for a loan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parents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frugal</w:t>
      </w:r>
      <w:r>
        <w:rPr>
          <w:b/>
          <w:bCs/>
        </w:rPr>
        <w:t xml:space="preserve">.</w:t>
      </w:r>
      <w:r>
        <w:br/>
      </w:r>
      <w:r>
        <w:t xml:space="preserve">    (a) sensible and careful</w:t>
      </w:r>
      <w:r>
        <w:br/>
      </w:r>
      <w:r>
        <w:t xml:space="preserve">    (b) not demonstrative of</w:t>
      </w:r>
      <w:r>
        <w:br/>
      </w:r>
      <w:r>
        <w:t xml:space="preserve">    (c) avoided waste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so I asked lots of data-seeking questions, and found myself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hypothesizing</w:t>
      </w:r>
      <w:r>
        <w:rPr>
          <w:b/>
          <w:bCs/>
        </w:rPr>
        <w:t xml:space="preserve"> </w:t>
      </w:r>
      <w:r>
        <w:rPr>
          <w:b/>
          <w:bCs/>
        </w:rPr>
        <w:t xml:space="preserve">along with my doctors.</w:t>
      </w:r>
      <w:r>
        <w:br/>
      </w:r>
      <w:r>
        <w:t xml:space="preserve">    (a) controlling in advance (how something will turn out)</w:t>
      </w:r>
      <w:r>
        <w:br/>
      </w:r>
      <w:r>
        <w:t xml:space="preserve">    (b) holding together (connecting or uniting) or wrapping</w:t>
      </w:r>
      <w:r>
        <w:br/>
      </w:r>
      <w:r>
        <w:t xml:space="preserve">    (c) proposing reasonable, but unproven, ideas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knew that my cancer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diagnosis</w:t>
      </w:r>
      <w:r>
        <w:rPr>
          <w:b/>
          <w:bCs/>
        </w:rPr>
        <w:t xml:space="preserve"> </w:t>
      </w:r>
      <w:r>
        <w:rPr>
          <w:b/>
          <w:bCs/>
        </w:rPr>
        <w:t xml:space="preserve">was grim.</w:t>
      </w:r>
      <w:r>
        <w:br/>
      </w:r>
      <w:r>
        <w:t xml:space="preserve">    (a) identification (as in identifying an illness)</w:t>
      </w:r>
      <w:r>
        <w:br/>
      </w:r>
      <w:r>
        <w:t xml:space="preserve">    (b) the act or process of stopping something from happening</w:t>
      </w:r>
      <w:r>
        <w:br/>
      </w:r>
      <w:r>
        <w:t xml:space="preserve">    (c) a period of time when someone exhibits unusual behavior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Even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tenured</w:t>
      </w:r>
      <w:r>
        <w:rPr>
          <w:b/>
          <w:bCs/>
        </w:rPr>
        <w:t xml:space="preserve"> </w:t>
      </w:r>
      <w:r>
        <w:rPr>
          <w:b/>
          <w:bCs/>
        </w:rPr>
        <w:t xml:space="preserve">professor who could afford something better, I lived in a $450-a-month attic apartment with a fire-escape walkup.</w:t>
      </w:r>
      <w:r>
        <w:br/>
      </w:r>
      <w:r>
        <w:t xml:space="preserve">    (a) of a concept or idea not associated with any specific instance</w:t>
      </w:r>
      <w:r>
        <w:br/>
      </w:r>
      <w:r>
        <w:t xml:space="preserve">    (b) successful (having been granted the right to keep a job as long as desired)</w:t>
      </w:r>
      <w:r>
        <w:br/>
      </w:r>
      <w:r>
        <w:t xml:space="preserve">    (c) the characteristic of being excessively unhappy and unsociable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were in the basket of the balloon, and the odds of the basket hitting the train were small.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, there was certainly a risk that the giant balloon itself (called "the envelope") would fall onto the tracks when we hit the ground.</w:t>
      </w:r>
      <w:r>
        <w:br/>
      </w:r>
      <w:r>
        <w:t xml:space="preserve">    (a) though (used to connect contrasting ideas)</w:t>
      </w:r>
      <w:r>
        <w:br/>
      </w:r>
      <w:r>
        <w:t xml:space="preserve">    (b) in keeping with or in agreement with what was just stated</w:t>
      </w:r>
      <w:r>
        <w:br/>
      </w:r>
      <w:r>
        <w:t xml:space="preserve">    (c) therefore (for that reason)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 </w:t>
      </w:r>
      <w:r>
        <w:rPr>
          <w:b/>
          <w:bCs/>
        </w:rPr>
        <w:t xml:space="preserve">they wanted to throw those lights on the tree was fine by me.</w:t>
      </w:r>
      <w:r>
        <w:br/>
      </w:r>
      <w:r>
        <w:t xml:space="preserve">    (a) starts (a fire)</w:t>
      </w:r>
      <w:r>
        <w:br/>
      </w:r>
      <w:r>
        <w:t xml:space="preserve">    (b) in whatever way</w:t>
      </w:r>
      <w:r>
        <w:br/>
      </w:r>
      <w:r>
        <w:t xml:space="preserve">    (c) starts fighting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recognized that there were things we could do that might help the outcome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positive</w:t>
      </w:r>
      <w:r>
        <w:rPr>
          <w:b/>
          <w:bCs/>
        </w:rPr>
        <w:t xml:space="preserve"> </w:t>
      </w:r>
      <w:r>
        <w:rPr>
          <w:b/>
          <w:bCs/>
        </w:rPr>
        <w:t xml:space="preserve">ways…and we did them.</w:t>
      </w:r>
      <w:r>
        <w:br/>
      </w:r>
      <w:r>
        <w:t xml:space="preserve">    (a) impossible to find</w:t>
      </w:r>
      <w:r>
        <w:br/>
      </w:r>
      <w:r>
        <w:t xml:space="preserve">    (b) not representative</w:t>
      </w:r>
      <w:r>
        <w:br/>
      </w:r>
      <w:r>
        <w:t xml:space="preserve">    (c) good or beneficial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pains him to see patients who are having a tough day healthwise and assume it's because they weren't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positive</w:t>
      </w:r>
      <w:r>
        <w:rPr>
          <w:b/>
          <w:bCs/>
        </w:rPr>
        <w:t xml:space="preserve"> </w:t>
      </w:r>
      <w:r>
        <w:rPr>
          <w:b/>
          <w:bCs/>
        </w:rPr>
        <w:t xml:space="preserve">enough.</w:t>
      </w:r>
      <w:r>
        <w:br/>
      </w:r>
      <w:r>
        <w:t xml:space="preserve">    (a) optimistic (focusing on good things)</w:t>
      </w:r>
      <w:r>
        <w:br/>
      </w:r>
      <w:r>
        <w:t xml:space="preserve">    (b) not sensible or careful</w:t>
      </w:r>
      <w:r>
        <w:br/>
      </w:r>
      <w:r>
        <w:t xml:space="preserve">    (c) unable to get closer 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IV —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ENABLING</w:t>
      </w:r>
      <w:r>
        <w:rPr>
          <w:b/>
          <w:bCs/>
        </w:rPr>
        <w:t xml:space="preserve"> </w:t>
      </w:r>
      <w:r>
        <w:rPr>
          <w:b/>
          <w:bCs/>
        </w:rPr>
        <w:t xml:space="preserve">THE DREAMS OF OTHERS</w:t>
      </w:r>
      <w:r>
        <w:br/>
      </w:r>
      <w:r>
        <w:t xml:space="preserve">    (a) being a sign of</w:t>
      </w:r>
      <w:r>
        <w:br/>
      </w:r>
      <w:r>
        <w:t xml:space="preserve">    (b) making possible</w:t>
      </w:r>
      <w:r>
        <w:br/>
      </w:r>
      <w:r>
        <w:t xml:space="preserve">    (c) moving downward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"Hip" people love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parodies</w:t>
      </w:r>
      <w:r>
        <w:rPr>
          <w:b/>
          <w:bCs/>
        </w:rPr>
        <w:t xml:space="preserve">.</w:t>
      </w:r>
      <w:r>
        <w:br/>
      </w:r>
      <w:r>
        <w:t xml:space="preserve">    (a) expresses personal artistic ideas or feelings while performing (or performing to) someone else's work</w:t>
      </w:r>
      <w:r>
        <w:br/>
      </w:r>
      <w:r>
        <w:t xml:space="preserve">    (b) humorous, exaggerated imitations of things done to mock or make fun of them</w:t>
      </w:r>
      <w:r>
        <w:br/>
      </w:r>
      <w:r>
        <w:t xml:space="preserve">    (c) gradually destroys or changes the purpose of something -- such as a government, institution, or rule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may diplomatically tell them some of the things that made me exasperating; my overly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analytical</w:t>
      </w:r>
      <w:r>
        <w:rPr>
          <w:b/>
          <w:bCs/>
        </w:rPr>
        <w:t xml:space="preserve"> </w:t>
      </w:r>
      <w:r>
        <w:rPr>
          <w:b/>
          <w:bCs/>
        </w:rPr>
        <w:t xml:space="preserve">approach to life, my insistence (too often) that I know best.</w:t>
      </w:r>
      <w:r>
        <w:br/>
      </w:r>
      <w:r>
        <w:t xml:space="preserve">    (a) the state or degree of being pessimistic or disagreeable</w:t>
      </w:r>
      <w:r>
        <w:br/>
      </w:r>
      <w:r>
        <w:t xml:space="preserve">    (b) related to the natural world (life, air, water, land...)</w:t>
      </w:r>
      <w:r>
        <w:br/>
      </w:r>
      <w:r>
        <w:t xml:space="preserve">    (c) relating to logical examination to improve understanding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2026-07-31T17:18:25Z</dcterms:created>
  <dcterms:modified xsi:type="dcterms:W3CDTF">2026-07-31T17:18:25Z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