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430c1c44366c1664ed4ba661ea2f60dd98be6d"/>
    <w:p>
      <w:pPr>
        <w:pStyle w:val="Heading1"/>
      </w:pPr>
      <w:r>
        <w:rPr>
          <w:b/>
          <w:bCs/>
        </w:rPr>
        <w:t xml:space="preserve">The Last Lecture</w:t>
      </w:r>
      <w:r>
        <w:br/>
      </w:r>
      <w:r>
        <w:rPr>
          <w:i/>
          <w:iCs/>
        </w:rPr>
        <w:t xml:space="preserve">Randy Pausch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made a pledge to myself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</w:t>
      </w:r>
      <w:r>
        <w:rPr>
          <w:b/>
          <w:bCs/>
        </w:rPr>
        <w:t xml:space="preserve"> </w:t>
      </w:r>
      <w:r>
        <w:rPr>
          <w:b/>
          <w:bCs/>
        </w:rPr>
        <w:t xml:space="preserve">to Jai and honor her wishes.</w:t>
      </w:r>
      <w:r>
        <w:br/>
      </w:r>
      <w:r>
        <w:t xml:space="preserve">    (a) argue</w:t>
      </w:r>
      <w:r>
        <w:br/>
      </w:r>
      <w:r>
        <w:t xml:space="preserve">    (b) pretend to be ignorant</w:t>
      </w:r>
      <w:r>
        <w:br/>
      </w:r>
      <w:r>
        <w:t xml:space="preserve">    (c) submit my wishes to those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Given Jai's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reticence</w:t>
      </w:r>
      <w:r>
        <w:rPr>
          <w:b/>
          <w:bCs/>
        </w:rPr>
        <w:t xml:space="preserve">, I knew I had to look honestly at my motivations. Why was this talk so important to me?</w:t>
      </w:r>
      <w:r>
        <w:br/>
      </w:r>
      <w:r>
        <w:t xml:space="preserve">    (a) reluctance</w:t>
      </w:r>
      <w:r>
        <w:br/>
      </w:r>
      <w:r>
        <w:t xml:space="preserve">    (b) the act of stopping a battle or fight</w:t>
      </w:r>
      <w:r>
        <w:br/>
      </w:r>
      <w:r>
        <w:t xml:space="preserve">    (c) a short part of a longer written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prove I still had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 </w:t>
      </w:r>
      <w:r>
        <w:rPr>
          <w:b/>
          <w:bCs/>
        </w:rPr>
        <w:t xml:space="preserve">to perform?</w:t>
      </w:r>
      <w:r>
        <w:br/>
      </w:r>
      <w:r>
        <w:t xml:space="preserve">    (a) the highest degree awarded in universities in many fields of study</w:t>
      </w:r>
      <w:r>
        <w:br/>
      </w:r>
      <w:r>
        <w:t xml:space="preserve">    (b) unconstrained in some way -- such as untied or no longer obligated</w:t>
      </w:r>
      <w:r>
        <w:br/>
      </w:r>
      <w:r>
        <w:t xml:space="preserve">    (c) strength that enables one to endure adversity with courage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mean, the greatest thing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cognitive dissonance</w:t>
      </w:r>
      <w:r>
        <w:rPr>
          <w:b/>
          <w:bCs/>
        </w:rPr>
        <w:t xml:space="preserve"> </w:t>
      </w:r>
      <w:r>
        <w:rPr>
          <w:b/>
          <w:bCs/>
        </w:rPr>
        <w:t xml:space="preserve">you will ever see is that I am in really good shape.</w:t>
      </w:r>
      <w:r>
        <w:br/>
      </w:r>
      <w:r>
        <w:t xml:space="preserve">    (a) physics:  some insects can walk on water because of this water/air boundary created by the attractive forces between water molecules</w:t>
      </w:r>
      <w:r>
        <w:br/>
      </w:r>
      <w:r>
        <w:t xml:space="preserve">    (b) psychological discomfort that arises from an individual's awareness of inconsistencies within beliefs or between beliefs and actions</w:t>
      </w:r>
      <w:r>
        <w:br/>
      </w:r>
      <w:r>
        <w:t xml:space="preserve">    (c) a check that a bank has refused to cash or pay because the account holder does not have sufficient funds to cover it in their account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liked humorous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anecdotes</w:t>
      </w:r>
      <w:r>
        <w:rPr>
          <w:b/>
          <w:bCs/>
        </w:rPr>
        <w:t xml:space="preserve"> </w:t>
      </w:r>
      <w:r>
        <w:rPr>
          <w:b/>
          <w:bCs/>
        </w:rPr>
        <w:t xml:space="preserve">that turned into morality tales.</w:t>
      </w:r>
      <w:r>
        <w:br/>
      </w:r>
      <w:r>
        <w:t xml:space="preserve">    (a) short, true stories</w:t>
      </w:r>
      <w:r>
        <w:br/>
      </w:r>
      <w:r>
        <w:t xml:space="preserve">    (b) outward appearances</w:t>
      </w:r>
      <w:r>
        <w:br/>
      </w:r>
      <w:r>
        <w:t xml:space="preserve">    (c) sizes or dimensions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Maybe it was a symbol of the balance in my life between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pragmatism.</w:t>
      </w:r>
      <w:r>
        <w:br/>
      </w:r>
      <w:r>
        <w:t xml:space="preserve">    (a) desire</w:t>
      </w:r>
      <w:r>
        <w:br/>
      </w:r>
      <w:r>
        <w:t xml:space="preserve">    (b) memory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college professor, I've seen this as one lesson so many kids ignore, always to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detriment</w:t>
      </w:r>
      <w:r>
        <w:rPr>
          <w:b/>
          <w:bCs/>
        </w:rPr>
        <w:t xml:space="preserve">: You've got to get the fundamentals down, because otherwise the fancy stuff is not going to work.</w:t>
      </w:r>
      <w:r>
        <w:br/>
      </w:r>
      <w:r>
        <w:t xml:space="preserve">    (a) a fat compound</w:t>
      </w:r>
      <w:r>
        <w:br/>
      </w:r>
      <w:r>
        <w:t xml:space="preserve">    (b) harm or damage</w:t>
      </w:r>
      <w:r>
        <w:br/>
      </w:r>
      <w:r>
        <w:t xml:space="preserve">    (c) a hoofed mamma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co-writing a book with William Shatner (a. k. a. Kirk) about how scientific breakthroughs first imagined on Star Trek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foreshadowed</w:t>
      </w:r>
      <w:r>
        <w:rPr>
          <w:b/>
          <w:bCs/>
        </w:rPr>
        <w:t xml:space="preserve"> </w:t>
      </w:r>
      <w:r>
        <w:rPr>
          <w:b/>
          <w:bCs/>
        </w:rPr>
        <w:t xml:space="preserve">today's technological advancements.</w:t>
      </w:r>
      <w:r>
        <w:br/>
      </w:r>
      <w:r>
        <w:t xml:space="preserve">    (a) were indications of</w:t>
      </w:r>
      <w:r>
        <w:br/>
      </w:r>
      <w:r>
        <w:t xml:space="preserve">    (b) got closer to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felt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at all about what I was about to do.</w:t>
      </w:r>
      <w:r>
        <w:br/>
      </w:r>
      <w:r>
        <w:t xml:space="preserve">    (a) basic rules or beliefs</w:t>
      </w:r>
      <w:r>
        <w:br/>
      </w:r>
      <w:r>
        <w:t xml:space="preserve">    (b) feelings of uneasiness</w:t>
      </w:r>
      <w:r>
        <w:br/>
      </w:r>
      <w:r>
        <w:t xml:space="preserve">    (c) subtle characteristics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good friend Scott Sherman, whom I met freshman year, now recalls me as "having a total lack of tact, and being universally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acclaimed</w:t>
      </w:r>
      <w:r>
        <w:rPr>
          <w:b/>
          <w:bCs/>
        </w:rPr>
        <w:t xml:space="preserve"> </w:t>
      </w:r>
      <w:r>
        <w:rPr>
          <w:b/>
          <w:bCs/>
        </w:rPr>
        <w:t xml:space="preserve">as the person quickest to offend someone he had just met."</w:t>
      </w:r>
      <w:r>
        <w:br/>
      </w:r>
      <w:r>
        <w:t xml:space="preserve">    (a) adjusted a lens to make an image clear</w:t>
      </w:r>
      <w:r>
        <w:br/>
      </w:r>
      <w:r>
        <w:t xml:space="preserve">    (b) differed notably in brightness or tone</w:t>
      </w:r>
      <w:r>
        <w:br/>
      </w:r>
      <w:r>
        <w:t xml:space="preserve">    (c) popularly and enthusiastically praised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Magee, they did a wonderful job of simultaneously communicating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dissonant</w:t>
      </w:r>
      <w:r>
        <w:rPr>
          <w:b/>
          <w:bCs/>
        </w:rPr>
        <w:t xml:space="preserve"> </w:t>
      </w:r>
      <w:r>
        <w:rPr>
          <w:b/>
          <w:bCs/>
        </w:rPr>
        <w:t xml:space="preserve">things.</w:t>
      </w:r>
      <w:r>
        <w:br/>
      </w:r>
      <w:r>
        <w:t xml:space="preserve">    (a) baseball:  pitches thrown with little spin (so that they move in an unpredictable manner)</w:t>
      </w:r>
      <w:r>
        <w:br/>
      </w:r>
      <w:r>
        <w:t xml:space="preserve">    (b) conflicting</w:t>
      </w:r>
      <w:r>
        <w:br/>
      </w:r>
      <w:r>
        <w:t xml:space="preserve">    (c) the quality of accepting what happens without trying to take control or reacting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According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citation</w:t>
      </w:r>
      <w:r>
        <w:rPr>
          <w:b/>
          <w:bCs/>
        </w:rPr>
        <w:t xml:space="preserve">: "With complete disregard for his own safety, Private Pausch leaped from a covered position and commenced treating the wounded men while shells continued to fall in the immediate vicinity."</w:t>
      </w:r>
      <w:r>
        <w:br/>
      </w:r>
      <w:r>
        <w:t xml:space="preserve">    (a) written commendation (statement of praise)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Star Wars Episode II: Attack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Clones</w:t>
      </w:r>
      <w:r>
        <w:rPr>
          <w:b/>
          <w:bCs/>
        </w:rPr>
        <w:t xml:space="preserve">, Tommy was a lead technical director.</w:t>
      </w:r>
      <w:r>
        <w:br/>
      </w:r>
      <w:r>
        <w:t xml:space="preserve">    (a) snakes</w:t>
      </w:r>
      <w:r>
        <w:br/>
      </w:r>
      <w:r>
        <w:t xml:space="preserve">    (b) enters</w:t>
      </w:r>
      <w:r>
        <w:br/>
      </w:r>
      <w:r>
        <w:t xml:space="preserve">    (c) copies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premise</w:t>
      </w:r>
      <w:r>
        <w:rPr>
          <w:b/>
          <w:bCs/>
        </w:rPr>
        <w:t xml:space="preserve"> </w:t>
      </w:r>
      <w:r>
        <w:rPr>
          <w:b/>
          <w:bCs/>
        </w:rPr>
        <w:t xml:space="preserve">was not so far removed from the Mickey Rooney/Judy Garland idea of "Let's put on a show," only it was updated for the age of computer graphics, 3-D animation and the construction of what we called "immersive (helmet-based) interactive virtual reality worlds."</w:t>
      </w:r>
      <w:r>
        <w:br/>
      </w:r>
      <w:r>
        <w:t xml:space="preserve">    (a) the underlying situation</w:t>
      </w:r>
      <w:r>
        <w:br/>
      </w:r>
      <w:r>
        <w:t xml:space="preserve">    (b) the quality of accepting what happens without trying to take control or reacting strongly</w:t>
      </w:r>
      <w:r>
        <w:br/>
      </w:r>
      <w:r>
        <w:t xml:space="preserve">    (c) baseball:  pitches thrown with little spin (so that they move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replied: "Well, I'm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compulsive</w:t>
      </w:r>
      <w:r>
        <w:rPr>
          <w:b/>
          <w:bCs/>
        </w:rPr>
        <w:t xml:space="preserve"> </w:t>
      </w:r>
      <w:r>
        <w:rPr>
          <w:b/>
          <w:bCs/>
        </w:rPr>
        <w:t xml:space="preserve">male and I like to make little toy soldiers move around on my command, and that's fun."</w:t>
      </w:r>
      <w:r>
        <w:br/>
      </w:r>
      <w:r>
        <w:t xml:space="preserve">    (a) appropriate or related in size, amount, or degree</w:t>
      </w:r>
      <w:r>
        <w:br/>
      </w:r>
      <w:r>
        <w:t xml:space="preserve">    (b) done too much because of an uncontrollable desire</w:t>
      </w:r>
      <w:r>
        <w:br/>
      </w:r>
      <w:r>
        <w:t xml:space="preserve">    (c) the state of being aware of one's mental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originally called it "The Best Failure Award," but failure has so many negative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connotations</w:t>
      </w:r>
      <w:r>
        <w:rPr>
          <w:b/>
          <w:bCs/>
        </w:rPr>
        <w:t xml:space="preserve"> </w:t>
      </w:r>
      <w:r>
        <w:rPr>
          <w:b/>
          <w:bCs/>
        </w:rPr>
        <w:t xml:space="preserve">that students couldn't get past the word itself.</w:t>
      </w:r>
      <w:r>
        <w:br/>
      </w:r>
      <w:r>
        <w:t xml:space="preserve">    (a) subtle, but fatal weaknesses where otherwise there is obvious strength</w:t>
      </w:r>
      <w:r>
        <w:br/>
      </w:r>
      <w:r>
        <w:t xml:space="preserve">    (b) suggested ideas or feelings that goes beyond something's primary meaning</w:t>
      </w:r>
      <w:r>
        <w:br/>
      </w:r>
      <w:r>
        <w:t xml:space="preserve">    (c) people bound to serve another without pay -- such as a slaves or serfs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Others were so full of themselves that they'd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belittle</w:t>
      </w:r>
      <w:r>
        <w:rPr>
          <w:b/>
          <w:bCs/>
        </w:rPr>
        <w:t xml:space="preserve"> </w:t>
      </w:r>
      <w:r>
        <w:rPr>
          <w:b/>
          <w:bCs/>
        </w:rPr>
        <w:t xml:space="preserve">their partners.</w:t>
      </w:r>
      <w:r>
        <w:br/>
      </w:r>
      <w:r>
        <w:t xml:space="preserve">    (a) to be most powerful, important, or noticeable</w:t>
      </w:r>
      <w:r>
        <w:br/>
      </w:r>
      <w:r>
        <w:t xml:space="preserve">    (b) make them seem less important</w:t>
      </w:r>
      <w:r>
        <w:br/>
      </w:r>
      <w:r>
        <w:t xml:space="preserve">    (c) indicating criticism or disagreement, or "no"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parents made visits to Disney World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their volunteer work.</w:t>
      </w:r>
      <w:r>
        <w:br/>
      </w:r>
      <w:r>
        <w:t xml:space="preserve">    (a) an essential part or characteristic</w:t>
      </w:r>
      <w:r>
        <w:br/>
      </w:r>
      <w:r>
        <w:t xml:space="preserve">    (b) extra</w:t>
      </w:r>
      <w:r>
        <w:br/>
      </w:r>
      <w:r>
        <w:t xml:space="preserve">    (c)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Nico replied gravely, "Having money isn't part of our admissions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; we fund our students out of research grants."</w:t>
      </w:r>
      <w:r>
        <w:br/>
      </w:r>
      <w:r>
        <w:t xml:space="preserve">    (a) speaks with someone about something for the first time</w:t>
      </w:r>
      <w:r>
        <w:br/>
      </w:r>
      <w:r>
        <w:t xml:space="preserve">    (b) standards (reference points against which other things can be evaluated)</w:t>
      </w:r>
      <w:r>
        <w:br/>
      </w:r>
      <w:r>
        <w:t xml:space="preserve">    (c) the act of protecting something or keeping it as it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return, they had the right to be in the class and to have their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critiqued</w:t>
      </w:r>
      <w:r>
        <w:rPr>
          <w:b/>
          <w:bCs/>
        </w:rPr>
        <w:t xml:space="preserve"> </w:t>
      </w:r>
      <w:r>
        <w:rPr>
          <w:b/>
          <w:bCs/>
        </w:rPr>
        <w:t xml:space="preserve">and displayed.</w:t>
      </w:r>
      <w:r>
        <w:br/>
      </w:r>
      <w:r>
        <w:t xml:space="preserve">    (a) compensated for a loss; or paid a reward</w:t>
      </w:r>
      <w:r>
        <w:br/>
      </w:r>
      <w:r>
        <w:t xml:space="preserve">    (b) an examination and judgment of something</w:t>
      </w:r>
      <w:r>
        <w:br/>
      </w:r>
      <w:r>
        <w:t xml:space="preserve">    (c) not having taken power or responsibility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2026-07-31T17:18:26Z</dcterms:created>
  <dcterms:modified xsi:type="dcterms:W3CDTF">2026-07-31T17:18:26Z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