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7cbd302a3161b5e5a256420443bb8f3169f6c64"/>
    <w:p>
      <w:pPr>
        <w:pStyle w:val="Heading1"/>
      </w:pPr>
      <w:r>
        <w:rPr>
          <w:b/>
          <w:bCs/>
        </w:rPr>
        <w:t xml:space="preserve">The Lady, or the Tiger?</w:t>
      </w:r>
      <w:r>
        <w:br/>
      </w:r>
      <w:r>
        <w:rPr>
          <w:i/>
          <w:iCs/>
        </w:rPr>
        <w:t xml:space="preserve">Frank R. Stockton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He was a man of exuberant fancy, and, withal, of an authority so irresistible that, at his will, he turned his</w:t>
      </w:r>
      <w:r>
        <w:rPr>
          <w:b/>
          <w:bCs/>
        </w:rPr>
        <w:t xml:space="preserve"> </w:t>
      </w:r>
      <w:r>
        <w:rPr>
          <w:b/>
          <w:bCs/>
          <w:u w:val="single"/>
        </w:rPr>
        <w:t xml:space="preserve">varied</w:t>
      </w:r>
      <w:r>
        <w:rPr>
          <w:b/>
          <w:bCs/>
        </w:rPr>
        <w:t xml:space="preserve"> </w:t>
      </w:r>
      <w:r>
        <w:rPr>
          <w:b/>
          <w:bCs/>
        </w:rPr>
        <w:t xml:space="preserve">fancies into facts.</w:t>
      </w:r>
      <w:r>
        <w:br/>
      </w:r>
      <w:r>
        <w:t xml:space="preserve">    (a) differed; or changed</w:t>
      </w:r>
      <w:r>
        <w:br/>
      </w:r>
      <w:r>
        <w:t xml:space="preserve">    (b) took on as one's own</w:t>
      </w:r>
      <w:r>
        <w:br/>
      </w:r>
      <w:r>
        <w:t xml:space="preserve">    (c) began fighting again</w:t>
      </w:r>
    </w:p>
    <w:p>
      <w:pPr>
        <w:pStyle w:val="Compact"/>
        <w:numPr>
          <w:ilvl w:val="0"/>
          <w:numId w:val="1001"/>
        </w:numPr>
      </w:pPr>
      <w:r>
        <w:rPr>
          <w:b/>
          <w:bCs/>
        </w:rPr>
        <w:t xml:space="preserve">When every member of his domestic and political systems moved smoothly in its appointed course, his nature was bland and genial; but, whenever there was a little hitch, and some of his orbs got out of their orbits, he was</w:t>
      </w:r>
      <w:r>
        <w:rPr>
          <w:b/>
          <w:bCs/>
        </w:rPr>
        <w:t xml:space="preserve"> </w:t>
      </w:r>
      <w:r>
        <w:rPr>
          <w:b/>
          <w:bCs/>
          <w:u w:val="single"/>
        </w:rPr>
        <w:t xml:space="preserve">blander</w:t>
      </w:r>
      <w:r>
        <w:rPr>
          <w:b/>
          <w:bCs/>
        </w:rPr>
        <w:t xml:space="preserve"> </w:t>
      </w:r>
      <w:r>
        <w:rPr>
          <w:b/>
          <w:bCs/>
        </w:rPr>
        <w:t xml:space="preserve">and more genial still, for nothing pleased him so much as to make the crooked straight and crush down uneven places.</w:t>
      </w:r>
      <w:r>
        <w:br/>
      </w:r>
      <w:r>
        <w:t xml:space="preserve">    (a) dull or lacking stimulating characteristics -- especially in the flavor of food</w:t>
      </w:r>
      <w:r>
        <w:br/>
      </w:r>
      <w:r>
        <w:t xml:space="preserve">    (b) someone who views something in a certain way so as to form a belief or opinion</w:t>
      </w:r>
      <w:r>
        <w:br/>
      </w:r>
      <w:r>
        <w:t xml:space="preserve">    (c) lacking experience or sophistication, and the understanding that comes from them</w:t>
      </w:r>
    </w:p>
    <w:p>
      <w:pPr>
        <w:pStyle w:val="Compact"/>
        <w:numPr>
          <w:ilvl w:val="0"/>
          <w:numId w:val="1001"/>
        </w:numPr>
      </w:pPr>
      <w:r>
        <w:rPr>
          <w:b/>
          <w:bCs/>
        </w:rPr>
        <w:t xml:space="preserve">The arena of the king was built, not to give the people an opportunity of hearing the rhapsodies of dying gladiators, nor to</w:t>
      </w:r>
      <w:r>
        <w:rPr>
          <w:b/>
          <w:bCs/>
        </w:rPr>
        <w:t xml:space="preserve"> </w:t>
      </w:r>
      <w:r>
        <w:rPr>
          <w:b/>
          <w:bCs/>
          <w:u w:val="single"/>
        </w:rPr>
        <w:t xml:space="preserve">enable</w:t>
      </w:r>
      <w:r>
        <w:rPr>
          <w:b/>
          <w:bCs/>
        </w:rPr>
        <w:t xml:space="preserve"> </w:t>
      </w:r>
      <w:r>
        <w:rPr>
          <w:b/>
          <w:bCs/>
        </w:rPr>
        <w:t xml:space="preserve">them to view the inevitable conclusion of a conflict between religious opinions and hungry jaws, but for purposes far better adapted to widen and develop the mental energies of the people.</w:t>
      </w:r>
      <w:r>
        <w:br/>
      </w:r>
      <w:r>
        <w:t xml:space="preserve">    (a) stop fighting</w:t>
      </w:r>
      <w:r>
        <w:br/>
      </w:r>
      <w:r>
        <w:t xml:space="preserve">    (b) grant a favor</w:t>
      </w:r>
      <w:r>
        <w:br/>
      </w:r>
      <w:r>
        <w:t xml:space="preserve">    (c) make possible</w:t>
      </w:r>
    </w:p>
    <w:p>
      <w:pPr>
        <w:pStyle w:val="Compact"/>
        <w:numPr>
          <w:ilvl w:val="0"/>
          <w:numId w:val="1001"/>
        </w:numPr>
      </w:pPr>
      <w:r>
        <w:rPr>
          <w:b/>
          <w:bCs/>
        </w:rPr>
        <w:t xml:space="preserve">The arena of the king was built, not to give the people an opportunity of hearing the rhapsodies of dying gladiators, nor to enable them to view the</w:t>
      </w:r>
      <w:r>
        <w:rPr>
          <w:b/>
          <w:bCs/>
        </w:rPr>
        <w:t xml:space="preserve"> </w:t>
      </w:r>
      <w:r>
        <w:rPr>
          <w:b/>
          <w:bCs/>
          <w:u w:val="single"/>
        </w:rPr>
        <w:t xml:space="preserve">inevitable</w:t>
      </w:r>
      <w:r>
        <w:rPr>
          <w:b/>
          <w:bCs/>
        </w:rPr>
        <w:t xml:space="preserve"> </w:t>
      </w:r>
      <w:r>
        <w:rPr>
          <w:b/>
          <w:bCs/>
        </w:rPr>
        <w:t xml:space="preserve">conclusion of a conflict between religious opinions and hungry jaws, but for purposes far better adapted to widen and develop the mental energies of the people.</w:t>
      </w:r>
      <w:r>
        <w:br/>
      </w:r>
      <w:r>
        <w:t xml:space="preserve">    (a) circular movement</w:t>
      </w:r>
      <w:r>
        <w:br/>
      </w:r>
      <w:r>
        <w:t xml:space="preserve">    (b) size or dimension</w:t>
      </w:r>
      <w:r>
        <w:br/>
      </w:r>
      <w:r>
        <w:t xml:space="preserve">    (c) certain to happen</w:t>
      </w:r>
    </w:p>
    <w:p>
      <w:pPr>
        <w:pStyle w:val="Compact"/>
        <w:numPr>
          <w:ilvl w:val="0"/>
          <w:numId w:val="1001"/>
        </w:numPr>
      </w:pPr>
      <w:r>
        <w:rPr>
          <w:b/>
          <w:bCs/>
        </w:rPr>
        <w:t xml:space="preserve">The arena of the king was built, not to give the people an opportunity of hearing the rhapsodies of dying gladiators, nor to enable them to view the inevitable conclusion of a</w:t>
      </w:r>
      <w:r>
        <w:rPr>
          <w:b/>
          <w:bCs/>
        </w:rPr>
        <w:t xml:space="preserve"> </w:t>
      </w:r>
      <w:r>
        <w:rPr>
          <w:b/>
          <w:bCs/>
          <w:u w:val="single"/>
        </w:rPr>
        <w:t xml:space="preserve">conflict</w:t>
      </w:r>
      <w:r>
        <w:rPr>
          <w:b/>
          <w:bCs/>
        </w:rPr>
        <w:t xml:space="preserve"> </w:t>
      </w:r>
      <w:r>
        <w:rPr>
          <w:b/>
          <w:bCs/>
        </w:rPr>
        <w:t xml:space="preserve">between religious opinions and hungry jaws, but for purposes far better adapted to widen and develop the mental energies of the people.</w:t>
      </w:r>
      <w:r>
        <w:br/>
      </w:r>
      <w:r>
        <w:t xml:space="preserve">    (a) struggle or disagreement</w:t>
      </w:r>
      <w:r>
        <w:br/>
      </w:r>
      <w:r>
        <w:t xml:space="preserve">    (b) include consideration of</w:t>
      </w:r>
      <w:r>
        <w:br/>
      </w:r>
      <w:r>
        <w:t xml:space="preserve">    (c) make nervous or confused</w:t>
      </w:r>
    </w:p>
    <w:p>
      <w:pPr>
        <w:pStyle w:val="Compact"/>
        <w:numPr>
          <w:ilvl w:val="0"/>
          <w:numId w:val="1001"/>
        </w:numPr>
      </w:pPr>
      <w:r>
        <w:rPr>
          <w:b/>
          <w:bCs/>
        </w:rPr>
        <w:t xml:space="preserve">When a subject was accused of a crime of</w:t>
      </w:r>
      <w:r>
        <w:rPr>
          <w:b/>
          <w:bCs/>
        </w:rPr>
        <w:t xml:space="preserve"> </w:t>
      </w:r>
      <w:r>
        <w:rPr>
          <w:b/>
          <w:bCs/>
          <w:u w:val="single"/>
        </w:rPr>
        <w:t xml:space="preserve">sufficient</w:t>
      </w:r>
      <w:r>
        <w:rPr>
          <w:b/>
          <w:bCs/>
        </w:rPr>
        <w:t xml:space="preserve"> </w:t>
      </w:r>
      <w:r>
        <w:rPr>
          <w:b/>
          <w:bCs/>
        </w:rPr>
        <w:t xml:space="preserve">importance to interest the king, public notice was given that on an appointed day the fate of the accused person would be decided in the king's arena, a structure which well deserved its name, for, although its form and plan were borrowed from afar, its purpose emanated solely from the brain of this man, who, every barleycorn a king, knew no tradition to which he owed more allegiance than pleased his fancy, and who ingrafted on every adopted form of human thought and action the rich growth of his barbaric idealism.</w:t>
      </w:r>
      <w:r>
        <w:br/>
      </w:r>
      <w:r>
        <w:t xml:space="preserve">    (a) producing a stream of atomic particles through nuclear decay</w:t>
      </w:r>
      <w:r>
        <w:br/>
      </w:r>
      <w:r>
        <w:t xml:space="preserve">    (b) in a manner of taking on or adopting power or responsibility</w:t>
      </w:r>
      <w:r>
        <w:br/>
      </w:r>
      <w:r>
        <w:t xml:space="preserve">    (c) adequate (enough -- often without being more than is needed)</w:t>
      </w:r>
    </w:p>
    <w:p>
      <w:pPr>
        <w:pStyle w:val="Compact"/>
        <w:numPr>
          <w:ilvl w:val="0"/>
          <w:numId w:val="1001"/>
        </w:numPr>
      </w:pPr>
      <w:r>
        <w:rPr>
          <w:b/>
          <w:bCs/>
        </w:rPr>
        <w:t xml:space="preserve">When a subject was accused of a crime of sufficient importance to interest the king, public notice was given that on an appointed day the fate of the accused person would be decided in the king's arena, a structure which well deserved its name, for, although its form and plan were borrowed from afar, its purpose emanated solely from the brain of this man, who, every barleycorn a king, knew no tradition to which he owed more allegiance than pleased his fancy, and who ingrafted on every</w:t>
      </w:r>
      <w:r>
        <w:rPr>
          <w:b/>
          <w:bCs/>
        </w:rPr>
        <w:t xml:space="preserve"> </w:t>
      </w:r>
      <w:r>
        <w:rPr>
          <w:b/>
          <w:bCs/>
          <w:u w:val="single"/>
        </w:rPr>
        <w:t xml:space="preserve">adopted</w:t>
      </w:r>
      <w:r>
        <w:rPr>
          <w:b/>
          <w:bCs/>
        </w:rPr>
        <w:t xml:space="preserve"> </w:t>
      </w:r>
      <w:r>
        <w:rPr>
          <w:b/>
          <w:bCs/>
        </w:rPr>
        <w:t xml:space="preserve">form of human thought and action the rich growth of his barbaric idealism.</w:t>
      </w:r>
      <w:r>
        <w:br/>
      </w:r>
      <w:r>
        <w:t xml:space="preserve">    (a) not accepted as true</w:t>
      </w:r>
      <w:r>
        <w:br/>
      </w:r>
      <w:r>
        <w:t xml:space="preserve">    (b) began fighting again</w:t>
      </w:r>
      <w:r>
        <w:br/>
      </w:r>
      <w:r>
        <w:t xml:space="preserve">    (c) took on as one's own</w:t>
      </w:r>
    </w:p>
    <w:p>
      <w:pPr>
        <w:pStyle w:val="Compact"/>
        <w:numPr>
          <w:ilvl w:val="0"/>
          <w:numId w:val="1001"/>
        </w:numPr>
      </w:pPr>
      <w:r>
        <w:rPr>
          <w:b/>
          <w:bCs/>
        </w:rPr>
        <w:t xml:space="preserve">He could open either door he pleased; he was subject to no guidance or influence but that of the aforementioned</w:t>
      </w:r>
      <w:r>
        <w:rPr>
          <w:b/>
          <w:bCs/>
        </w:rPr>
        <w:t xml:space="preserve"> </w:t>
      </w:r>
      <w:r>
        <w:rPr>
          <w:b/>
          <w:bCs/>
          <w:u w:val="single"/>
        </w:rPr>
        <w:t xml:space="preserve">impartial</w:t>
      </w:r>
      <w:r>
        <w:rPr>
          <w:b/>
          <w:bCs/>
        </w:rPr>
        <w:t xml:space="preserve"> </w:t>
      </w:r>
      <w:r>
        <w:rPr>
          <w:b/>
          <w:bCs/>
        </w:rPr>
        <w:t xml:space="preserve">and incorruptible chance.</w:t>
      </w:r>
      <w:r>
        <w:br/>
      </w:r>
      <w:r>
        <w:t xml:space="preserve">    (a) the quality of disagreeing</w:t>
      </w:r>
      <w:r>
        <w:br/>
      </w:r>
      <w:r>
        <w:t xml:space="preserve">    (b) without favoritism or bias</w:t>
      </w:r>
      <w:r>
        <w:br/>
      </w:r>
      <w:r>
        <w:t xml:space="preserve">    (c) the quality of being Dutch</w:t>
      </w:r>
    </w:p>
    <w:p>
      <w:pPr>
        <w:pStyle w:val="Compact"/>
        <w:numPr>
          <w:ilvl w:val="0"/>
          <w:numId w:val="1001"/>
        </w:numPr>
      </w:pPr>
      <w:r>
        <w:rPr>
          <w:b/>
          <w:bCs/>
        </w:rPr>
        <w:t xml:space="preserve">If he opened the one, there came out of it a hungry tiger, the fiercest and most cruel that could be</w:t>
      </w:r>
      <w:r>
        <w:rPr>
          <w:b/>
          <w:bCs/>
        </w:rPr>
        <w:t xml:space="preserve"> </w:t>
      </w:r>
      <w:r>
        <w:rPr>
          <w:b/>
          <w:bCs/>
          <w:u w:val="single"/>
        </w:rPr>
        <w:t xml:space="preserve">procured</w:t>
      </w:r>
      <w:r>
        <w:rPr>
          <w:b/>
          <w:bCs/>
        </w:rPr>
        <w:t xml:space="preserve">, which immediately sprang upon him and tore him to pieces as a punishment for his guilt.</w:t>
      </w:r>
      <w:r>
        <w:br/>
      </w:r>
      <w:r>
        <w:t xml:space="preserve">    (a) got by special effort</w:t>
      </w:r>
      <w:r>
        <w:br/>
      </w:r>
      <w:r>
        <w:t xml:space="preserve">    (b) marked important text</w:t>
      </w:r>
      <w:r>
        <w:br/>
      </w:r>
      <w:r>
        <w:t xml:space="preserve">    (c) recognized difference</w:t>
      </w:r>
    </w:p>
    <w:p>
      <w:pPr>
        <w:pStyle w:val="Compact"/>
        <w:numPr>
          <w:ilvl w:val="0"/>
          <w:numId w:val="1001"/>
        </w:numPr>
      </w:pPr>
      <w:r>
        <w:rPr>
          <w:b/>
          <w:bCs/>
        </w:rPr>
        <w:t xml:space="preserve">It mattered not that he might already possess a wife and family, or that his affections might be engaged upon an object of his own selection; the king allowed no such</w:t>
      </w:r>
      <w:r>
        <w:rPr>
          <w:b/>
          <w:bCs/>
        </w:rPr>
        <w:t xml:space="preserve"> </w:t>
      </w:r>
      <w:r>
        <w:rPr>
          <w:b/>
          <w:bCs/>
          <w:u w:val="single"/>
        </w:rPr>
        <w:t xml:space="preserve">subordinate</w:t>
      </w:r>
      <w:r>
        <w:rPr>
          <w:b/>
          <w:bCs/>
        </w:rPr>
        <w:t xml:space="preserve"> </w:t>
      </w:r>
      <w:r>
        <w:rPr>
          <w:b/>
          <w:bCs/>
        </w:rPr>
        <w:t xml:space="preserve">arrangements to interfere with his great scheme of retribution and reward.</w:t>
      </w:r>
      <w:r>
        <w:br/>
      </w:r>
      <w:r>
        <w:t xml:space="preserve">    (a) less important or subservient; or to rank as such</w:t>
      </w:r>
      <w:r>
        <w:br/>
      </w:r>
      <w:r>
        <w:t xml:space="preserve">    (b) prepare food in a way that keeps it from spoiling</w:t>
      </w:r>
      <w:r>
        <w:br/>
      </w:r>
      <w:r>
        <w:t xml:space="preserve">    (c) treat as a particular type that is considered bad</w:t>
      </w:r>
    </w:p>
    <w:p>
      <w:pPr>
        <w:pStyle w:val="Compact"/>
        <w:numPr>
          <w:ilvl w:val="0"/>
          <w:numId w:val="1001"/>
        </w:numPr>
      </w:pPr>
      <w:r>
        <w:rPr>
          <w:b/>
          <w:bCs/>
        </w:rPr>
        <w:t xml:space="preserve">This element of uncertainty lent an interest to the occasion which it could not otherwise have</w:t>
      </w:r>
      <w:r>
        <w:rPr>
          <w:b/>
          <w:bCs/>
        </w:rPr>
        <w:t xml:space="preserve"> </w:t>
      </w:r>
      <w:r>
        <w:rPr>
          <w:b/>
          <w:bCs/>
          <w:u w:val="single"/>
        </w:rPr>
        <w:t xml:space="preserve">attained</w:t>
      </w:r>
      <w:r>
        <w:rPr>
          <w:b/>
          <w:bCs/>
        </w:rPr>
        <w:t xml:space="preserve">.</w:t>
      </w:r>
      <w:r>
        <w:br/>
      </w:r>
      <w:r>
        <w:t xml:space="preserve">    (a) tension from opposing ideas or feelings</w:t>
      </w:r>
      <w:r>
        <w:br/>
      </w:r>
      <w:r>
        <w:t xml:space="preserve">    (b) examined in detail to better understand</w:t>
      </w:r>
      <w:r>
        <w:br/>
      </w:r>
      <w:r>
        <w:t xml:space="preserve">    (c) gained or reached something with effort</w:t>
      </w:r>
    </w:p>
    <w:p>
      <w:pPr>
        <w:pStyle w:val="Compact"/>
        <w:numPr>
          <w:ilvl w:val="0"/>
          <w:numId w:val="1001"/>
        </w:numPr>
      </w:pPr>
      <w:r>
        <w:rPr>
          <w:b/>
          <w:bCs/>
        </w:rPr>
        <w:t xml:space="preserve">This semi-barbaric king had a daughter as blooming as his most florid fancies, and with a soul as</w:t>
      </w:r>
      <w:r>
        <w:rPr>
          <w:b/>
          <w:bCs/>
        </w:rPr>
        <w:t xml:space="preserve"> </w:t>
      </w:r>
      <w:r>
        <w:rPr>
          <w:b/>
          <w:bCs/>
          <w:u w:val="single"/>
        </w:rPr>
        <w:t xml:space="preserve">fervent</w:t>
      </w:r>
      <w:r>
        <w:rPr>
          <w:b/>
          <w:bCs/>
        </w:rPr>
        <w:t xml:space="preserve"> </w:t>
      </w:r>
      <w:r>
        <w:rPr>
          <w:b/>
          <w:bCs/>
        </w:rPr>
        <w:t xml:space="preserve">and imperious as his own.</w:t>
      </w:r>
      <w:r>
        <w:br/>
      </w:r>
      <w:r>
        <w:t xml:space="preserve">    (a) able to make clear with example, diagram, photo, etc.</w:t>
      </w:r>
      <w:r>
        <w:br/>
      </w:r>
      <w:r>
        <w:t xml:space="preserve">    (b) not concerned with what others might think of oneself</w:t>
      </w:r>
      <w:r>
        <w:br/>
      </w:r>
      <w:r>
        <w:t xml:space="preserve">    (c) characterized by intense emotion or passionate belief</w:t>
      </w:r>
    </w:p>
    <w:p>
      <w:pPr>
        <w:pStyle w:val="Compact"/>
        <w:numPr>
          <w:ilvl w:val="0"/>
          <w:numId w:val="1001"/>
        </w:numPr>
      </w:pPr>
      <w:r>
        <w:rPr>
          <w:b/>
          <w:bCs/>
        </w:rPr>
        <w:t xml:space="preserve">This semi-barbaric king had a daughter as blooming as his most florid fancies, and with a soul as fervent and</w:t>
      </w:r>
      <w:r>
        <w:rPr>
          <w:b/>
          <w:bCs/>
        </w:rPr>
        <w:t xml:space="preserve"> </w:t>
      </w:r>
      <w:r>
        <w:rPr>
          <w:b/>
          <w:bCs/>
          <w:u w:val="single"/>
        </w:rPr>
        <w:t xml:space="preserve">imperious</w:t>
      </w:r>
      <w:r>
        <w:rPr>
          <w:b/>
          <w:bCs/>
        </w:rPr>
        <w:t xml:space="preserve"> </w:t>
      </w:r>
      <w:r>
        <w:rPr>
          <w:b/>
          <w:bCs/>
        </w:rPr>
        <w:t xml:space="preserve">as his own.</w:t>
      </w:r>
      <w:r>
        <w:br/>
      </w:r>
      <w:r>
        <w:t xml:space="preserve">    (a) ridiculous</w:t>
      </w:r>
      <w:r>
        <w:br/>
      </w:r>
      <w:r>
        <w:t xml:space="preserve">    (b) foolish</w:t>
      </w:r>
      <w:r>
        <w:br/>
      </w:r>
      <w:r>
        <w:t xml:space="preserve">    (c) expecting obedience; or arrogant; or domineering</w:t>
      </w:r>
    </w:p>
    <w:p>
      <w:pPr>
        <w:pStyle w:val="Compact"/>
        <w:numPr>
          <w:ilvl w:val="0"/>
          <w:numId w:val="1001"/>
        </w:numPr>
      </w:pPr>
      <w:r>
        <w:rPr>
          <w:b/>
          <w:bCs/>
        </w:rPr>
        <w:t xml:space="preserve">He did not hesitate nor</w:t>
      </w:r>
      <w:r>
        <w:rPr>
          <w:b/>
          <w:bCs/>
        </w:rPr>
        <w:t xml:space="preserve"> </w:t>
      </w:r>
      <w:r>
        <w:rPr>
          <w:b/>
          <w:bCs/>
          <w:u w:val="single"/>
        </w:rPr>
        <w:t xml:space="preserve">waver</w:t>
      </w:r>
      <w:r>
        <w:rPr>
          <w:b/>
          <w:bCs/>
        </w:rPr>
        <w:t xml:space="preserve"> </w:t>
      </w:r>
      <w:r>
        <w:rPr>
          <w:b/>
          <w:bCs/>
        </w:rPr>
        <w:t xml:space="preserve">in regard to his duty in the premises.</w:t>
      </w:r>
      <w:r>
        <w:br/>
      </w:r>
      <w:r>
        <w:t xml:space="preserve">    (a) to release from slavery or servitude; or (metaphorically) from social restraints</w:t>
      </w:r>
      <w:r>
        <w:br/>
      </w:r>
      <w:r>
        <w:t xml:space="preserve">    (b) to move back and forth (shake or quiver)</w:t>
      </w:r>
      <w:r>
        <w:br/>
      </w:r>
      <w:r>
        <w:br/>
      </w:r>
      <w:r>
        <w:t xml:space="preserve">or:</w:t>
      </w:r>
      <w:r>
        <w:br/>
      </w:r>
      <w:r>
        <w:br/>
      </w:r>
      <w:r>
        <w:t xml:space="preserve">to change, be unsure, or weak</w:t>
      </w:r>
      <w:r>
        <w:br/>
      </w:r>
      <w:r>
        <w:t xml:space="preserve">    (c) portray or create in a particular way  OR  interpret, translate, or extract from</w:t>
      </w:r>
    </w:p>
    <w:p>
      <w:pPr>
        <w:pStyle w:val="Compact"/>
        <w:numPr>
          <w:ilvl w:val="0"/>
          <w:numId w:val="1001"/>
        </w:numPr>
      </w:pPr>
      <w:r>
        <w:rPr>
          <w:b/>
          <w:bCs/>
        </w:rPr>
        <w:t xml:space="preserve">In after years such things became commonplace enough, but then they were in no slight degree</w:t>
      </w:r>
      <w:r>
        <w:rPr>
          <w:b/>
          <w:bCs/>
        </w:rPr>
        <w:t xml:space="preserve"> </w:t>
      </w:r>
      <w:r>
        <w:rPr>
          <w:b/>
          <w:bCs/>
          <w:u w:val="single"/>
        </w:rPr>
        <w:t xml:space="preserve">novel</w:t>
      </w:r>
      <w:r>
        <w:rPr>
          <w:b/>
          <w:bCs/>
        </w:rPr>
        <w:t xml:space="preserve"> </w:t>
      </w:r>
      <w:r>
        <w:rPr>
          <w:b/>
          <w:bCs/>
        </w:rPr>
        <w:t xml:space="preserve">and startling.</w:t>
      </w:r>
      <w:r>
        <w:br/>
      </w:r>
      <w:r>
        <w:t xml:space="preserve">    (a) pleasantly new and original</w:t>
      </w:r>
      <w:r>
        <w:br/>
      </w:r>
      <w:r>
        <w:t xml:space="preserve">    (b) important and valuable</w:t>
      </w:r>
      <w:r>
        <w:br/>
      </w:r>
      <w:r>
        <w:t xml:space="preserve">    (c) traditional (having withstood the test of time)</w:t>
      </w:r>
    </w:p>
    <w:p>
      <w:pPr>
        <w:pStyle w:val="Compact"/>
        <w:numPr>
          <w:ilvl w:val="0"/>
          <w:numId w:val="1001"/>
        </w:numPr>
      </w:pPr>
      <w:r>
        <w:rPr>
          <w:b/>
          <w:bCs/>
        </w:rPr>
        <w:t xml:space="preserve">The tiger-cages of the kingdom were searched for the most savage and relentless beasts, from which the fiercest monster might be selected for the arena; and the ranks of maiden youth and beauty throughout the land were carefully surveyed by</w:t>
      </w:r>
      <w:r>
        <w:rPr>
          <w:b/>
          <w:bCs/>
        </w:rPr>
        <w:t xml:space="preserve"> </w:t>
      </w:r>
      <w:r>
        <w:rPr>
          <w:b/>
          <w:bCs/>
          <w:u w:val="single"/>
        </w:rPr>
        <w:t xml:space="preserve">competent</w:t>
      </w:r>
      <w:r>
        <w:rPr>
          <w:b/>
          <w:bCs/>
        </w:rPr>
        <w:t xml:space="preserve"> </w:t>
      </w:r>
      <w:r>
        <w:rPr>
          <w:b/>
          <w:bCs/>
        </w:rPr>
        <w:t xml:space="preserve">judges in order that the young man might have a fitting bride in case fate did not determine for him a different destiny.</w:t>
      </w:r>
      <w:r>
        <w:br/>
      </w:r>
      <w:r>
        <w:t xml:space="preserve">    (a) sensible and careful</w:t>
      </w:r>
      <w:r>
        <w:br/>
      </w:r>
      <w:r>
        <w:t xml:space="preserve">    (b) sincerity (realness)</w:t>
      </w:r>
      <w:r>
        <w:br/>
      </w:r>
      <w:r>
        <w:t xml:space="preserve">    (c) sufficiently capable</w:t>
      </w:r>
    </w:p>
    <w:p>
      <w:pPr>
        <w:pStyle w:val="Compact"/>
        <w:numPr>
          <w:ilvl w:val="0"/>
          <w:numId w:val="1001"/>
        </w:numPr>
      </w:pPr>
      <w:r>
        <w:rPr>
          <w:b/>
          <w:bCs/>
        </w:rPr>
        <w:t xml:space="preserve">No matter how the affair turned out, the youth would be disposed of, and the king would take an</w:t>
      </w:r>
      <w:r>
        <w:rPr>
          <w:b/>
          <w:bCs/>
        </w:rPr>
        <w:t xml:space="preserve"> </w:t>
      </w:r>
      <w:r>
        <w:rPr>
          <w:b/>
          <w:bCs/>
          <w:u w:val="single"/>
        </w:rPr>
        <w:t xml:space="preserve">aesthetic</w:t>
      </w:r>
      <w:r>
        <w:rPr>
          <w:b/>
          <w:bCs/>
        </w:rPr>
        <w:t xml:space="preserve"> </w:t>
      </w:r>
      <w:r>
        <w:rPr>
          <w:b/>
          <w:bCs/>
        </w:rPr>
        <w:t xml:space="preserve">pleasure in watching the course of events, which would determine whether or not the young man had done wrong in allowing himself to love the princess.</w:t>
      </w:r>
      <w:r>
        <w:br/>
      </w:r>
      <w:r>
        <w:t xml:space="preserve">    (a) related to money</w:t>
      </w:r>
      <w:r>
        <w:br/>
      </w:r>
      <w:r>
        <w:t xml:space="preserve">    (b) related to morality</w:t>
      </w:r>
      <w:r>
        <w:br/>
      </w:r>
      <w:r>
        <w:t xml:space="preserve">    (c) beautiful, tasteful, or related to beauty or taste</w:t>
      </w:r>
    </w:p>
    <w:p>
      <w:pPr>
        <w:pStyle w:val="Compact"/>
        <w:numPr>
          <w:ilvl w:val="0"/>
          <w:numId w:val="1001"/>
        </w:numPr>
      </w:pPr>
      <w:r>
        <w:rPr>
          <w:b/>
          <w:bCs/>
        </w:rPr>
        <w:t xml:space="preserve">Tall, beautiful, fair, his appearance was greeted with a low hum of admiration and</w:t>
      </w:r>
      <w:r>
        <w:rPr>
          <w:b/>
          <w:bCs/>
        </w:rPr>
        <w:t xml:space="preserve"> </w:t>
      </w:r>
      <w:r>
        <w:rPr>
          <w:b/>
          <w:bCs/>
          <w:u w:val="single"/>
        </w:rPr>
        <w:t xml:space="preserve">anxiety</w:t>
      </w:r>
      <w:r>
        <w:rPr>
          <w:b/>
          <w:bCs/>
        </w:rPr>
        <w:t xml:space="preserve">.</w:t>
      </w:r>
      <w:r>
        <w:br/>
      </w:r>
      <w:r>
        <w:t xml:space="preserve">    (a) nervousness or worry</w:t>
      </w:r>
      <w:r>
        <w:br/>
      </w:r>
      <w:r>
        <w:t xml:space="preserve">    (b) basic rule or belief</w:t>
      </w:r>
      <w:r>
        <w:br/>
      </w:r>
      <w:r>
        <w:t xml:space="preserve">    (c) narrow water passage</w:t>
      </w:r>
    </w:p>
    <w:p>
      <w:pPr>
        <w:pStyle w:val="Compact"/>
        <w:numPr>
          <w:ilvl w:val="0"/>
          <w:numId w:val="1001"/>
        </w:numPr>
      </w:pPr>
      <w:r>
        <w:rPr>
          <w:b/>
          <w:bCs/>
        </w:rPr>
        <w:t xml:space="preserve">It was one of the fairest and loveliest of the damsels of the court who had been selected as the reward of the accused youth, should he be proved innocent of the crime of</w:t>
      </w:r>
      <w:r>
        <w:rPr>
          <w:b/>
          <w:bCs/>
        </w:rPr>
        <w:t xml:space="preserve"> </w:t>
      </w:r>
      <w:r>
        <w:rPr>
          <w:b/>
          <w:bCs/>
          <w:u w:val="single"/>
        </w:rPr>
        <w:t xml:space="preserve">aspiring</w:t>
      </w:r>
      <w:r>
        <w:rPr>
          <w:b/>
          <w:bCs/>
        </w:rPr>
        <w:t xml:space="preserve"> </w:t>
      </w:r>
      <w:r>
        <w:rPr>
          <w:b/>
          <w:bCs/>
        </w:rPr>
        <w:t xml:space="preserve">to one so far above him; and the princess hated her.</w:t>
      </w:r>
      <w:r>
        <w:br/>
      </w:r>
      <w:r>
        <w:t xml:space="preserve">    (a) predicting or revealing</w:t>
      </w:r>
      <w:r>
        <w:br/>
      </w:r>
      <w:r>
        <w:t xml:space="preserve">    (b) attractive or desirable</w:t>
      </w:r>
      <w:r>
        <w:br/>
      </w:r>
      <w:r>
        <w:t xml:space="preserve">    (c) hoping to be successful</w:t>
      </w:r>
    </w:p>
    <w:p>
      <w:pPr>
        <w:pStyle w:val="Compact"/>
        <w:numPr>
          <w:ilvl w:val="0"/>
          <w:numId w:val="1001"/>
        </w:numPr>
      </w:pPr>
      <w:r>
        <w:rPr>
          <w:b/>
          <w:bCs/>
        </w:rPr>
        <w:t xml:space="preserve">How in her</w:t>
      </w:r>
      <w:r>
        <w:rPr>
          <w:b/>
          <w:bCs/>
        </w:rPr>
        <w:t xml:space="preserve"> </w:t>
      </w:r>
      <w:r>
        <w:rPr>
          <w:b/>
          <w:bCs/>
          <w:u w:val="single"/>
        </w:rPr>
        <w:t xml:space="preserve">grievous</w:t>
      </w:r>
      <w:r>
        <w:rPr>
          <w:b/>
          <w:bCs/>
        </w:rPr>
        <w:t xml:space="preserve"> </w:t>
      </w:r>
      <w:r>
        <w:rPr>
          <w:b/>
          <w:bCs/>
        </w:rPr>
        <w:t xml:space="preserve">reveries had she gnashed her teeth, and torn her hair, when she saw his start of rapturous delight as he opened the door of the lady!</w:t>
      </w:r>
      <w:r>
        <w:br/>
      </w:r>
      <w:r>
        <w:t xml:space="preserve">    (a) not tending to find fault</w:t>
      </w:r>
      <w:r>
        <w:br/>
      </w:r>
      <w:r>
        <w:t xml:space="preserve">    (b) very serious; or very bad</w:t>
      </w:r>
      <w:r>
        <w:br/>
      </w:r>
      <w:r>
        <w:t xml:space="preserve">    (c) not able to be translated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2026-05-20T13:42:47Z</dcterms:created>
  <dcterms:modified xsi:type="dcterms:W3CDTF">2026-05-20T13:42:47Z</dcterms:modified>
</cp:coreProperties>
</file>

<file path=docProps/custom.xml><?xml version="1.0" encoding="utf-8"?>
<Properties xmlns="http://schemas.openxmlformats.org/officeDocument/2006/custom-properties" xmlns:vt="http://schemas.openxmlformats.org/officeDocument/2006/docPropsVTypes"/>
</file>