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93f6987e09dc65eaffc91d2e2f6c7f6bcf65561"/>
    <w:p>
      <w:pPr>
        <w:pStyle w:val="Heading1"/>
      </w:pPr>
      <w:r>
        <w:rPr>
          <w:b/>
          <w:bCs/>
        </w:rPr>
        <w:t xml:space="preserve">The Kite Runner</w:t>
      </w:r>
      <w:r>
        <w:br/>
      </w:r>
      <w:r>
        <w:rPr>
          <w:i/>
          <w:iCs/>
        </w:rPr>
        <w:t xml:space="preserve">Khaled Hosseini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I was in fifth grade, we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mullah</w:t>
      </w:r>
      <w:r>
        <w:rPr>
          <w:b/>
          <w:bCs/>
        </w:rPr>
        <w:t xml:space="preserve"> </w:t>
      </w:r>
      <w:r>
        <w:rPr>
          <w:b/>
          <w:bCs/>
        </w:rPr>
        <w:t xml:space="preserve">who taught us about Islam.</w:t>
      </w:r>
      <w:r>
        <w:br/>
      </w:r>
      <w:r>
        <w:t xml:space="preserve">    (a) religious teacher</w:t>
      </w:r>
      <w:r>
        <w:br/>
      </w:r>
      <w:r>
        <w:t xml:space="preserve">    (b) tribal leader</w:t>
      </w:r>
      <w:r>
        <w:br/>
      </w:r>
      <w:r>
        <w:t xml:space="preserve">    (c) political teacher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Sometimes tears pooled in Hassan's eyes as I read him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passage</w:t>
      </w:r>
      <w:r>
        <w:rPr>
          <w:b/>
          <w:bCs/>
        </w:rPr>
        <w:t xml:space="preserve">, and I always wondered whom he wept for, the grief-stricken Rostam who tears his clothes and covers his head with ashes, or the dying Sohrab who only longed for his father's love?</w:t>
      </w:r>
      <w:r>
        <w:br/>
      </w:r>
      <w:r>
        <w:t xml:space="preserve">    (a) chapter of a book</w:t>
      </w:r>
      <w:r>
        <w:br/>
      </w:r>
      <w:r>
        <w:t xml:space="preserve">    (b) exciting story with a sad end</w:t>
      </w:r>
      <w:r>
        <w:br/>
      </w:r>
      <w:r>
        <w:t xml:space="preserve">    (c) short part of a larger work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Baba nodded and gave a thin smile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conveyed</w:t>
      </w:r>
      <w:r>
        <w:rPr>
          <w:b/>
          <w:bCs/>
        </w:rPr>
        <w:t xml:space="preserve"> </w:t>
      </w:r>
      <w:r>
        <w:rPr>
          <w:b/>
          <w:bCs/>
        </w:rPr>
        <w:t xml:space="preserve">little more than feigned interest.</w:t>
      </w:r>
      <w:r>
        <w:br/>
      </w:r>
      <w:r>
        <w:t xml:space="preserve">    (a) hid</w:t>
      </w:r>
      <w:r>
        <w:br/>
      </w:r>
      <w:r>
        <w:t xml:space="preserve">    (b) transported</w:t>
      </w:r>
      <w:r>
        <w:br/>
      </w:r>
      <w:r>
        <w:t xml:space="preserve">    (c) expressed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well-earned reputation for savagery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preceded</w:t>
      </w:r>
      <w:r>
        <w:rPr>
          <w:b/>
          <w:bCs/>
        </w:rPr>
        <w:t xml:space="preserve"> </w:t>
      </w:r>
      <w:r>
        <w:rPr>
          <w:b/>
          <w:bCs/>
        </w:rPr>
        <w:t xml:space="preserve">him on the streets.</w:t>
      </w:r>
      <w:r>
        <w:br/>
      </w:r>
      <w:r>
        <w:t xml:space="preserve">    (a) was spread</w:t>
      </w:r>
      <w:r>
        <w:br/>
      </w:r>
      <w:r>
        <w:t xml:space="preserve">    (b) went before</w:t>
      </w:r>
      <w:r>
        <w:br/>
      </w:r>
      <w:r>
        <w:t xml:space="preserve">    (c) followed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"He says someday we'll have television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Kabul</w:t>
      </w:r>
      <w:r>
        <w:rPr>
          <w:b/>
          <w:bCs/>
        </w:rPr>
        <w:t xml:space="preserve">," I said.</w:t>
      </w:r>
      <w:r>
        <w:br/>
      </w:r>
      <w:r>
        <w:t xml:space="preserve">    (a) largest city of Pakistan</w:t>
      </w:r>
      <w:r>
        <w:br/>
      </w:r>
      <w:r>
        <w:t xml:space="preserve">    (b) largest city of Afghanistan</w:t>
      </w:r>
      <w:r>
        <w:br/>
      </w:r>
      <w:r>
        <w:t xml:space="preserve">    (c) largest city of Iran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 to that point, our encounter could have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interpreted</w:t>
      </w:r>
      <w:r>
        <w:rPr>
          <w:b/>
          <w:bCs/>
        </w:rPr>
        <w:t xml:space="preserve"> </w:t>
      </w:r>
      <w:r>
        <w:rPr>
          <w:b/>
          <w:bCs/>
        </w:rPr>
        <w:t xml:space="preserve">as a respectful inquiry, one man asking for the whereabouts of another man.</w:t>
      </w:r>
      <w:r>
        <w:br/>
      </w:r>
      <w:r>
        <w:t xml:space="preserve">    (a) understood</w:t>
      </w:r>
      <w:r>
        <w:br/>
      </w:r>
      <w:r>
        <w:t xml:space="preserve">    (b) appreciated</w:t>
      </w:r>
      <w:r>
        <w:br/>
      </w:r>
      <w:r>
        <w:t xml:space="preserve">    (c) misunderstood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Bowing my head to the ground, I recited half-forgotten verses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Koran</w:t>
      </w:r>
      <w:r>
        <w:rPr>
          <w:b/>
          <w:bCs/>
        </w:rPr>
        <w:t xml:space="preserve">—</w:t>
      </w:r>
      <w:r>
        <w:br/>
      </w:r>
      <w:r>
        <w:t xml:space="preserve">    (a) sacred writings of Judaism</w:t>
      </w:r>
      <w:r>
        <w:br/>
      </w:r>
      <w:r>
        <w:t xml:space="preserve">    (b) sacred writings of Hinduism</w:t>
      </w:r>
      <w:r>
        <w:br/>
      </w:r>
      <w:r>
        <w:t xml:space="preserve">    (c) sacred writings of Islam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Instead, the war raged on, this time between Afghans, the Mujahedin, against the Soviet puppet government of Najibullah, and Afghan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refugees</w:t>
      </w:r>
      <w:r>
        <w:rPr>
          <w:b/>
          <w:bCs/>
        </w:rPr>
        <w:t xml:space="preserve"> </w:t>
      </w:r>
      <w:r>
        <w:rPr>
          <w:b/>
          <w:bCs/>
        </w:rPr>
        <w:t xml:space="preserve">kept flocking to Pakistan.</w:t>
      </w:r>
      <w:r>
        <w:br/>
      </w:r>
      <w:r>
        <w:t xml:space="preserve">    (a) people fleeing their homeland</w:t>
      </w:r>
      <w:r>
        <w:br/>
      </w:r>
      <w:r>
        <w:t xml:space="preserve">    (b) people who are suffering</w:t>
      </w:r>
      <w:r>
        <w:br/>
      </w:r>
      <w:r>
        <w:t xml:space="preserve">    (c) people who immigrated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few weeks later,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Taliban</w:t>
      </w:r>
      <w:r>
        <w:rPr>
          <w:b/>
          <w:bCs/>
        </w:rPr>
        <w:t xml:space="preserve"> </w:t>
      </w:r>
      <w:r>
        <w:rPr>
          <w:b/>
          <w:bCs/>
        </w:rPr>
        <w:t xml:space="preserve">banned kite fighting.</w:t>
      </w:r>
      <w:r>
        <w:br/>
      </w:r>
      <w:r>
        <w:t xml:space="preserve">    (a) school administrators in Afghanistan</w:t>
      </w:r>
      <w:r>
        <w:br/>
      </w:r>
      <w:r>
        <w:t xml:space="preserve">    (b) tribal leaders in Afghanistan</w:t>
      </w:r>
      <w:r>
        <w:br/>
      </w:r>
      <w:r>
        <w:t xml:space="preserve">    (c) fundamentalist Islamic political faction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other day,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accompanied</w:t>
      </w:r>
      <w:r>
        <w:rPr>
          <w:b/>
          <w:bCs/>
        </w:rPr>
        <w:t xml:space="preserve"> </w:t>
      </w:r>
      <w:r>
        <w:rPr>
          <w:b/>
          <w:bCs/>
        </w:rPr>
        <w:t xml:space="preserve">Farzana Jan to the bazaar to buy some potatoes and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naan</w:t>
      </w:r>
      <w:r>
        <w:rPr>
          <w:b/>
          <w:bCs/>
        </w:rPr>
        <w:t xml:space="preserve">.</w:t>
      </w:r>
      <w:r>
        <w:br/>
      </w:r>
      <w:r>
        <w:t xml:space="preserve">    (a) played with</w:t>
      </w:r>
      <w:r>
        <w:br/>
      </w:r>
      <w:r>
        <w:t xml:space="preserve">    (b) hampered (slowed)</w:t>
      </w:r>
      <w:r>
        <w:br/>
      </w:r>
      <w:r>
        <w:t xml:space="preserve">    (c) traveled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Allah</w:t>
      </w:r>
      <w:r>
        <w:rPr>
          <w:b/>
          <w:bCs/>
        </w:rPr>
        <w:t xml:space="preserve"> </w:t>
      </w:r>
      <w:r>
        <w:rPr>
          <w:b/>
          <w:bCs/>
        </w:rPr>
        <w:t xml:space="preserve">be with you always.</w:t>
      </w:r>
      <w:r>
        <w:br/>
      </w:r>
      <w:r>
        <w:t xml:space="preserve">    (a) Islamic way of referencing God</w:t>
      </w:r>
      <w:r>
        <w:br/>
      </w:r>
      <w:r>
        <w:t xml:space="preserve">    (b) Islamic word for wisdom</w:t>
      </w:r>
      <w:r>
        <w:br/>
      </w:r>
      <w:r>
        <w:t xml:space="preserve">    (c) Islamic word for peace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"What I'm asking from you is to grant an old man his dying wish," he said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gravely</w:t>
      </w:r>
      <w:r>
        <w:rPr>
          <w:b/>
          <w:bCs/>
        </w:rPr>
        <w:t xml:space="preserve">.</w:t>
      </w:r>
      <w:r>
        <w:br/>
      </w:r>
      <w:r>
        <w:t xml:space="preserve">    (a) in a serious manner</w:t>
      </w:r>
      <w:r>
        <w:br/>
      </w:r>
      <w:r>
        <w:t xml:space="preserve">    (b) in a clear voice</w:t>
      </w:r>
      <w:r>
        <w:br/>
      </w:r>
      <w:r>
        <w:t xml:space="preserve">    (c) in a respectful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felt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utterly</w:t>
      </w:r>
      <w:r>
        <w:rPr>
          <w:b/>
          <w:bCs/>
        </w:rPr>
        <w:t xml:space="preserve"> </w:t>
      </w:r>
      <w:r>
        <w:rPr>
          <w:b/>
          <w:bCs/>
        </w:rPr>
        <w:t xml:space="preserve">alone.</w:t>
      </w:r>
      <w:r>
        <w:br/>
      </w:r>
      <w:r>
        <w:t xml:space="preserve">    (a) sadly</w:t>
      </w:r>
      <w:r>
        <w:br/>
      </w:r>
      <w:r>
        <w:t xml:space="preserve">    (b) completely</w:t>
      </w:r>
      <w:r>
        <w:br/>
      </w:r>
      <w:r>
        <w:t xml:space="preserve">    (c) almost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Sohrab looked down at his feet, but kept stealing shy,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furtive</w:t>
      </w:r>
      <w:r>
        <w:rPr>
          <w:b/>
          <w:bCs/>
        </w:rPr>
        <w:t xml:space="preserve"> </w:t>
      </w:r>
      <w:r>
        <w:rPr>
          <w:b/>
          <w:bCs/>
        </w:rPr>
        <w:t xml:space="preserve">glances at me.</w:t>
      </w:r>
      <w:r>
        <w:br/>
      </w:r>
      <w:r>
        <w:t xml:space="preserve">    (a) curious</w:t>
      </w:r>
      <w:r>
        <w:br/>
      </w:r>
      <w:r>
        <w:t xml:space="preserve">    (b) angry</w:t>
      </w:r>
      <w:r>
        <w:br/>
      </w:r>
      <w:r>
        <w:t xml:space="preserve">    (c) cautious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"That's my business," I said. I didn't know what had emboldened me to be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curt</w:t>
      </w:r>
      <w:r>
        <w:rPr>
          <w:b/>
          <w:bCs/>
        </w:rPr>
        <w:t xml:space="preserve">, maybe the fact that I thought I was going to die anyway.</w:t>
      </w:r>
      <w:r>
        <w:br/>
      </w:r>
      <w:r>
        <w:t xml:space="preserve">    (a) careful</w:t>
      </w:r>
      <w:r>
        <w:br/>
      </w:r>
      <w:r>
        <w:t xml:space="preserve">    (b) honest</w:t>
      </w:r>
      <w:r>
        <w:br/>
      </w:r>
      <w:r>
        <w:t xml:space="preserve">    (c) rude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locked the door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hobbled</w:t>
      </w:r>
      <w:r>
        <w:rPr>
          <w:b/>
          <w:bCs/>
        </w:rPr>
        <w:t xml:space="preserve"> </w:t>
      </w:r>
      <w:r>
        <w:rPr>
          <w:b/>
          <w:bCs/>
        </w:rPr>
        <w:t xml:space="preserve">to the manager's office in the lobby, one hand clutching the rail along the walkway for support.</w:t>
      </w:r>
      <w:r>
        <w:br/>
      </w:r>
      <w:r>
        <w:t xml:space="preserve">    (a) rushed quickly</w:t>
      </w:r>
      <w:r>
        <w:br/>
      </w:r>
      <w:r>
        <w:t xml:space="preserve">    (b) walked with difficulty</w:t>
      </w:r>
      <w:r>
        <w:br/>
      </w:r>
      <w:r>
        <w:t xml:space="preserve">    (c) doubled back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"Me neither," he said, his eyes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tracing</w:t>
      </w:r>
      <w:r>
        <w:rPr>
          <w:b/>
          <w:bCs/>
        </w:rPr>
        <w:t xml:space="preserve"> </w:t>
      </w:r>
      <w:r>
        <w:rPr>
          <w:b/>
          <w:bCs/>
        </w:rPr>
        <w:t xml:space="preserve">the bird's circular flight.</w:t>
      </w:r>
      <w:r>
        <w:br/>
      </w:r>
      <w:r>
        <w:t xml:space="preserve">    (a) following</w:t>
      </w:r>
      <w:r>
        <w:br/>
      </w:r>
      <w:r>
        <w:t xml:space="preserve">    (b) continuing</w:t>
      </w:r>
      <w:r>
        <w:br/>
      </w:r>
      <w:r>
        <w:t xml:space="preserve">    (c) sketching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"I'm sorry, the cabbies in this town are sharks," he said in perfect English, without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trace</w:t>
      </w:r>
      <w:r>
        <w:rPr>
          <w:b/>
          <w:bCs/>
        </w:rPr>
        <w:t xml:space="preserve"> </w:t>
      </w:r>
      <w:r>
        <w:rPr>
          <w:b/>
          <w:bCs/>
        </w:rPr>
        <w:t xml:space="preserve">of an accent.</w:t>
      </w:r>
      <w:r>
        <w:br/>
      </w:r>
      <w:r>
        <w:t xml:space="preserve">    (a) a normal amount</w:t>
      </w:r>
      <w:r>
        <w:br/>
      </w:r>
      <w:r>
        <w:t xml:space="preserve">    (b) a small amount</w:t>
      </w:r>
      <w:r>
        <w:br/>
      </w:r>
      <w:r>
        <w:t xml:space="preserve">    (c) a large amount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Let's assume the story you gave me is true, though I'd bet my pension a good deal of it is either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fabricated</w:t>
      </w:r>
      <w:r>
        <w:rPr>
          <w:b/>
          <w:bCs/>
        </w:rPr>
        <w:t xml:space="preserve"> </w:t>
      </w:r>
      <w:r>
        <w:rPr>
          <w:b/>
          <w:bCs/>
        </w:rPr>
        <w:t xml:space="preserve">or omitted.</w:t>
      </w:r>
      <w:r>
        <w:br/>
      </w:r>
      <w:r>
        <w:t xml:space="preserve">    (a) made up (not true)</w:t>
      </w:r>
      <w:r>
        <w:br/>
      </w:r>
      <w:r>
        <w:t xml:space="preserve">    (b) exaggerated</w:t>
      </w:r>
      <w:r>
        <w:br/>
      </w:r>
      <w:r>
        <w:t xml:space="preserve">    (c) left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Let's assume the story you gave me is true, though I'd bet my pension a good deal of it is either fabricated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omitted</w:t>
      </w:r>
      <w:r>
        <w:rPr>
          <w:b/>
          <w:bCs/>
        </w:rPr>
        <w:t xml:space="preserve">.</w:t>
      </w:r>
      <w:r>
        <w:br/>
      </w:r>
      <w:r>
        <w:t xml:space="preserve">    (a) left out</w:t>
      </w:r>
      <w:r>
        <w:br/>
      </w:r>
      <w:r>
        <w:t xml:space="preserve">    (b) exaggerated</w:t>
      </w:r>
      <w:r>
        <w:br/>
      </w:r>
      <w:r>
        <w:t xml:space="preserve">    (c) invented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2026-07-31T16:16:44Z</dcterms:created>
  <dcterms:modified xsi:type="dcterms:W3CDTF">2026-07-31T16:16:44Z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