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4454628a52420c3713ff9941091cac67624a67e"/>
    <w:p>
      <w:pPr>
        <w:pStyle w:val="Heading1"/>
      </w:pPr>
      <w:r>
        <w:rPr>
          <w:b/>
          <w:bCs/>
        </w:rPr>
        <w:t xml:space="preserve">The Killer Angels</w:t>
      </w:r>
      <w:r>
        <w:br/>
      </w:r>
      <w:r>
        <w:rPr>
          <w:i/>
          <w:iCs/>
        </w:rPr>
        <w:t xml:space="preserve">Michael Shaara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analogy</w:t>
      </w:r>
      <w:r>
        <w:rPr>
          <w:b/>
          <w:bCs/>
        </w:rPr>
        <w:t xml:space="preserve"> </w:t>
      </w:r>
      <w:r>
        <w:rPr>
          <w:b/>
          <w:bCs/>
        </w:rPr>
        <w:t xml:space="preserve">can make a complex problem seem simpler by comparing it to a similar situation.</w:t>
      </w:r>
      <w:r>
        <w:br/>
      </w:r>
      <w:r>
        <w:t xml:space="preserve">    (a) summary of key arguments</w:t>
      </w:r>
      <w:r>
        <w:br/>
      </w:r>
      <w:r>
        <w:t xml:space="preserve">    (b) list of opposite traits</w:t>
      </w:r>
      <w:r>
        <w:br/>
      </w:r>
      <w:r>
        <w:t xml:space="preserve">    (c) comparison of similar things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competent</w:t>
      </w:r>
      <w:r>
        <w:rPr>
          <w:b/>
          <w:bCs/>
        </w:rPr>
        <w:t xml:space="preserve"> </w:t>
      </w:r>
      <w:r>
        <w:rPr>
          <w:b/>
          <w:bCs/>
        </w:rPr>
        <w:t xml:space="preserve">on both violin and piano.</w:t>
      </w:r>
      <w:r>
        <w:br/>
      </w:r>
      <w:r>
        <w:t xml:space="preserve">    (a) below average</w:t>
      </w:r>
      <w:r>
        <w:br/>
      </w:r>
      <w:r>
        <w:t xml:space="preserve">    (b) sufficiently capable</w:t>
      </w:r>
      <w:r>
        <w:br/>
      </w:r>
      <w:r>
        <w:t xml:space="preserve">    (c) outstanding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Tonight, they play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decisive</w:t>
      </w:r>
      <w:r>
        <w:rPr>
          <w:b/>
          <w:bCs/>
        </w:rPr>
        <w:t xml:space="preserve"> </w:t>
      </w:r>
      <w:r>
        <w:rPr>
          <w:b/>
          <w:bCs/>
        </w:rPr>
        <w:t xml:space="preserve">game seven of the series.</w:t>
      </w:r>
      <w:r>
        <w:br/>
      </w:r>
      <w:r>
        <w:t xml:space="preserve">    (a) hardest so far</w:t>
      </w:r>
      <w:r>
        <w:br/>
      </w:r>
      <w:r>
        <w:t xml:space="preserve">    (b) determining an outcome</w:t>
      </w:r>
      <w:r>
        <w:br/>
      </w:r>
      <w:r>
        <w:t xml:space="preserve">    (c) most watched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need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decisive</w:t>
      </w:r>
      <w:r>
        <w:rPr>
          <w:b/>
          <w:bCs/>
        </w:rPr>
        <w:t xml:space="preserve"> </w:t>
      </w:r>
      <w:r>
        <w:rPr>
          <w:b/>
          <w:bCs/>
        </w:rPr>
        <w:t xml:space="preserve">leader who can act quickly without losing time in consultation.</w:t>
      </w:r>
      <w:r>
        <w:br/>
      </w:r>
      <w:r>
        <w:t xml:space="preserve">    (a) popular</w:t>
      </w:r>
      <w:r>
        <w:br/>
      </w:r>
      <w:r>
        <w:t xml:space="preserve">    (b) unhesitating</w:t>
      </w:r>
      <w:r>
        <w:br/>
      </w:r>
      <w:r>
        <w:t xml:space="preserve">    (c) intelligent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almost always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defers</w:t>
      </w:r>
      <w:r>
        <w:rPr>
          <w:b/>
          <w:bCs/>
        </w:rPr>
        <w:t xml:space="preserve"> </w:t>
      </w:r>
      <w:r>
        <w:rPr>
          <w:b/>
          <w:bCs/>
        </w:rPr>
        <w:t xml:space="preserve">to her wishes about which movie to see.</w:t>
      </w:r>
      <w:r>
        <w:br/>
      </w:r>
      <w:r>
        <w:t xml:space="preserve">    (a) add more</w:t>
      </w:r>
      <w:r>
        <w:br/>
      </w:r>
      <w:r>
        <w:t xml:space="preserve">    (b) presents argument</w:t>
      </w:r>
      <w:r>
        <w:br/>
      </w:r>
      <w:r>
        <w:t xml:space="preserve">    (c) submits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city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deployed</w:t>
      </w:r>
      <w:r>
        <w:rPr>
          <w:b/>
          <w:bCs/>
        </w:rPr>
        <w:t xml:space="preserve"> </w:t>
      </w:r>
      <w:r>
        <w:rPr>
          <w:b/>
          <w:bCs/>
        </w:rPr>
        <w:t xml:space="preserve">snowplows before the storm reached downtown.</w:t>
      </w:r>
      <w:r>
        <w:br/>
      </w:r>
      <w:r>
        <w:t xml:space="preserve">    (a) held back</w:t>
      </w:r>
      <w:r>
        <w:br/>
      </w:r>
      <w:r>
        <w:t xml:space="preserve">    (b) sold off</w:t>
      </w:r>
      <w:r>
        <w:br/>
      </w:r>
      <w:r>
        <w:t xml:space="preserve">    (c) sent 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devious</w:t>
      </w:r>
      <w:r>
        <w:rPr>
          <w:b/>
          <w:bCs/>
        </w:rPr>
        <w:t xml:space="preserve"> </w:t>
      </w:r>
      <w:r>
        <w:rPr>
          <w:b/>
          <w:bCs/>
        </w:rPr>
        <w:t xml:space="preserve">opponent.</w:t>
      </w:r>
      <w:r>
        <w:br/>
      </w:r>
      <w:r>
        <w:t xml:space="preserve">    (a) not very challenging</w:t>
      </w:r>
      <w:r>
        <w:br/>
      </w:r>
      <w:r>
        <w:t xml:space="preserve">    (b) widely respected</w:t>
      </w:r>
      <w:r>
        <w:br/>
      </w:r>
      <w:r>
        <w:t xml:space="preserve">    (c) deceitful and clever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the second paragraph, the narrator's focus shifts from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factors</w:t>
      </w:r>
      <w:r>
        <w:rPr>
          <w:b/>
          <w:bCs/>
        </w:rPr>
        <w:t xml:space="preserve"> </w:t>
      </w:r>
      <w:r>
        <w:rPr>
          <w:b/>
          <w:bCs/>
        </w:rPr>
        <w:t xml:space="preserve">making her unhappy to identification of possible solutions to her unhappiness.</w:t>
      </w:r>
      <w:r>
        <w:br/>
      </w:r>
      <w:r>
        <w:t xml:space="preserve">    (a) examples of illnesses</w:t>
      </w:r>
      <w:r>
        <w:br/>
      </w:r>
      <w:r>
        <w:t xml:space="preserve">    (b) things (that influence an outcome)</w:t>
      </w:r>
      <w:r>
        <w:br/>
      </w:r>
      <w:r>
        <w:t xml:space="preserve">    (c) things that are unfair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army practiced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martial</w:t>
      </w:r>
      <w:r>
        <w:rPr>
          <w:b/>
          <w:bCs/>
        </w:rPr>
        <w:t xml:space="preserve"> </w:t>
      </w:r>
      <w:r>
        <w:rPr>
          <w:b/>
          <w:bCs/>
        </w:rPr>
        <w:t xml:space="preserve">drills before the inspection.</w:t>
      </w:r>
      <w:r>
        <w:br/>
      </w:r>
      <w:r>
        <w:t xml:space="preserve">    (a) related to farming</w:t>
      </w:r>
      <w:r>
        <w:br/>
      </w:r>
      <w:r>
        <w:t xml:space="preserve">    (b) related to music</w:t>
      </w:r>
      <w:r>
        <w:br/>
      </w:r>
      <w:r>
        <w:t xml:space="preserve">    (c) related to war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What is your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objective</w:t>
      </w:r>
      <w:r>
        <w:rPr>
          <w:b/>
          <w:bCs/>
        </w:rPr>
        <w:t xml:space="preserve">?</w:t>
      </w:r>
      <w:r>
        <w:br/>
      </w:r>
      <w:r>
        <w:t xml:space="preserve">    (a) point-of-view</w:t>
      </w:r>
      <w:r>
        <w:br/>
      </w:r>
      <w:r>
        <w:t xml:space="preserve">    (b) goal</w:t>
      </w:r>
      <w:r>
        <w:br/>
      </w:r>
      <w:r>
        <w:t xml:space="preserve">    (c) problem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With the clouds looking so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ominous</w:t>
      </w:r>
      <w:r>
        <w:rPr>
          <w:b/>
          <w:bCs/>
        </w:rPr>
        <w:t xml:space="preserve">, I'm afraid there will be a bad storm.</w:t>
      </w:r>
      <w:r>
        <w:br/>
      </w:r>
      <w:r>
        <w:t xml:space="preserve">    (a) threatening</w:t>
      </w:r>
      <w:r>
        <w:br/>
      </w:r>
      <w:r>
        <w:t xml:space="preserve">    (b) fast-moving</w:t>
      </w:r>
      <w:r>
        <w:br/>
      </w:r>
      <w:r>
        <w:t xml:space="preserve">    (c) huge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English, most adjectives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precede</w:t>
      </w:r>
      <w:r>
        <w:rPr>
          <w:b/>
          <w:bCs/>
        </w:rPr>
        <w:t xml:space="preserve"> </w:t>
      </w:r>
      <w:r>
        <w:rPr>
          <w:b/>
          <w:bCs/>
        </w:rPr>
        <w:t xml:space="preserve">the noun they modify.</w:t>
      </w:r>
      <w:r>
        <w:br/>
      </w:r>
      <w:r>
        <w:t xml:space="preserve">    (a) follow</w:t>
      </w:r>
      <w:r>
        <w:br/>
      </w:r>
      <w:r>
        <w:t xml:space="preserve">    (b) go before</w:t>
      </w:r>
      <w:r>
        <w:br/>
      </w:r>
      <w:r>
        <w:t xml:space="preserve">    (c) describe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Like most soldiers, I was scared before battle, but it's not like I had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premonition</w:t>
      </w:r>
      <w:r>
        <w:rPr>
          <w:b/>
          <w:bCs/>
        </w:rPr>
        <w:t xml:space="preserve"> </w:t>
      </w:r>
      <w:r>
        <w:rPr>
          <w:b/>
          <w:bCs/>
        </w:rPr>
        <w:t xml:space="preserve">that something bad was going to happen to me.</w:t>
      </w:r>
      <w:r>
        <w:br/>
      </w:r>
      <w:r>
        <w:t xml:space="preserve">    (a) expectation</w:t>
      </w:r>
      <w:r>
        <w:br/>
      </w:r>
      <w:r>
        <w:t xml:space="preserve">    (b) feeling</w:t>
      </w:r>
      <w:r>
        <w:br/>
      </w:r>
      <w:r>
        <w:t xml:space="preserve">    (c) certainty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committee will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probe</w:t>
      </w:r>
      <w:r>
        <w:rPr>
          <w:b/>
          <w:bCs/>
        </w:rPr>
        <w:t xml:space="preserve"> </w:t>
      </w:r>
      <w:r>
        <w:rPr>
          <w:b/>
          <w:bCs/>
        </w:rPr>
        <w:t xml:space="preserve">the cause of the failure.</w:t>
      </w:r>
      <w:r>
        <w:br/>
      </w:r>
      <w:r>
        <w:t xml:space="preserve">    (a) investigate</w:t>
      </w:r>
      <w:r>
        <w:br/>
      </w:r>
      <w:r>
        <w:t xml:space="preserve">    (b) make better</w:t>
      </w:r>
      <w:r>
        <w:br/>
      </w:r>
      <w:r>
        <w:t xml:space="preserve">    (c) make worse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During the Second World War, products such as food and gasoline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rationed</w:t>
      </w:r>
      <w:r>
        <w:rPr>
          <w:b/>
          <w:bCs/>
        </w:rPr>
        <w:t xml:space="preserve"> </w:t>
      </w:r>
      <w:r>
        <w:rPr>
          <w:b/>
          <w:bCs/>
        </w:rPr>
        <w:t xml:space="preserve">in the United States, so more resources could be devoted to the war effort.</w:t>
      </w:r>
      <w:r>
        <w:br/>
      </w:r>
      <w:r>
        <w:t xml:space="preserve">    (a) restricted in the amount each person could have</w:t>
      </w:r>
      <w:r>
        <w:br/>
      </w:r>
      <w:r>
        <w:t xml:space="preserve">    (b) imported in small amounts from many countries</w:t>
      </w:r>
      <w:r>
        <w:br/>
      </w:r>
      <w:r>
        <w:t xml:space="preserve">    (c) set at a high price only the military could afford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committed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reining in</w:t>
      </w:r>
      <w:r>
        <w:rPr>
          <w:b/>
          <w:bCs/>
        </w:rPr>
        <w:t xml:space="preserve"> </w:t>
      </w:r>
      <w:r>
        <w:rPr>
          <w:b/>
          <w:bCs/>
        </w:rPr>
        <w:t xml:space="preserve">excessive government infringement of personal freedom.</w:t>
      </w:r>
      <w:r>
        <w:br/>
      </w:r>
      <w:r>
        <w:t xml:space="preserve">    (a) exposing</w:t>
      </w:r>
      <w:r>
        <w:br/>
      </w:r>
      <w:r>
        <w:t xml:space="preserve">    (b) discovering</w:t>
      </w:r>
      <w:r>
        <w:br/>
      </w:r>
      <w:r>
        <w:t xml:space="preserve">    (c) restraining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reproach</w:t>
      </w:r>
      <w:r>
        <w:rPr>
          <w:b/>
          <w:bCs/>
        </w:rPr>
        <w:t xml:space="preserve"> </w:t>
      </w:r>
      <w:r>
        <w:rPr>
          <w:b/>
          <w:bCs/>
        </w:rPr>
        <w:t xml:space="preserve">yourself for things beyond your control.</w:t>
      </w:r>
      <w:r>
        <w:br/>
      </w:r>
      <w:r>
        <w:t xml:space="preserve">    (a) accept honor for</w:t>
      </w:r>
      <w:r>
        <w:br/>
      </w:r>
      <w:r>
        <w:t xml:space="preserve">    (b) criticize</w:t>
      </w:r>
      <w:r>
        <w:br/>
      </w:r>
      <w:r>
        <w:t xml:space="preserve">    (c) congratulate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Students analyzed the senator's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rhetoric</w:t>
      </w:r>
      <w:r>
        <w:rPr>
          <w:b/>
          <w:bCs/>
        </w:rPr>
        <w:t xml:space="preserve"> </w:t>
      </w:r>
      <w:r>
        <w:rPr>
          <w:b/>
          <w:bCs/>
        </w:rPr>
        <w:t xml:space="preserve">before writing their essays.</w:t>
      </w:r>
      <w:r>
        <w:br/>
      </w:r>
      <w:r>
        <w:t xml:space="preserve">    (a) persuasive language</w:t>
      </w:r>
      <w:r>
        <w:br/>
      </w:r>
      <w:r>
        <w:t xml:space="preserve">    (b) family history</w:t>
      </w:r>
      <w:r>
        <w:br/>
      </w:r>
      <w:r>
        <w:t xml:space="preserve">    (c) voting record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plans to attend Fuller Theological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Seminary</w:t>
      </w:r>
      <w:r>
        <w:rPr>
          <w:b/>
          <w:bCs/>
        </w:rPr>
        <w:t xml:space="preserve">.</w:t>
      </w:r>
      <w:r>
        <w:br/>
      </w:r>
      <w:r>
        <w:t xml:space="preserve">    (a) a school for training ministers, priests, or rabbis</w:t>
      </w:r>
      <w:r>
        <w:br/>
      </w:r>
      <w:r>
        <w:t xml:space="preserve">    (b) a school for training teachers and school administrators</w:t>
      </w:r>
      <w:r>
        <w:br/>
      </w:r>
      <w:r>
        <w:t xml:space="preserve">    (c) a school for training musicians, painters, and other artists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wistful</w:t>
      </w:r>
      <w:r>
        <w:rPr>
          <w:b/>
          <w:bCs/>
        </w:rPr>
        <w:t xml:space="preserve">, dreamy look as she thought about how life would change if she could get a good job.</w:t>
      </w:r>
      <w:r>
        <w:br/>
      </w:r>
      <w:r>
        <w:t xml:space="preserve">    (a) showing optimism</w:t>
      </w:r>
      <w:r>
        <w:br/>
      </w:r>
      <w:r>
        <w:t xml:space="preserve">    (b) showing longing</w:t>
      </w:r>
      <w:r>
        <w:br/>
      </w:r>
      <w:r>
        <w:t xml:space="preserve">    (c) showing determination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2026-07-31T16:12:47Z</dcterms:created>
  <dcterms:modified xsi:type="dcterms:W3CDTF">2026-07-31T16:12:47Z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