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408403b518c2e3208c0d41e1566829f09e32b3"/>
    <w:p>
      <w:pPr>
        <w:pStyle w:val="Heading1"/>
      </w:pPr>
      <w:r>
        <w:rPr>
          <w:b/>
          <w:bCs/>
        </w:rPr>
        <w:t xml:space="preserve">The Kill Order</w:t>
      </w:r>
      <w:r>
        <w:br/>
      </w:r>
      <w:r>
        <w:rPr>
          <w:i/>
          <w:iCs/>
        </w:rPr>
        <w:t xml:space="preserve">James Dashner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grew still again and the mask powered down, all sound and movement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ceasing</w:t>
      </w:r>
      <w:r>
        <w:rPr>
          <w:b/>
          <w:bCs/>
        </w:rPr>
        <w:t xml:space="preserve">.</w:t>
      </w:r>
      <w:r>
        <w:br/>
      </w:r>
      <w:r>
        <w:t xml:space="preserve">    (a) stopping or discontinuing</w:t>
      </w:r>
      <w:r>
        <w:br/>
      </w:r>
      <w:r>
        <w:t xml:space="preserve">    (b) requesting or challenging</w:t>
      </w:r>
      <w:r>
        <w:br/>
      </w:r>
      <w:r>
        <w:t xml:space="preserve">    (c) mirroring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all meant to stimulate an array of emotions and brain patterns, from confusion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disorientation</w:t>
      </w:r>
      <w:r>
        <w:rPr>
          <w:b/>
          <w:bCs/>
        </w:rPr>
        <w:t xml:space="preserve"> </w:t>
      </w:r>
      <w:r>
        <w:rPr>
          <w:b/>
          <w:bCs/>
        </w:rPr>
        <w:t xml:space="preserve">to outright terror.</w:t>
      </w:r>
      <w:r>
        <w:br/>
      </w:r>
      <w:r>
        <w:t xml:space="preserve">    (a) people of the second most populous denomination of Islam (over 10%)</w:t>
      </w:r>
      <w:r>
        <w:br/>
      </w:r>
      <w:r>
        <w:t xml:space="preserve">    (b) a serious intestinal infection caused by contaminated food or water</w:t>
      </w:r>
      <w:r>
        <w:br/>
      </w:r>
      <w:r>
        <w:t xml:space="preserve">    (c) confused or unsure about location, circumstances, or how to respond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behind her came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distinct</w:t>
      </w:r>
      <w:r>
        <w:rPr>
          <w:b/>
          <w:bCs/>
        </w:rPr>
        <w:t xml:space="preserve"> </w:t>
      </w:r>
      <w:r>
        <w:rPr>
          <w:b/>
          <w:bCs/>
        </w:rPr>
        <w:t xml:space="preserve">sound of metal sliding against metal, then a loud, echoing boom as the doors of the Box slammed shut.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Post-Flares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Coalition</w:t>
      </w:r>
      <w:r>
        <w:rPr>
          <w:b/>
          <w:bCs/>
        </w:rPr>
        <w:t xml:space="preserve">.</w:t>
      </w:r>
      <w:r>
        <w:br/>
      </w:r>
      <w:r>
        <w:t xml:space="preserve">    (a) a political group made up of different groups working together</w:t>
      </w:r>
      <w:r>
        <w:br/>
      </w:r>
      <w:r>
        <w:t xml:space="preserve">    (b) an expert who shares professional opinions in a specific field</w:t>
      </w:r>
      <w:r>
        <w:br/>
      </w:r>
      <w:r>
        <w:t xml:space="preserve">    (c) the act of being in a working position; or the act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now familiar blend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</w:t>
      </w:r>
      <w:r>
        <w:rPr>
          <w:b/>
          <w:bCs/>
        </w:rPr>
        <w:t xml:space="preserve"> </w:t>
      </w:r>
      <w:r>
        <w:rPr>
          <w:b/>
          <w:bCs/>
        </w:rPr>
        <w:t xml:space="preserve">and terror surged through him as he awaited his friend's instructions.</w:t>
      </w:r>
      <w:r>
        <w:br/>
      </w:r>
      <w:r>
        <w:t xml:space="preserve">    (a) “fight or flight” stimulating hormone</w:t>
      </w:r>
      <w:r>
        <w:br/>
      </w:r>
      <w:r>
        <w:t xml:space="preserve">    (b) the branch of geology that studies rocks</w:t>
      </w:r>
      <w:r>
        <w:br/>
      </w:r>
      <w:r>
        <w:t xml:space="preserve">    (c) declaration of invalidity; or cancelation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"I'll keep that in mind,"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warily</w:t>
      </w:r>
      <w:r>
        <w:rPr>
          <w:b/>
          <w:bCs/>
        </w:rPr>
        <w:t xml:space="preserve">.</w:t>
      </w:r>
      <w:r>
        <w:br/>
      </w:r>
      <w:r>
        <w:t xml:space="preserve">    (a) with difficulty moving or managing</w:t>
      </w:r>
      <w:r>
        <w:br/>
      </w:r>
      <w:r>
        <w:t xml:space="preserve">    (b) in a nervous or distrustful manner</w:t>
      </w:r>
      <w:r>
        <w:br/>
      </w:r>
      <w:r>
        <w:t xml:space="preserve">    (c) in a manner that involves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Toad was obviously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lucid</w:t>
      </w:r>
      <w:r>
        <w:rPr>
          <w:b/>
          <w:bCs/>
        </w:rPr>
        <w:t xml:space="preserve"> </w:t>
      </w:r>
      <w:r>
        <w:rPr>
          <w:b/>
          <w:bCs/>
        </w:rPr>
        <w:t xml:space="preserve">last night.</w:t>
      </w:r>
      <w:r>
        <w:br/>
      </w:r>
      <w:r>
        <w:t xml:space="preserve">    (a) able to be portrayed or created in a particular way  OR  able to be interpreted, translated, or extracted from</w:t>
      </w:r>
      <w:r>
        <w:br/>
      </w:r>
      <w:r>
        <w:t xml:space="preserve">    (b) of a person:  capable of thinking clearly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of language:  clearly expressed so it is easily understood</w:t>
      </w:r>
      <w:r>
        <w:br/>
      </w:r>
      <w:r>
        <w:t xml:space="preserve">    (c) cheerful and optimistic; or a tendency to maintain or quickly recover cheerfulness and optimism after setbacks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we all have it and it just takes longer to kill you depending on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immune</w:t>
      </w:r>
      <w:r>
        <w:rPr>
          <w:b/>
          <w:bCs/>
        </w:rPr>
        <w:t xml:space="preserve"> </w:t>
      </w:r>
      <w:r>
        <w:rPr>
          <w:b/>
          <w:bCs/>
        </w:rPr>
        <w:t xml:space="preserve">system.</w:t>
      </w:r>
      <w:r>
        <w:br/>
      </w:r>
      <w:r>
        <w:t xml:space="preserve">    (a) a health indicator measured by the force of circulating blood on the arteries</w:t>
      </w:r>
      <w:r>
        <w:br/>
      </w:r>
      <w:r>
        <w:t xml:space="preserve">    (b) the state or character of having found a condition or substance to be present</w:t>
      </w:r>
      <w:r>
        <w:br/>
      </w:r>
      <w:r>
        <w:t xml:space="preserve">    (c) not in danger of suffering from something  OR  relating to disease resistance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way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clarity</w:t>
      </w:r>
      <w:r>
        <w:rPr>
          <w:b/>
          <w:bCs/>
        </w:rPr>
        <w:t xml:space="preserve">, Mark recalled the sound of the boy beating his skull against the inside of the door.</w:t>
      </w:r>
      <w:r>
        <w:br/>
      </w:r>
      <w:r>
        <w:t xml:space="preserve">    (a) a collection of things on public display  OR  a detailed explanation or background of a specific topic</w:t>
      </w:r>
      <w:r>
        <w:br/>
      </w:r>
      <w:r>
        <w:t xml:space="preserve">    (b) the process of assigning a value on or judging the worth of something; or the result of such a process</w:t>
      </w:r>
      <w:r>
        <w:br/>
      </w:r>
      <w:r>
        <w:t xml:space="preserve">    (c) seen, expressed, or understood clearly; or a degree of transparency such as the quality of clear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Trina nodded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genuinely</w:t>
      </w:r>
      <w:r>
        <w:rPr>
          <w:b/>
          <w:bCs/>
        </w:rPr>
        <w:t xml:space="preserve"> </w:t>
      </w:r>
      <w:r>
        <w:rPr>
          <w:b/>
          <w:bCs/>
        </w:rPr>
        <w:t xml:space="preserve">smiled for the first time that day.</w:t>
      </w:r>
      <w:r>
        <w:br/>
      </w:r>
      <w:r>
        <w:t xml:space="preserve">    (a) mainly</w:t>
      </w:r>
      <w:r>
        <w:br/>
      </w:r>
      <w:r>
        <w:t xml:space="preserve">    (b) really</w:t>
      </w:r>
      <w:r>
        <w:br/>
      </w:r>
      <w:r>
        <w:t xml:space="preserve">    (c) wisely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just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way Deedee had spoken of them.</w:t>
      </w:r>
      <w:r>
        <w:br/>
      </w:r>
      <w:r>
        <w:t xml:space="preserve">    (a) huge</w:t>
      </w:r>
      <w:r>
        <w:br/>
      </w:r>
      <w:r>
        <w:t xml:space="preserve">    (b) threatening (suggestive of, or foreshadowing bad things to come)</w:t>
      </w:r>
      <w:r>
        <w:br/>
      </w:r>
      <w:r>
        <w:t xml:space="preserve">    (c) comforting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 sudden feeling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foreboding</w:t>
      </w:r>
      <w:r>
        <w:rPr>
          <w:b/>
          <w:bCs/>
        </w:rPr>
        <w:t xml:space="preserve">.</w:t>
      </w:r>
      <w:r>
        <w:br/>
      </w:r>
      <w:r>
        <w:t xml:space="preserve">    (a) moving to a worse or less prestigious situation</w:t>
      </w:r>
      <w:r>
        <w:br/>
      </w:r>
      <w:r>
        <w:t xml:space="preserve">    (b) a feeling that something bad is going to happen</w:t>
      </w:r>
      <w:r>
        <w:br/>
      </w:r>
      <w:r>
        <w:t xml:space="preserve">    (c) considering (the affect on a result or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a slight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reprieve</w:t>
      </w:r>
      <w:r>
        <w:rPr>
          <w:b/>
          <w:bCs/>
        </w:rPr>
        <w:t xml:space="preserve">, but one look showed that more people were coming their way.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present something to treat as true in order to advance a discussion or to further investigation even though it might not be true</w:t>
      </w:r>
      <w:r>
        <w:br/>
      </w:r>
      <w:r>
        <w:t xml:space="preserve">    (c) temporary relief from something difficult or unpleasant; can also refer to a delay in punishment -- especially the death penalty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 rolled onto his stomach and inched his body over the lip of the opening, lowering his feet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abyss</w:t>
      </w:r>
      <w:r>
        <w:rPr>
          <w:b/>
          <w:bCs/>
        </w:rPr>
        <w:t xml:space="preserve"> </w:t>
      </w:r>
      <w:r>
        <w:rPr>
          <w:b/>
          <w:bCs/>
        </w:rPr>
        <w:t xml:space="preserve">while he held on to the edge.</w:t>
      </w:r>
      <w:r>
        <w:br/>
      </w:r>
      <w:r>
        <w:t xml:space="preserve">    (a) a hole or dropoff so deep the bottom cannot be seen -- often used figuratively to imply a frightening bottomless pit</w:t>
      </w:r>
      <w:r>
        <w:br/>
      </w:r>
      <w:r>
        <w:t xml:space="preserve">    (b) of the American Indian civilization of Yucatan and Belize and Guatemala that reached its peak between AD 300 and 900</w:t>
      </w:r>
      <w:r>
        <w:br/>
      </w:r>
      <w:r>
        <w:t xml:space="preserve">    (c) removal and examination of tissues or liquids from the living body to determine the existence or cause of a disease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Oh, there's talk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antidote</w:t>
      </w:r>
      <w:r>
        <w:rPr>
          <w:b/>
          <w:bCs/>
        </w:rPr>
        <w:t xml:space="preserve"> </w:t>
      </w:r>
      <w:r>
        <w:rPr>
          <w:b/>
          <w:bCs/>
        </w:rPr>
        <w:t xml:space="preserve">there, but that's a bunch of hooey.</w:t>
      </w:r>
      <w:r>
        <w:br/>
      </w:r>
      <w:r>
        <w:t xml:space="preserve">    (a) toxin</w:t>
      </w:r>
      <w:r>
        <w:br/>
      </w:r>
      <w:r>
        <w:t xml:space="preserve">    (b) poison</w:t>
      </w:r>
      <w:r>
        <w:br/>
      </w:r>
      <w:r>
        <w:t xml:space="preserve">    (c) cure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the future or he'd never reach it.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a real estate loan; or pledging something for a loan</w:t>
      </w:r>
      <w:r>
        <w:br/>
      </w:r>
      <w:r>
        <w:t xml:space="preserve">    (c) concentrate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Alec was blurry at first but then came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.</w:t>
      </w:r>
      <w:r>
        <w:br/>
      </w:r>
      <w:r>
        <w:t xml:space="preserve">    (a) a condition where the body cannot properly regulate blood sugar levels because it produces little or no insulin</w:t>
      </w:r>
      <w:r>
        <w:br/>
      </w:r>
      <w:r>
        <w:t xml:space="preserve">    (b) a state where something has come into view or can be seen clearly</w:t>
      </w:r>
      <w:r>
        <w:br/>
      </w:r>
      <w:r>
        <w:t xml:space="preserve">    (c) software that stops uninvited software from spreading between computers and causing damage to data and 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practically screamed the last sentence and once again sent the crowd into a fit of near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hysterics</w:t>
      </w:r>
      <w:r>
        <w:rPr>
          <w:b/>
          <w:bCs/>
        </w:rPr>
        <w:t xml:space="preserve">.</w:t>
      </w:r>
      <w:r>
        <w:br/>
      </w:r>
      <w:r>
        <w:t xml:space="preserve">    (a) settings or situations in which things occur</w:t>
      </w:r>
      <w:r>
        <w:br/>
      </w:r>
      <w:r>
        <w:t xml:space="preserve">    (b) public commendations or statements of praise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motes</w:t>
      </w:r>
      <w:r>
        <w:rPr>
          <w:b/>
          <w:bCs/>
        </w:rPr>
        <w:t xml:space="preserve"> </w:t>
      </w:r>
      <w:r>
        <w:rPr>
          <w:b/>
          <w:bCs/>
        </w:rPr>
        <w:t xml:space="preserve">danced in the beam as he swung it back and forth, revealing scarred metal and rows of bolts and protruding edges and ridges.</w:t>
      </w:r>
      <w:r>
        <w:br/>
      </w:r>
      <w:r>
        <w:t xml:space="preserve">    (a) things that don't change</w:t>
      </w:r>
      <w:r>
        <w:br/>
      </w:r>
      <w:r>
        <w:t xml:space="preserve">    (b) rejections or criticisms</w:t>
      </w:r>
      <w:r>
        <w:br/>
      </w:r>
      <w:r>
        <w:t xml:space="preserve">    (c) a tiny piece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seemed completely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that people had weapons aimed at them.</w:t>
      </w:r>
      <w:r>
        <w:br/>
      </w:r>
      <w:r>
        <w:t xml:space="preserve">    (a) related to</w:t>
      </w:r>
      <w:r>
        <w:br/>
      </w:r>
      <w:r>
        <w:t xml:space="preserve">    (b) very large</w:t>
      </w:r>
      <w:r>
        <w:br/>
      </w:r>
      <w:r>
        <w:t xml:space="preserve">    (c) unaware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2026-07-31T19:47:36Z</dcterms:created>
  <dcterms:modified xsi:type="dcterms:W3CDTF">2026-07-31T19:47:36Z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