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518356829381f3a4f06680895d73247a159e3b"/>
    <w:p>
      <w:pPr>
        <w:pStyle w:val="Heading1"/>
      </w:pPr>
      <w:r>
        <w:rPr>
          <w:b/>
          <w:bCs/>
        </w:rPr>
        <w:t xml:space="preserve">The Jungle</w:t>
      </w:r>
      <w:r>
        <w:br/>
      </w:r>
      <w:r>
        <w:rPr>
          <w:i/>
          <w:iCs/>
        </w:rPr>
        <w:t xml:space="preserve">Upton Sinclair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is a great tract of a hundred thousand acres, which from time immemorial has been a hunting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preserve</w:t>
      </w:r>
      <w:r>
        <w:rPr>
          <w:b/>
          <w:bCs/>
        </w:rPr>
        <w:t xml:space="preserve"> </w:t>
      </w:r>
      <w:r>
        <w:rPr>
          <w:b/>
          <w:bCs/>
        </w:rPr>
        <w:t xml:space="preserve">of the nobility.</w:t>
      </w:r>
      <w:r>
        <w:br/>
      </w:r>
      <w:r>
        <w:t xml:space="preserve">    (a) related to DNA sequences or units of heredity that influence biological traits</w:t>
      </w:r>
      <w:r>
        <w:br/>
      </w:r>
      <w:r>
        <w:t xml:space="preserve">    (b) a rough substance that can be rubbed against something else to polish or clean</w:t>
      </w:r>
      <w:r>
        <w:br/>
      </w:r>
      <w:r>
        <w:t xml:space="preserve">    (c) a place exclusive to a group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of it they would make into "smoked" sausage—but as the smoking took time, and was therefore expensive, they would call upon their chemistry department,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preserve</w:t>
      </w:r>
      <w:r>
        <w:rPr>
          <w:b/>
          <w:bCs/>
        </w:rPr>
        <w:t xml:space="preserve"> </w:t>
      </w:r>
      <w:r>
        <w:rPr>
          <w:b/>
          <w:bCs/>
        </w:rPr>
        <w:t xml:space="preserve">it with borax and color it with gelatine to make it brown.</w:t>
      </w:r>
      <w:r>
        <w:br/>
      </w:r>
      <w:r>
        <w:t xml:space="preserve">    (a) hide or disguise the truth without outright lying</w:t>
      </w:r>
      <w:r>
        <w:br/>
      </w:r>
      <w:r>
        <w:t xml:space="preserve">    (b) prepare in a way that keeps from spoiling</w:t>
      </w:r>
      <w:r>
        <w:br/>
      </w:r>
      <w:r>
        <w:t xml:space="preserve">    (c) treat as a particular type that is considered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had a hard time on the passage; there was an agent who helped them, but he proved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scoundrel</w:t>
      </w:r>
      <w:r>
        <w:rPr>
          <w:b/>
          <w:bCs/>
        </w:rPr>
        <w:t xml:space="preserve">, and got them into a trap with some officials, and cost them a good deal of their precious money, which they clung to with such horrible fear.</w:t>
      </w:r>
      <w:r>
        <w:br/>
      </w:r>
      <w:r>
        <w:t xml:space="preserve">    (a) the condition of being different</w:t>
      </w:r>
      <w:r>
        <w:br/>
      </w:r>
      <w:r>
        <w:t xml:space="preserve">    (b) important, serious, or dangerous</w:t>
      </w:r>
      <w:r>
        <w:br/>
      </w:r>
      <w:r>
        <w:t xml:space="preserve">    (c) someone without moral principles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morning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interpreter</w:t>
      </w:r>
      <w:r>
        <w:rPr>
          <w:b/>
          <w:bCs/>
        </w:rPr>
        <w:t xml:space="preserve"> </w:t>
      </w:r>
      <w:r>
        <w:rPr>
          <w:b/>
          <w:bCs/>
        </w:rPr>
        <w:t xml:space="preserve">was found, and they were taken and put upon a car, and taught a new word—"stockyards."</w:t>
      </w:r>
      <w:r>
        <w:br/>
      </w:r>
      <w:r>
        <w:t xml:space="preserve">    (a) someone who extensively damages</w:t>
      </w:r>
      <w:r>
        <w:br/>
      </w:r>
      <w:r>
        <w:t xml:space="preserve">    (b) someone who translates language</w:t>
      </w:r>
      <w:r>
        <w:br/>
      </w:r>
      <w:r>
        <w:t xml:space="preserve">    (c) people who criticize or condemn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"Comrade" Lucas was not what is called an educated man; he knew only the Bible, but it was the Bible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interpreted</w:t>
      </w:r>
      <w:r>
        <w:rPr>
          <w:b/>
          <w:bCs/>
        </w:rPr>
        <w:t xml:space="preserve"> </w:t>
      </w:r>
      <w:r>
        <w:rPr>
          <w:b/>
          <w:bCs/>
        </w:rPr>
        <w:t xml:space="preserve">by real experience.</w:t>
      </w:r>
      <w:r>
        <w:br/>
      </w:r>
      <w:r>
        <w:t xml:space="preserve">    (a) understood (in a particular way)</w:t>
      </w:r>
      <w:r>
        <w:br/>
      </w:r>
      <w:r>
        <w:t xml:space="preserve">    (b) made more attractive or interesting through additions</w:t>
      </w:r>
      <w:r>
        <w:br/>
      </w:r>
      <w:r>
        <w:t xml:space="preserve">    (c) not having accepted beliefs without critical question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quite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dismayed</w:t>
      </w:r>
      <w:r>
        <w:rPr>
          <w:b/>
          <w:bCs/>
        </w:rPr>
        <w:t xml:space="preserve"> </w:t>
      </w:r>
      <w:r>
        <w:rPr>
          <w:b/>
          <w:bCs/>
        </w:rPr>
        <w:t xml:space="preserve">when he first began to find it out—that most of the men hated their work.</w:t>
      </w:r>
      <w:r>
        <w:br/>
      </w:r>
      <w:r>
        <w:t xml:space="preserve">    (a) saw opportunity</w:t>
      </w:r>
      <w:r>
        <w:br/>
      </w:r>
      <w:r>
        <w:t xml:space="preserve">    (b) disappointed or worried</w:t>
      </w:r>
      <w:r>
        <w:br/>
      </w:r>
      <w:r>
        <w:t xml:space="preserve">    (c) surprised or puzzled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house was one of a whole row that was built by a company which existed to make money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swindling</w:t>
      </w:r>
      <w:r>
        <w:rPr>
          <w:b/>
          <w:bCs/>
        </w:rPr>
        <w:t xml:space="preserve"> </w:t>
      </w:r>
      <w:r>
        <w:rPr>
          <w:b/>
          <w:bCs/>
        </w:rPr>
        <w:t xml:space="preserve">poor people.</w:t>
      </w:r>
      <w:r>
        <w:br/>
      </w:r>
      <w:r>
        <w:t xml:space="preserve">    (a) overworking</w:t>
      </w:r>
      <w:r>
        <w:br/>
      </w:r>
      <w:r>
        <w:t xml:space="preserve">    (b) tricking or cheating</w:t>
      </w:r>
      <w:r>
        <w:br/>
      </w:r>
      <w:r>
        <w:t xml:space="preserve">    (c) suing (in a court of law)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consequences</w:t>
      </w:r>
      <w:r>
        <w:rPr>
          <w:b/>
          <w:bCs/>
        </w:rPr>
        <w:t xml:space="preserve"> </w:t>
      </w:r>
      <w:r>
        <w:rPr>
          <w:b/>
          <w:bCs/>
        </w:rPr>
        <w:t xml:space="preserve">of all these things was that Jurgis was no longer perplexed when he heard men talk of fighting for their rights.</w:t>
      </w:r>
      <w:r>
        <w:br/>
      </w:r>
      <w:r>
        <w:t xml:space="preserve">    (a) results</w:t>
      </w:r>
      <w:r>
        <w:br/>
      </w:r>
      <w:r>
        <w:t xml:space="preserve">    (b) goals</w:t>
      </w:r>
      <w:r>
        <w:br/>
      </w:r>
      <w:r>
        <w:t xml:space="preserve">    (c) memories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of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--he was flung aside, like a bit of trash, the carcass of some animal.</w:t>
      </w:r>
      <w:r>
        <w:br/>
      </w:r>
      <w:r>
        <w:t xml:space="preserve">    (a) social connection</w:t>
      </w:r>
      <w:r>
        <w:br/>
      </w:r>
      <w:r>
        <w:t xml:space="preserve">    (b) family</w:t>
      </w:r>
      <w:r>
        <w:br/>
      </w:r>
      <w:r>
        <w:t xml:space="preserve">    (c) importance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of the consequences of all these things was that Jurgis was no longer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perplexed</w:t>
      </w:r>
      <w:r>
        <w:rPr>
          <w:b/>
          <w:bCs/>
        </w:rPr>
        <w:t xml:space="preserve"> </w:t>
      </w:r>
      <w:r>
        <w:rPr>
          <w:b/>
          <w:bCs/>
        </w:rPr>
        <w:t xml:space="preserve">when he heard men talk of fighting for their rights.</w:t>
      </w:r>
      <w:r>
        <w:br/>
      </w:r>
      <w:r>
        <w:t xml:space="preserve">    (a) bored</w:t>
      </w:r>
      <w:r>
        <w:br/>
      </w:r>
      <w:r>
        <w:t xml:space="preserve">    (b) made more angry</w:t>
      </w:r>
      <w:r>
        <w:br/>
      </w:r>
      <w:r>
        <w:t xml:space="preserve">    (c) confused or puzzled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that might be, the known facts were that a few weeks before the factory closed, Marija had been cheated out of her pay for three hundred cans.</w:t>
      </w:r>
      <w:r>
        <w:br/>
      </w:r>
      <w:r>
        <w:t xml:space="preserve">    (a) starts fighting</w:t>
      </w:r>
      <w:r>
        <w:br/>
      </w:r>
      <w:r>
        <w:t xml:space="preserve">    (b) in whatever way</w:t>
      </w:r>
      <w:r>
        <w:br/>
      </w:r>
      <w:r>
        <w:t xml:space="preserve">    (c) starts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did not make so much,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as he had the previous summer, for the packers took on more hands.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therefore (for that reason)</w:t>
      </w:r>
      <w:r>
        <w:br/>
      </w:r>
      <w:r>
        <w:t xml:space="preserve">    (c) though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of the girls had read somewhere that a red flag was the proper symbol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oppressed</w:t>
      </w:r>
      <w:r>
        <w:rPr>
          <w:b/>
          <w:bCs/>
        </w:rPr>
        <w:t xml:space="preserve"> </w:t>
      </w:r>
      <w:r>
        <w:rPr>
          <w:b/>
          <w:bCs/>
        </w:rPr>
        <w:t xml:space="preserve">workers, and so they mounted one, and paraded all about the yards, yelling with rage.</w:t>
      </w:r>
      <w:r>
        <w:br/>
      </w:r>
      <w:r>
        <w:t xml:space="preserve">    (a) angry</w:t>
      </w:r>
      <w:r>
        <w:br/>
      </w:r>
      <w:r>
        <w:t xml:space="preserve">    (b) unemployed</w:t>
      </w:r>
      <w:r>
        <w:br/>
      </w:r>
      <w:r>
        <w:t xml:space="preserve">    (c) treated harshly and unfairly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Jurgis was called upon to do the beating, and as it hurt his foot he did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with a vengeance</w:t>
      </w:r>
      <w:r>
        <w:rPr>
          <w:b/>
          <w:bCs/>
        </w:rPr>
        <w:t xml:space="preserve">; but it did not tend to add to the sweetness of his temper.</w:t>
      </w:r>
      <w:r>
        <w:br/>
      </w:r>
      <w:r>
        <w:t xml:space="preserve">    (a) available cash</w:t>
      </w:r>
      <w:r>
        <w:br/>
      </w:r>
      <w:r>
        <w:t xml:space="preserve">    (b) very important</w:t>
      </w:r>
      <w:r>
        <w:br/>
      </w:r>
      <w:r>
        <w:t xml:space="preserve">    (c) with intensity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every hour his soul grew blacker, every hour he dreamed new dreams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vengeance</w:t>
      </w:r>
      <w:r>
        <w:rPr>
          <w:b/>
          <w:bCs/>
        </w:rPr>
        <w:t xml:space="preserve">, of defiance, of raging, frenzied hate.</w:t>
      </w:r>
      <w:r>
        <w:br/>
      </w:r>
      <w:r>
        <w:t xml:space="preserve">    (a) something that stands out</w:t>
      </w:r>
      <w:r>
        <w:br/>
      </w:r>
      <w:r>
        <w:t xml:space="preserve">    (b) the act of taking revenge</w:t>
      </w:r>
      <w:r>
        <w:br/>
      </w:r>
      <w:r>
        <w:t xml:space="preserve">    (c) something made from parts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meantime Scully had given Jurgis a note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Republican</w:t>
      </w:r>
      <w:r>
        <w:rPr>
          <w:b/>
          <w:bCs/>
        </w:rPr>
        <w:t xml:space="preserve"> </w:t>
      </w:r>
      <w:r>
        <w:rPr>
          <w:b/>
          <w:bCs/>
        </w:rPr>
        <w:t xml:space="preserve">leader of the ward, and he had gone there and met the crowd he was to work with.</w:t>
      </w:r>
      <w:r>
        <w:br/>
      </w:r>
      <w:r>
        <w:t xml:space="preserve">    (a) of an organism in the early stages of development prior to birth, hatching, or sprouting  OR  of anything in an early stage of development</w:t>
      </w:r>
      <w:r>
        <w:br/>
      </w:r>
      <w:r>
        <w:t xml:space="preserve">    (b) relating to a Christian ceremony signifying spiritual cleansing and rebirth  OR  relating to a challenging experience that initiates or purifies</w:t>
      </w:r>
      <w:r>
        <w:br/>
      </w:r>
      <w:r>
        <w:t xml:space="preserve">    (c) of a system of government in which a majority of citizens elect representatives to make laws; or someone in favor of such a form of government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Ostrinski explained the organization of the party, the machinery by which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proletariat</w:t>
      </w:r>
      <w:r>
        <w:rPr>
          <w:b/>
          <w:bCs/>
        </w:rPr>
        <w:t xml:space="preserve"> </w:t>
      </w:r>
      <w:r>
        <w:rPr>
          <w:b/>
          <w:bCs/>
        </w:rPr>
        <w:t xml:space="preserve">was educating itself.</w:t>
      </w:r>
      <w:r>
        <w:br/>
      </w:r>
      <w:r>
        <w:t xml:space="preserve">    (a) a social class consisting of those who must work for wages to support themselves</w:t>
      </w:r>
      <w:r>
        <w:br/>
      </w:r>
      <w:r>
        <w:t xml:space="preserve">    (b) a social class consisting of those who cannot find paying work</w:t>
      </w:r>
      <w:r>
        <w:br/>
      </w:r>
      <w:r>
        <w:t xml:space="preserve">    (c) a social class consisting of those who own enough assets they do not need to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Here were all the opportunities of the country, the land, and the buildings upon the land, the railroads, the mines, the factories, and the stores, all in the hands of a few private individuals, called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capitalists</w:t>
      </w:r>
      <w:r>
        <w:rPr>
          <w:b/>
          <w:bCs/>
        </w:rPr>
        <w:t xml:space="preserve">, for whom the people were obliged to work for wages.</w:t>
      </w:r>
      <w:r>
        <w:br/>
      </w:r>
      <w:r>
        <w:t xml:space="preserve">    (a) people who believe in an economic system based on government ownership or control of all important companies</w:t>
      </w:r>
      <w:r>
        <w:br/>
      </w:r>
      <w:r>
        <w:t xml:space="preserve">    (b) people who believe in an economic system that abolishes private ownership of property with the goal of a classless society</w:t>
      </w:r>
      <w:r>
        <w:br/>
      </w:r>
      <w:r>
        <w:t xml:space="preserve">    (c) people who are wealthy and benefit from an economic system based on private ownership of property and businesses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no one makes any profit by the sale, there is no longer any stimulus to extravagance, and no misrepresentation; no cheating,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adulteration</w:t>
      </w:r>
      <w:r>
        <w:rPr>
          <w:b/>
          <w:bCs/>
        </w:rPr>
        <w:t xml:space="preserve"> </w:t>
      </w:r>
      <w:r>
        <w:rPr>
          <w:b/>
          <w:bCs/>
        </w:rPr>
        <w:t xml:space="preserve">or imitation, no bribery or 'grafting.'</w:t>
      </w:r>
      <w:r>
        <w:br/>
      </w:r>
      <w:r>
        <w:t xml:space="preserve">    (a) a potentially life-threatening eating disorder that prevents people from eating enough food</w:t>
      </w:r>
      <w:r>
        <w:br/>
      </w:r>
      <w:r>
        <w:t xml:space="preserve">    (b) lowering the quality of something by adding something else to it</w:t>
      </w:r>
      <w:r>
        <w:br/>
      </w:r>
      <w:r>
        <w:t xml:space="preserve">    (c) a connection where measuring one particle instantly affects another, regardless of distance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"These men are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Socialists</w:t>
      </w:r>
      <w:r>
        <w:rPr>
          <w:b/>
          <w:bCs/>
        </w:rPr>
        <w:t xml:space="preserve">!" he cried.</w:t>
      </w:r>
      <w:r>
        <w:br/>
      </w:r>
      <w:r>
        <w:t xml:space="preserve">    (a) used historically or possibly in relation to a very poor country:  people of low income, education, and social standing -- especially those who raise crops or livestock</w:t>
      </w:r>
      <w:r>
        <w:br/>
      </w:r>
      <w:r>
        <w:t xml:space="preserve">    (b) people who want an economic system based on government ownership or control of all important companies -- with the ideal of equal benefits to all people</w:t>
      </w:r>
      <w:r>
        <w:br/>
      </w:r>
      <w:r>
        <w:t xml:space="preserve">    (c) instances of treating someone badly in an unfair manner -- usually because of race, religion, gender, sexual orientation, or political beliefs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2026-05-20T02:37:27Z</dcterms:created>
  <dcterms:modified xsi:type="dcterms:W3CDTF">2026-05-20T02:37:27Z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