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26c14c5c500740ec9850fe3f191ac65181c8f2"/>
    <w:p>
      <w:pPr>
        <w:pStyle w:val="Heading1"/>
      </w:pPr>
      <w:r>
        <w:rPr>
          <w:b/>
          <w:bCs/>
        </w:rPr>
        <w:t xml:space="preserve">The Jungle Book</w:t>
      </w:r>
      <w:r>
        <w:br/>
      </w:r>
      <w:r>
        <w:rPr>
          <w:i/>
          <w:iCs/>
        </w:rPr>
        <w:t xml:space="preserve">Rudyard Kipling</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He made his</w:t>
      </w:r>
      <w:r>
        <w:rPr>
          <w:b/>
          <w:bCs/>
        </w:rPr>
        <w:t xml:space="preserve"> </w:t>
      </w:r>
      <w:r>
        <w:rPr>
          <w:b/>
          <w:bCs/>
          <w:u w:val="single"/>
        </w:rPr>
        <w:t xml:space="preserve">bound</w:t>
      </w:r>
      <w:r>
        <w:rPr>
          <w:b/>
          <w:bCs/>
        </w:rPr>
        <w:t xml:space="preserve"> </w:t>
      </w:r>
      <w:r>
        <w:rPr>
          <w:b/>
          <w:bCs/>
        </w:rPr>
        <w:t xml:space="preserve">before he saw what it was he was jumping at, and then he tried to stop himself.</w:t>
      </w:r>
      <w:r>
        <w:br/>
      </w:r>
      <w:r>
        <w:t xml:space="preserve">    (a) decision</w:t>
      </w:r>
      <w:r>
        <w:br/>
      </w:r>
      <w:r>
        <w:t xml:space="preserve">    (b) commitment</w:t>
      </w:r>
      <w:r>
        <w:br/>
      </w:r>
      <w:r>
        <w:t xml:space="preserve">    (c) leap</w:t>
      </w:r>
    </w:p>
    <w:p>
      <w:pPr>
        <w:pStyle w:val="Compact"/>
        <w:numPr>
          <w:ilvl w:val="0"/>
          <w:numId w:val="1001"/>
        </w:numPr>
      </w:pPr>
      <w:r>
        <w:rPr>
          <w:b/>
          <w:bCs/>
        </w:rPr>
        <w:t xml:space="preserve">Shere Khan was always crossing his path in the jungle, for as Akela grew older and feebler the lame tiger had come to be great friends with the younger wolves of the Pack, who followed him for scraps, a thing Akela would never have allowed if he had dared to push his authority to the proper</w:t>
      </w:r>
      <w:r>
        <w:rPr>
          <w:b/>
          <w:bCs/>
        </w:rPr>
        <w:t xml:space="preserve"> </w:t>
      </w:r>
      <w:r>
        <w:rPr>
          <w:b/>
          <w:bCs/>
          <w:u w:val="single"/>
        </w:rPr>
        <w:t xml:space="preserve">bounds</w:t>
      </w:r>
      <w:r>
        <w:rPr>
          <w:b/>
          <w:bCs/>
        </w:rPr>
        <w:t xml:space="preserve">.</w:t>
      </w:r>
      <w:r>
        <w:br/>
      </w:r>
      <w:r>
        <w:t xml:space="preserve">    (a) limits</w:t>
      </w:r>
      <w:r>
        <w:br/>
      </w:r>
      <w:r>
        <w:t xml:space="preserve">    (b) ropes</w:t>
      </w:r>
      <w:r>
        <w:br/>
      </w:r>
      <w:r>
        <w:t xml:space="preserve">    (c) jumps</w:t>
      </w:r>
    </w:p>
    <w:p>
      <w:pPr>
        <w:pStyle w:val="Compact"/>
        <w:numPr>
          <w:ilvl w:val="0"/>
          <w:numId w:val="1001"/>
        </w:numPr>
      </w:pPr>
      <w:r>
        <w:rPr>
          <w:b/>
          <w:bCs/>
        </w:rPr>
        <w:t xml:space="preserve">[of Kotick the seal] That very minute he turned north, swimming steadily, and as he went on he met scores of his mates, all</w:t>
      </w:r>
      <w:r>
        <w:rPr>
          <w:b/>
          <w:bCs/>
        </w:rPr>
        <w:t xml:space="preserve"> </w:t>
      </w:r>
      <w:r>
        <w:rPr>
          <w:b/>
          <w:bCs/>
          <w:u w:val="single"/>
        </w:rPr>
        <w:t xml:space="preserve">bound</w:t>
      </w:r>
      <w:r>
        <w:rPr>
          <w:b/>
          <w:bCs/>
        </w:rPr>
        <w:t xml:space="preserve"> </w:t>
      </w:r>
      <w:r>
        <w:rPr>
          <w:b/>
          <w:bCs/>
        </w:rPr>
        <w:t xml:space="preserve">for the same place, and they said: "Greeting, Kotick!"</w:t>
      </w:r>
      <w:r>
        <w:br/>
      </w:r>
      <w:r>
        <w:t xml:space="preserve">    (a) tied up</w:t>
      </w:r>
      <w:r>
        <w:br/>
      </w:r>
      <w:r>
        <w:t xml:space="preserve">    (b) leaping</w:t>
      </w:r>
      <w:r>
        <w:br/>
      </w:r>
      <w:r>
        <w:t xml:space="preserve">    (c) heading</w:t>
      </w:r>
    </w:p>
    <w:p>
      <w:pPr>
        <w:pStyle w:val="Compact"/>
        <w:numPr>
          <w:ilvl w:val="0"/>
          <w:numId w:val="1001"/>
        </w:numPr>
      </w:pPr>
      <w:r>
        <w:rPr>
          <w:b/>
          <w:bCs/>
        </w:rPr>
        <w:t xml:space="preserve">Then ten or twelve men, each with an iron-</w:t>
      </w:r>
      <w:r>
        <w:rPr>
          <w:b/>
          <w:bCs/>
          <w:u w:val="single"/>
        </w:rPr>
        <w:t xml:space="preserve">bound</w:t>
      </w:r>
      <w:r>
        <w:rPr>
          <w:b/>
          <w:bCs/>
        </w:rPr>
        <w:t xml:space="preserve"> </w:t>
      </w:r>
      <w:r>
        <w:rPr>
          <w:b/>
          <w:bCs/>
        </w:rPr>
        <w:t xml:space="preserve">club three or four feet long, came up ... and then the men clubbed the seals on the head as fast as they could.</w:t>
      </w:r>
      <w:r>
        <w:br/>
      </w:r>
      <w:r>
        <w:t xml:space="preserve">    (a) wrapped</w:t>
      </w:r>
      <w:r>
        <w:br/>
      </w:r>
      <w:r>
        <w:t xml:space="preserve">    (b) decorated</w:t>
      </w:r>
      <w:r>
        <w:br/>
      </w:r>
      <w:r>
        <w:t xml:space="preserve">    (c) drawn</w:t>
      </w:r>
    </w:p>
    <w:p>
      <w:pPr>
        <w:pStyle w:val="Compact"/>
        <w:numPr>
          <w:ilvl w:val="0"/>
          <w:numId w:val="1001"/>
        </w:numPr>
      </w:pPr>
      <w:r>
        <w:rPr>
          <w:b/>
          <w:bCs/>
        </w:rPr>
        <w:t xml:space="preserve">Mother Wolf threw herself down panting among the cubs, and Father Wolf said to her</w:t>
      </w:r>
      <w:r>
        <w:rPr>
          <w:b/>
          <w:bCs/>
        </w:rPr>
        <w:t xml:space="preserve"> </w:t>
      </w:r>
      <w:r>
        <w:rPr>
          <w:b/>
          <w:bCs/>
          <w:u w:val="single"/>
        </w:rPr>
        <w:t xml:space="preserve">gravely</w:t>
      </w:r>
      <w:r>
        <w:rPr>
          <w:b/>
          <w:bCs/>
        </w:rPr>
        <w:t xml:space="preserve">: "Shere Khan speaks this much truth. The cub must be shown to the Pack."</w:t>
      </w:r>
      <w:r>
        <w:br/>
      </w:r>
      <w:r>
        <w:t xml:space="preserve">    (a) assuredly (confidently)</w:t>
      </w:r>
      <w:r>
        <w:br/>
      </w:r>
      <w:r>
        <w:t xml:space="preserve">    (b) abruptly (suddenly)</w:t>
      </w:r>
      <w:r>
        <w:br/>
      </w:r>
      <w:r>
        <w:t xml:space="preserve">    (c) solemnly (seriously)</w:t>
      </w:r>
    </w:p>
    <w:p>
      <w:pPr>
        <w:pStyle w:val="Compact"/>
        <w:numPr>
          <w:ilvl w:val="0"/>
          <w:numId w:val="1001"/>
        </w:numPr>
      </w:pPr>
      <w:r>
        <w:rPr>
          <w:b/>
          <w:bCs/>
        </w:rPr>
        <w:t xml:space="preserve">Now, the Law of the Jungle lays down that if there is any</w:t>
      </w:r>
      <w:r>
        <w:rPr>
          <w:b/>
          <w:bCs/>
        </w:rPr>
        <w:t xml:space="preserve"> </w:t>
      </w:r>
      <w:r>
        <w:rPr>
          <w:b/>
          <w:bCs/>
          <w:u w:val="single"/>
        </w:rPr>
        <w:t xml:space="preserve">dispute</w:t>
      </w:r>
      <w:r>
        <w:rPr>
          <w:b/>
          <w:bCs/>
        </w:rPr>
        <w:t xml:space="preserve"> </w:t>
      </w:r>
      <w:r>
        <w:rPr>
          <w:b/>
          <w:bCs/>
        </w:rPr>
        <w:t xml:space="preserve">as to the right of a cub to be accepted by the Pack, he must be spoken for by at least two members of the Pack who are not his father and mother.</w:t>
      </w:r>
      <w:r>
        <w:br/>
      </w:r>
      <w:r>
        <w:t xml:space="preserve">    (a) foolishness</w:t>
      </w:r>
      <w:r>
        <w:br/>
      </w:r>
      <w:r>
        <w:t xml:space="preserve">    (b) opportunity</w:t>
      </w:r>
      <w:r>
        <w:br/>
      </w:r>
      <w:r>
        <w:t xml:space="preserve">    (c) disagreement</w:t>
      </w:r>
    </w:p>
    <w:p>
      <w:pPr>
        <w:pStyle w:val="Compact"/>
        <w:numPr>
          <w:ilvl w:val="0"/>
          <w:numId w:val="1001"/>
        </w:numPr>
      </w:pPr>
      <w:r>
        <w:rPr>
          <w:b/>
          <w:bCs/>
        </w:rPr>
        <w:t xml:space="preserve">He would go down the hillside into the</w:t>
      </w:r>
      <w:r>
        <w:rPr>
          <w:b/>
          <w:bCs/>
        </w:rPr>
        <w:t xml:space="preserve"> </w:t>
      </w:r>
      <w:r>
        <w:rPr>
          <w:b/>
          <w:bCs/>
          <w:u w:val="single"/>
        </w:rPr>
        <w:t xml:space="preserve">cultivated</w:t>
      </w:r>
      <w:r>
        <w:rPr>
          <w:b/>
          <w:bCs/>
        </w:rPr>
        <w:t xml:space="preserve"> </w:t>
      </w:r>
      <w:r>
        <w:rPr>
          <w:b/>
          <w:bCs/>
        </w:rPr>
        <w:t xml:space="preserve">lands by night, and look very curiously at the villagers in their huts,</w:t>
      </w:r>
      <w:r>
        <w:br/>
      </w:r>
      <w:r>
        <w:t xml:space="preserve">    (a) where crops are gown</w:t>
      </w:r>
      <w:r>
        <w:br/>
      </w:r>
      <w:r>
        <w:t xml:space="preserve">    (b) dark and dangerous</w:t>
      </w:r>
      <w:r>
        <w:br/>
      </w:r>
      <w:r>
        <w:t xml:space="preserve">    (c) occupied (having people)</w:t>
      </w:r>
    </w:p>
    <w:p>
      <w:pPr>
        <w:pStyle w:val="Compact"/>
        <w:numPr>
          <w:ilvl w:val="0"/>
          <w:numId w:val="1001"/>
        </w:numPr>
      </w:pPr>
      <w:r>
        <w:rPr>
          <w:b/>
          <w:bCs/>
        </w:rPr>
        <w:t xml:space="preserve">"I did not know these things," said Mowgli</w:t>
      </w:r>
      <w:r>
        <w:rPr>
          <w:b/>
          <w:bCs/>
        </w:rPr>
        <w:t xml:space="preserve"> </w:t>
      </w:r>
      <w:r>
        <w:rPr>
          <w:b/>
          <w:bCs/>
          <w:u w:val="single"/>
        </w:rPr>
        <w:t xml:space="preserve">sullenly</w:t>
      </w:r>
      <w:r>
        <w:rPr>
          <w:b/>
          <w:bCs/>
        </w:rPr>
        <w:t xml:space="preserve">, and he frowned under his heavy black eyebrows.</w:t>
      </w:r>
      <w:r>
        <w:br/>
      </w:r>
      <w:r>
        <w:t xml:space="preserve">    (a) unhappily</w:t>
      </w:r>
      <w:r>
        <w:br/>
      </w:r>
      <w:r>
        <w:t xml:space="preserve">    (b) quickly</w:t>
      </w:r>
      <w:r>
        <w:br/>
      </w:r>
      <w:r>
        <w:t xml:space="preserve">    (c) thoughtfully</w:t>
      </w:r>
    </w:p>
    <w:p>
      <w:pPr>
        <w:pStyle w:val="Compact"/>
        <w:numPr>
          <w:ilvl w:val="0"/>
          <w:numId w:val="1001"/>
        </w:numPr>
      </w:pPr>
      <w:r>
        <w:rPr>
          <w:b/>
          <w:bCs/>
        </w:rPr>
        <w:t xml:space="preserve">Mowgli thrust his dead branch into the fire till the twigs lit and crackled, and whirled it above his head among the</w:t>
      </w:r>
      <w:r>
        <w:rPr>
          <w:b/>
          <w:bCs/>
        </w:rPr>
        <w:t xml:space="preserve"> </w:t>
      </w:r>
      <w:r>
        <w:rPr>
          <w:b/>
          <w:bCs/>
          <w:u w:val="single"/>
        </w:rPr>
        <w:t xml:space="preserve">cowering</w:t>
      </w:r>
      <w:r>
        <w:rPr>
          <w:b/>
          <w:bCs/>
        </w:rPr>
        <w:t xml:space="preserve"> </w:t>
      </w:r>
      <w:r>
        <w:rPr>
          <w:b/>
          <w:bCs/>
        </w:rPr>
        <w:t xml:space="preserve">wolves.</w:t>
      </w:r>
      <w:r>
        <w:br/>
      </w:r>
      <w:r>
        <w:t xml:space="preserve">    (a) angry</w:t>
      </w:r>
      <w:r>
        <w:br/>
      </w:r>
      <w:r>
        <w:t xml:space="preserve">    (b) cheering</w:t>
      </w:r>
      <w:r>
        <w:br/>
      </w:r>
      <w:r>
        <w:t xml:space="preserve">    (c) frightened</w:t>
      </w:r>
    </w:p>
    <w:p>
      <w:pPr>
        <w:pStyle w:val="Compact"/>
        <w:numPr>
          <w:ilvl w:val="0"/>
          <w:numId w:val="1001"/>
        </w:numPr>
      </w:pPr>
      <w:r>
        <w:rPr>
          <w:b/>
          <w:bCs/>
        </w:rPr>
        <w:t xml:space="preserve">Mowgli, who was very much ashamed of himself, slept between the Panther and the Bear,</w:t>
      </w:r>
      <w:r>
        <w:rPr>
          <w:b/>
          <w:bCs/>
        </w:rPr>
        <w:t xml:space="preserve"> </w:t>
      </w:r>
      <w:r>
        <w:rPr>
          <w:b/>
          <w:bCs/>
          <w:u w:val="single"/>
        </w:rPr>
        <w:t xml:space="preserve">resolving</w:t>
      </w:r>
      <w:r>
        <w:rPr>
          <w:b/>
          <w:bCs/>
        </w:rPr>
        <w:t xml:space="preserve"> </w:t>
      </w:r>
      <w:r>
        <w:rPr>
          <w:b/>
          <w:bCs/>
        </w:rPr>
        <w:t xml:space="preserve">to have no more to do with the Monkey People.</w:t>
      </w:r>
      <w:r>
        <w:br/>
      </w:r>
      <w:r>
        <w:t xml:space="preserve">    (a) solving</w:t>
      </w:r>
      <w:r>
        <w:br/>
      </w:r>
      <w:r>
        <w:t xml:space="preserve">    (b) deciding</w:t>
      </w:r>
      <w:r>
        <w:br/>
      </w:r>
      <w:r>
        <w:t xml:space="preserve">    (c) wishing</w:t>
      </w:r>
    </w:p>
    <w:p>
      <w:pPr>
        <w:pStyle w:val="Compact"/>
        <w:numPr>
          <w:ilvl w:val="0"/>
          <w:numId w:val="1001"/>
        </w:numPr>
      </w:pPr>
      <w:r>
        <w:rPr>
          <w:b/>
          <w:bCs/>
        </w:rPr>
        <w:t xml:space="preserve">All the Jungle-People admire us for our skill and our</w:t>
      </w:r>
      <w:r>
        <w:rPr>
          <w:b/>
          <w:bCs/>
        </w:rPr>
        <w:t xml:space="preserve"> </w:t>
      </w:r>
      <w:r>
        <w:rPr>
          <w:b/>
          <w:bCs/>
          <w:u w:val="single"/>
        </w:rPr>
        <w:t xml:space="preserve">cunning</w:t>
      </w:r>
      <w:r>
        <w:rPr>
          <w:b/>
          <w:bCs/>
        </w:rPr>
        <w:t xml:space="preserve">.</w:t>
      </w:r>
      <w:r>
        <w:br/>
      </w:r>
      <w:r>
        <w:t xml:space="preserve">    (a) teamwork</w:t>
      </w:r>
      <w:r>
        <w:br/>
      </w:r>
      <w:r>
        <w:t xml:space="preserve">    (b) cleverness</w:t>
      </w:r>
      <w:r>
        <w:br/>
      </w:r>
      <w:r>
        <w:t xml:space="preserve">    (c) quickness</w:t>
      </w:r>
    </w:p>
    <w:p>
      <w:pPr>
        <w:pStyle w:val="Compact"/>
        <w:numPr>
          <w:ilvl w:val="0"/>
          <w:numId w:val="1001"/>
        </w:numPr>
      </w:pPr>
      <w:r>
        <w:rPr>
          <w:b/>
          <w:bCs/>
        </w:rPr>
        <w:t xml:space="preserve">Kaa was not a poison snake—in fact he rather</w:t>
      </w:r>
      <w:r>
        <w:rPr>
          <w:b/>
          <w:bCs/>
        </w:rPr>
        <w:t xml:space="preserve"> </w:t>
      </w:r>
      <w:r>
        <w:rPr>
          <w:b/>
          <w:bCs/>
          <w:u w:val="single"/>
        </w:rPr>
        <w:t xml:space="preserve">despised</w:t>
      </w:r>
      <w:r>
        <w:rPr>
          <w:b/>
          <w:bCs/>
        </w:rPr>
        <w:t xml:space="preserve"> </w:t>
      </w:r>
      <w:r>
        <w:rPr>
          <w:b/>
          <w:bCs/>
        </w:rPr>
        <w:t xml:space="preserve">the poison snakes as cowards—but his strength lay in his hug, and when he had once lapped his huge coils round anybody there was no more to be said.</w:t>
      </w:r>
      <w:r>
        <w:br/>
      </w:r>
      <w:r>
        <w:t xml:space="preserve">    (a) strongly disliked</w:t>
      </w:r>
      <w:r>
        <w:br/>
      </w:r>
      <w:r>
        <w:t xml:space="preserve">    (b) strongly pitied</w:t>
      </w:r>
      <w:r>
        <w:br/>
      </w:r>
      <w:r>
        <w:t xml:space="preserve">    (c) strongly insulted</w:t>
      </w:r>
    </w:p>
    <w:p>
      <w:pPr>
        <w:pStyle w:val="Compact"/>
        <w:numPr>
          <w:ilvl w:val="0"/>
          <w:numId w:val="1001"/>
        </w:numPr>
      </w:pPr>
      <w:r>
        <w:rPr>
          <w:b/>
          <w:bCs/>
        </w:rPr>
        <w:t xml:space="preserve">Generations of monkeys had been scared into good behavior by the stories their elders told them of Kaa ... who could make himself look so like a dead branch or a rotten stump that the wisest were</w:t>
      </w:r>
      <w:r>
        <w:rPr>
          <w:b/>
          <w:bCs/>
        </w:rPr>
        <w:t xml:space="preserve"> </w:t>
      </w:r>
      <w:r>
        <w:rPr>
          <w:b/>
          <w:bCs/>
          <w:u w:val="single"/>
        </w:rPr>
        <w:t xml:space="preserve">deceived</w:t>
      </w:r>
      <w:r>
        <w:rPr>
          <w:b/>
          <w:bCs/>
        </w:rPr>
        <w:t xml:space="preserve">, till the branch caught them.</w:t>
      </w:r>
      <w:r>
        <w:br/>
      </w:r>
      <w:r>
        <w:t xml:space="preserve">    (a) tricked</w:t>
      </w:r>
      <w:r>
        <w:br/>
      </w:r>
      <w:r>
        <w:t xml:space="preserve">    (b) attracted</w:t>
      </w:r>
      <w:r>
        <w:br/>
      </w:r>
      <w:r>
        <w:t xml:space="preserve">    (c) assisted</w:t>
      </w:r>
    </w:p>
    <w:p>
      <w:pPr>
        <w:pStyle w:val="Compact"/>
        <w:numPr>
          <w:ilvl w:val="0"/>
          <w:numId w:val="1001"/>
        </w:numPr>
      </w:pPr>
      <w:r>
        <w:rPr>
          <w:b/>
          <w:bCs/>
        </w:rPr>
        <w:t xml:space="preserve">...and now and again the tiger carried off a man at</w:t>
      </w:r>
      <w:r>
        <w:rPr>
          <w:b/>
          <w:bCs/>
        </w:rPr>
        <w:t xml:space="preserve"> </w:t>
      </w:r>
      <w:r>
        <w:rPr>
          <w:b/>
          <w:bCs/>
          <w:u w:val="single"/>
        </w:rPr>
        <w:t xml:space="preserve">twilight</w:t>
      </w:r>
      <w:r>
        <w:rPr>
          <w:b/>
          <w:bCs/>
        </w:rPr>
        <w:t xml:space="preserve">, within sight of the village gates.</w:t>
      </w:r>
      <w:r>
        <w:br/>
      </w:r>
      <w:r>
        <w:t xml:space="preserve">    (a) at night when the moon is full</w:t>
      </w:r>
      <w:r>
        <w:br/>
      </w:r>
      <w:r>
        <w:t xml:space="preserve">    (b) in daylight when the sun is straight overhead</w:t>
      </w:r>
      <w:r>
        <w:br/>
      </w:r>
      <w:r>
        <w:t xml:space="preserve">    (c) the time between daylight and darkness</w:t>
      </w:r>
    </w:p>
    <w:p>
      <w:pPr>
        <w:pStyle w:val="Compact"/>
        <w:numPr>
          <w:ilvl w:val="0"/>
          <w:numId w:val="1001"/>
        </w:numPr>
      </w:pPr>
      <w:r>
        <w:rPr>
          <w:b/>
          <w:bCs/>
        </w:rPr>
        <w:t xml:space="preserve">...what Mowgli looked at was the sides of the</w:t>
      </w:r>
      <w:r>
        <w:rPr>
          <w:b/>
          <w:bCs/>
        </w:rPr>
        <w:t xml:space="preserve"> </w:t>
      </w:r>
      <w:r>
        <w:rPr>
          <w:b/>
          <w:bCs/>
          <w:u w:val="single"/>
        </w:rPr>
        <w:t xml:space="preserve">ravine</w:t>
      </w:r>
      <w:r>
        <w:rPr>
          <w:b/>
          <w:bCs/>
        </w:rPr>
        <w:t xml:space="preserve">, and he saw with a great deal of satisfaction that they ran nearly straight up and down, while the vines and creepers that hung over them would give no foothold to a tiger who wanted to get out.</w:t>
      </w:r>
      <w:r>
        <w:br/>
      </w:r>
      <w:r>
        <w:t xml:space="preserve">    (a) fast river</w:t>
      </w:r>
      <w:r>
        <w:br/>
      </w:r>
      <w:r>
        <w:t xml:space="preserve">    (b) tall tree</w:t>
      </w:r>
      <w:r>
        <w:br/>
      </w:r>
      <w:r>
        <w:t xml:space="preserve">    (c) steep gorge</w:t>
      </w:r>
    </w:p>
    <w:p>
      <w:pPr>
        <w:pStyle w:val="Compact"/>
        <w:numPr>
          <w:ilvl w:val="0"/>
          <w:numId w:val="1001"/>
        </w:numPr>
      </w:pPr>
      <w:r>
        <w:rPr>
          <w:b/>
          <w:bCs/>
        </w:rPr>
        <w:t xml:space="preserve">Only, another time do not</w:t>
      </w:r>
      <w:r>
        <w:rPr>
          <w:b/>
          <w:bCs/>
        </w:rPr>
        <w:t xml:space="preserve"> </w:t>
      </w:r>
      <w:r>
        <w:rPr>
          <w:b/>
          <w:bCs/>
          <w:u w:val="single"/>
        </w:rPr>
        <w:t xml:space="preserve">meddle</w:t>
      </w:r>
      <w:r>
        <w:rPr>
          <w:b/>
          <w:bCs/>
        </w:rPr>
        <w:t xml:space="preserve"> </w:t>
      </w:r>
      <w:r>
        <w:rPr>
          <w:b/>
          <w:bCs/>
        </w:rPr>
        <w:t xml:space="preserve">with my game.</w:t>
      </w:r>
      <w:r>
        <w:br/>
      </w:r>
      <w:r>
        <w:t xml:space="preserve">    (a) interfere</w:t>
      </w:r>
      <w:r>
        <w:br/>
      </w:r>
      <w:r>
        <w:t xml:space="preserve">    (b) sympathize</w:t>
      </w:r>
      <w:r>
        <w:br/>
      </w:r>
      <w:r>
        <w:t xml:space="preserve">    (c) make bets</w:t>
      </w:r>
    </w:p>
    <w:p>
      <w:pPr>
        <w:pStyle w:val="Compact"/>
        <w:numPr>
          <w:ilvl w:val="0"/>
          <w:numId w:val="1001"/>
        </w:numPr>
      </w:pPr>
      <w:r>
        <w:rPr>
          <w:b/>
          <w:bCs/>
        </w:rPr>
        <w:t xml:space="preserve">Now that all the seals and their wives were on the land, you could hear their</w:t>
      </w:r>
      <w:r>
        <w:rPr>
          <w:b/>
          <w:bCs/>
        </w:rPr>
        <w:t xml:space="preserve"> </w:t>
      </w:r>
      <w:r>
        <w:rPr>
          <w:b/>
          <w:bCs/>
          <w:u w:val="single"/>
        </w:rPr>
        <w:t xml:space="preserve">clamor</w:t>
      </w:r>
      <w:r>
        <w:rPr>
          <w:b/>
          <w:bCs/>
        </w:rPr>
        <w:t xml:space="preserve"> </w:t>
      </w:r>
      <w:r>
        <w:rPr>
          <w:b/>
          <w:bCs/>
        </w:rPr>
        <w:t xml:space="preserve">miles out to sea above the loudest gales.</w:t>
      </w:r>
      <w:r>
        <w:br/>
      </w:r>
      <w:r>
        <w:t xml:space="preserve">    (a) children</w:t>
      </w:r>
      <w:r>
        <w:br/>
      </w:r>
      <w:r>
        <w:t xml:space="preserve">    (b) singing</w:t>
      </w:r>
      <w:r>
        <w:br/>
      </w:r>
      <w:r>
        <w:t xml:space="preserve">    (c) noise</w:t>
      </w:r>
    </w:p>
    <w:p>
      <w:pPr>
        <w:pStyle w:val="Compact"/>
        <w:numPr>
          <w:ilvl w:val="0"/>
          <w:numId w:val="1001"/>
        </w:numPr>
      </w:pPr>
      <w:r>
        <w:rPr>
          <w:b/>
          <w:bCs/>
        </w:rPr>
        <w:t xml:space="preserve">"Do you think a snake-killer kills muskrats?" said Rikki-tikki</w:t>
      </w:r>
      <w:r>
        <w:rPr>
          <w:b/>
          <w:bCs/>
        </w:rPr>
        <w:t xml:space="preserve"> </w:t>
      </w:r>
      <w:r>
        <w:rPr>
          <w:b/>
          <w:bCs/>
          <w:u w:val="single"/>
        </w:rPr>
        <w:t xml:space="preserve">scornfully</w:t>
      </w:r>
      <w:r>
        <w:rPr>
          <w:b/>
          <w:bCs/>
        </w:rPr>
        <w:t xml:space="preserve">.</w:t>
      </w:r>
      <w:r>
        <w:br/>
      </w:r>
      <w:r>
        <w:t xml:space="preserve">    (a) with disrespect</w:t>
      </w:r>
      <w:r>
        <w:br/>
      </w:r>
      <w:r>
        <w:t xml:space="preserve">    (b) with amazement</w:t>
      </w:r>
      <w:r>
        <w:br/>
      </w:r>
      <w:r>
        <w:t xml:space="preserve">    (c) with anger</w:t>
      </w:r>
    </w:p>
    <w:p>
      <w:pPr>
        <w:pStyle w:val="Compact"/>
        <w:numPr>
          <w:ilvl w:val="0"/>
          <w:numId w:val="1001"/>
        </w:numPr>
      </w:pPr>
      <w:r>
        <w:rPr>
          <w:b/>
          <w:bCs/>
        </w:rPr>
        <w:t xml:space="preserve">Do you gentlemen of the screw-gun battery feel</w:t>
      </w:r>
      <w:r>
        <w:rPr>
          <w:b/>
          <w:bCs/>
        </w:rPr>
        <w:t xml:space="preserve"> </w:t>
      </w:r>
      <w:r>
        <w:rPr>
          <w:b/>
          <w:bCs/>
          <w:u w:val="single"/>
        </w:rPr>
        <w:t xml:space="preserve">inclined</w:t>
      </w:r>
      <w:r>
        <w:rPr>
          <w:b/>
          <w:bCs/>
        </w:rPr>
        <w:t xml:space="preserve"> </w:t>
      </w:r>
      <w:r>
        <w:rPr>
          <w:b/>
          <w:bCs/>
        </w:rPr>
        <w:t xml:space="preserve">to eat when you are being fired at with big guns, and Two Tails is behind you?</w:t>
      </w:r>
      <w:r>
        <w:br/>
      </w:r>
      <w:r>
        <w:t xml:space="preserve">    (a) in a mood</w:t>
      </w:r>
      <w:r>
        <w:br/>
      </w:r>
      <w:r>
        <w:t xml:space="preserve">    (b) hurried</w:t>
      </w:r>
      <w:r>
        <w:br/>
      </w:r>
      <w:r>
        <w:t xml:space="preserve">    (c) hungry</w:t>
      </w:r>
    </w:p>
    <w:p>
      <w:pPr>
        <w:pStyle w:val="Compact"/>
        <w:numPr>
          <w:ilvl w:val="0"/>
          <w:numId w:val="1001"/>
        </w:numPr>
      </w:pPr>
      <w:r>
        <w:rPr>
          <w:b/>
          <w:bCs/>
        </w:rPr>
        <w:t xml:space="preserve">"What I want to know," said the young mule, who had been quiet for a long time--"what I want to know is, why we have to fight at all."</w:t>
      </w:r>
      <w:r>
        <w:br/>
      </w:r>
      <w:r>
        <w:rPr>
          <w:b/>
          <w:bCs/>
        </w:rPr>
        <w:t xml:space="preserve">"Because we're told to," said the troop-horse, with a snort of</w:t>
      </w:r>
      <w:r>
        <w:rPr>
          <w:b/>
          <w:bCs/>
        </w:rPr>
        <w:t xml:space="preserve"> </w:t>
      </w:r>
      <w:r>
        <w:rPr>
          <w:b/>
          <w:bCs/>
          <w:u w:val="single"/>
        </w:rPr>
        <w:t xml:space="preserve">contempt</w:t>
      </w:r>
      <w:r>
        <w:rPr>
          <w:b/>
          <w:bCs/>
        </w:rPr>
        <w:t xml:space="preserve">.</w:t>
      </w:r>
      <w:r>
        <w:br/>
      </w:r>
      <w:r>
        <w:t xml:space="preserve">    (a) disrespect</w:t>
      </w:r>
      <w:r>
        <w:br/>
      </w:r>
      <w:r>
        <w:t xml:space="preserve">    (b) annoyance</w:t>
      </w:r>
      <w:r>
        <w:br/>
      </w:r>
      <w:r>
        <w:t xml:space="preserve">    (c) impatience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2026-07-31T17:41:37Z</dcterms:created>
  <dcterms:modified xsi:type="dcterms:W3CDTF">2026-07-31T17:41:37Z</dcterms:modified>
</cp:coreProperties>
</file>

<file path=docProps/custom.xml><?xml version="1.0" encoding="utf-8"?>
<Properties xmlns="http://schemas.openxmlformats.org/officeDocument/2006/custom-properties" xmlns:vt="http://schemas.openxmlformats.org/officeDocument/2006/docPropsVTypes"/>
</file>