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cdeeea2606459c6359512efe0b15510b4392ef"/>
    <w:p>
      <w:pPr>
        <w:pStyle w:val="Heading1"/>
      </w:pPr>
      <w:r>
        <w:rPr>
          <w:b/>
          <w:bCs/>
        </w:rPr>
        <w:t xml:space="preserve">The Joy Luck Club</w:t>
      </w:r>
      <w:r>
        <w:br/>
      </w:r>
      <w:r>
        <w:rPr>
          <w:i/>
          <w:iCs/>
        </w:rPr>
        <w:t xml:space="preserve">Amy Tan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sit and wait for our own deaths with proper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 </w:t>
      </w:r>
      <w:r>
        <w:rPr>
          <w:b/>
          <w:bCs/>
        </w:rPr>
        <w:t xml:space="preserve">faces</w:t>
      </w:r>
      <w:r>
        <w:br/>
      </w:r>
      <w:r>
        <w:t xml:space="preserve">    (a) increasing reason or general desire to do something</w:t>
      </w:r>
      <w:r>
        <w:br/>
      </w:r>
      <w:r>
        <w:t xml:space="preserve">    (b) serious--without humour or fun</w:t>
      </w:r>
      <w:r>
        <w:br/>
      </w:r>
      <w:r>
        <w:t xml:space="preserve">    (c) the state of being unaware of one's mental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after breakfast everybody kept talking about things of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.</w:t>
      </w:r>
      <w:r>
        <w:br/>
      </w:r>
      <w:r>
        <w:t xml:space="preserve">    (a) translates</w:t>
      </w:r>
      <w:r>
        <w:br/>
      </w:r>
      <w:r>
        <w:t xml:space="preserve">    (b) importance</w:t>
      </w:r>
      <w:r>
        <w:br/>
      </w:r>
      <w:r>
        <w:t xml:space="preserve">    (c)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I can remember is how awfully lucky I felt,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 </w:t>
      </w:r>
      <w:r>
        <w:rPr>
          <w:b/>
          <w:bCs/>
        </w:rPr>
        <w:t xml:space="preserve">how worried I was that all this undeserved good fortune would someday slip away.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resultantly (as a result)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looked like a floating teahouse, with an open-air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 </w:t>
      </w:r>
      <w:r>
        <w:rPr>
          <w:b/>
          <w:bCs/>
        </w:rPr>
        <w:t xml:space="preserve">larger than the one in our courtyard.</w:t>
      </w:r>
      <w:r>
        <w:br/>
      </w:r>
      <w:r>
        <w:t xml:space="preserve">    (a) a small group of people who plot in secret and exercise power</w:t>
      </w:r>
      <w:r>
        <w:br/>
      </w:r>
      <w:r>
        <w:t xml:space="preserve">    (b) make something more attractive or interesting by adding to it</w:t>
      </w:r>
      <w:r>
        <w:br/>
      </w:r>
      <w:r>
        <w:t xml:space="preserve">    (c) a large roofed structure without walls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TWENTY-SIX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MALIGNANT</w:t>
      </w:r>
      <w:r>
        <w:rPr>
          <w:b/>
          <w:bCs/>
        </w:rPr>
        <w:t xml:space="preserve"> </w:t>
      </w:r>
      <w:r>
        <w:rPr>
          <w:b/>
          <w:bCs/>
        </w:rPr>
        <w:t xml:space="preserve">GATES.</w:t>
      </w:r>
      <w:r>
        <w:br/>
      </w:r>
      <w:r>
        <w:t xml:space="preserve">    (a) relating to classical music plays in which most of the dialogue is sung</w:t>
      </w:r>
      <w:r>
        <w:br/>
      </w:r>
      <w:r>
        <w:t xml:space="preserve">    (b) harmful or evil</w:t>
      </w:r>
      <w:r>
        <w:br/>
      </w:r>
      <w:r>
        <w:br/>
      </w:r>
      <w:r>
        <w:t xml:space="preserve">in medicine: harmful growth as with a cancerous tumor</w:t>
      </w:r>
      <w:r>
        <w:br/>
      </w:r>
      <w:r>
        <w:t xml:space="preserve">    (c) strict, firm, or hard (not giving in, not giving way, or not giving up)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best playground,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was the dark alley itself.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said, "I want you to think about a nickel's worth of candy money,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much you eat each week--your Good and Plentys, your Necco wafers, your Jujubes--and compare that to what you are about to see."</w:t>
      </w:r>
      <w:r>
        <w:br/>
      </w:r>
      <w:r>
        <w:t xml:space="preserve">    (a) whatever amount of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aka analysis -- psychiatric treatment; or a theory of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Soon I no longer lost any games or Life Savers, but I lost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.</w:t>
      </w:r>
      <w:r>
        <w:br/>
      </w:r>
      <w:r>
        <w:t xml:space="preserve">    (a) made holy</w:t>
      </w:r>
      <w:r>
        <w:br/>
      </w:r>
      <w:r>
        <w:t xml:space="preserve">    (b) loyalties</w:t>
      </w:r>
      <w:r>
        <w:br/>
      </w:r>
      <w:r>
        <w:t xml:space="preserve">    (c) opponents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"Little sister, been a long time since I play with dolls," he said, smiling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benevolently</w:t>
      </w:r>
      <w:r>
        <w:rPr>
          <w:b/>
          <w:bCs/>
        </w:rPr>
        <w:t xml:space="preserve">.</w:t>
      </w:r>
      <w:r>
        <w:br/>
      </w:r>
      <w:r>
        <w:t xml:space="preserve">    (a) with kindness</w:t>
      </w:r>
      <w:r>
        <w:br/>
      </w:r>
      <w:r>
        <w:t xml:space="preserve">    (b) in a strongly biased manner</w:t>
      </w:r>
      <w:r>
        <w:br/>
      </w:r>
      <w:r>
        <w:t xml:space="preserve">    (c) in a morally correct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fact that his parents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immigrated</w:t>
      </w:r>
      <w:r>
        <w:rPr>
          <w:b/>
          <w:bCs/>
        </w:rPr>
        <w:t xml:space="preserve"> </w:t>
      </w:r>
      <w:r>
        <w:rPr>
          <w:b/>
          <w:bCs/>
        </w:rPr>
        <w:t xml:space="preserve">from Tarrytown, New York, not Tientsin, China.</w:t>
      </w:r>
      <w:r>
        <w:br/>
      </w:r>
      <w:r>
        <w:t xml:space="preserve">    (a) came to live from</w:t>
      </w:r>
      <w:r>
        <w:br/>
      </w:r>
      <w:r>
        <w:t xml:space="preserve">    (b) embarrassed or self-conscious</w:t>
      </w:r>
      <w:r>
        <w:br/>
      </w:r>
      <w:r>
        <w:t xml:space="preserve">    (c) with rises and falls in pitch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now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laments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never did anything to stop them.</w:t>
      </w:r>
      <w:r>
        <w:br/>
      </w:r>
      <w:r>
        <w:t xml:space="preserve">    (a) expresses regret</w:t>
      </w:r>
      <w:r>
        <w:br/>
      </w:r>
      <w:r>
        <w:t xml:space="preserve">    (b) changes through evolution</w:t>
      </w:r>
      <w:r>
        <w:br/>
      </w:r>
      <w:r>
        <w:t xml:space="preserve">    (c) gradually adds or removes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mad at Harold and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me.</w:t>
      </w:r>
      <w:r>
        <w:br/>
      </w:r>
      <w:r>
        <w:t xml:space="preserve">    (a) greatly annoyed</w:t>
      </w:r>
      <w:r>
        <w:br/>
      </w:r>
      <w:r>
        <w:t xml:space="preserve">    (b) said indirectly</w:t>
      </w:r>
      <w:r>
        <w:br/>
      </w:r>
      <w:r>
        <w:t xml:space="preserve">    (c) came or arrived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when I want something to happen—or not happen—I begin to look at all events and all things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, an opportunity to take or avoid.</w:t>
      </w:r>
      <w:r>
        <w:br/>
      </w:r>
      <w:r>
        <w:t xml:space="preserve">    (a) having the ability to change for different situations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relating in a meaningful way to the issue in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is the Chinese cook's custom, my mother always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disparaging</w:t>
      </w:r>
      <w:r>
        <w:rPr>
          <w:b/>
          <w:bCs/>
        </w:rPr>
        <w:t xml:space="preserve"> </w:t>
      </w:r>
      <w:r>
        <w:rPr>
          <w:b/>
          <w:bCs/>
        </w:rPr>
        <w:t xml:space="preserve">remarks about her own cooking.</w:t>
      </w:r>
      <w:r>
        <w:br/>
      </w:r>
      <w:r>
        <w:t xml:space="preserve">    (a) moving into position to work; or starting</w:t>
      </w:r>
      <w:r>
        <w:br/>
      </w:r>
      <w:r>
        <w:t xml:space="preserve">    (b) controlling (how something will turn out)</w:t>
      </w:r>
      <w:r>
        <w:br/>
      </w:r>
      <w:r>
        <w:t xml:space="preserve">    (c) critical or belittling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if they tell me this curving line branching into three oval shapes is a pomegranate and that my mother was wishing me fertility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?</w:t>
      </w:r>
      <w:r>
        <w:br/>
      </w:r>
      <w:r>
        <w:t xml:space="preserve">    (a) lacks adequate funding</w:t>
      </w:r>
      <w:r>
        <w:br/>
      </w:r>
      <w:r>
        <w:t xml:space="preserve">    (b) not thinking carefully</w:t>
      </w:r>
      <w:r>
        <w:br/>
      </w:r>
      <w:r>
        <w:t xml:space="preserve">    (c) all future generations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years ago, she had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evict</w:t>
      </w:r>
      <w:r>
        <w:rPr>
          <w:b/>
          <w:bCs/>
        </w:rPr>
        <w:t xml:space="preserve"> </w:t>
      </w:r>
      <w:r>
        <w:rPr>
          <w:b/>
          <w:bCs/>
        </w:rPr>
        <w:t xml:space="preserve">them on the pretext that relatives from China were coming to live there.</w:t>
      </w:r>
      <w:r>
        <w:br/>
      </w:r>
      <w:r>
        <w:t xml:space="preserve">    (a) create dramatic change</w:t>
      </w:r>
      <w:r>
        <w:br/>
      </w:r>
      <w:r>
        <w:t xml:space="preserve">    (b) to come near or nearer</w:t>
      </w:r>
      <w:r>
        <w:br/>
      </w:r>
      <w:r>
        <w:t xml:space="preserve">    (c) force someone to leave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each time she returned, she remained in her bedroom, sitting all day like a Buddha, smoking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opium</w:t>
      </w:r>
      <w:r>
        <w:rPr>
          <w:b/>
          <w:bCs/>
        </w:rPr>
        <w:t xml:space="preserve">, talking softly to herself.</w:t>
      </w:r>
      <w:r>
        <w:br/>
      </w:r>
      <w:r>
        <w:t xml:space="preserve">    (a) a powerful narcotic</w:t>
      </w:r>
      <w:r>
        <w:br/>
      </w:r>
      <w:r>
        <w:t xml:space="preserve">    (b) a powerful cooking additive</w:t>
      </w:r>
      <w:r>
        <w:br/>
      </w:r>
      <w:r>
        <w:t xml:space="preserve">    (c) a powerful herbal remedy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listened to him with my nose held high, sniffing the stink of his words when he told me my father would not likely give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dowry</w:t>
      </w:r>
      <w:r>
        <w:rPr>
          <w:b/>
          <w:bCs/>
        </w:rPr>
        <w:t xml:space="preserve"> </w:t>
      </w:r>
      <w:r>
        <w:rPr>
          <w:b/>
          <w:bCs/>
        </w:rPr>
        <w:t xml:space="preserve">he required.</w:t>
      </w:r>
      <w:r>
        <w:br/>
      </w:r>
      <w:r>
        <w:t xml:space="preserve">    (a) money or property given by a woman's family to the husband at marriage</w:t>
      </w:r>
      <w:r>
        <w:br/>
      </w:r>
      <w:r>
        <w:t xml:space="preserve">    (b) a powered mechanical device, typically used to fabricate metal components of machines by the selective removal of metal such as cutting, grinding or drilling</w:t>
      </w:r>
      <w:r>
        <w:br/>
      </w:r>
      <w:r>
        <w:t xml:space="preserve">    (c) someone who believes in the teaching of Buddha -- that aims to end suffering by ending selfish desire and following a path of wisdom, ethics, and meditation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at this shop, working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, that I met Clifford St. Clair.</w:t>
      </w:r>
      <w:r>
        <w:br/>
      </w:r>
      <w:r>
        <w:t xml:space="preserve">    (a) someone who walks slowly without definite direction  OR  someone who writes or talks without definite direction (changing subjects or rambling rather than in a purposeful direct way)</w:t>
      </w:r>
      <w:r>
        <w:br/>
      </w:r>
      <w:r>
        <w:t xml:space="preserve">    (b) used historically or possibly in relation to a very poor country:  a person of low income, education, and social standing</w:t>
      </w:r>
      <w:r>
        <w:br/>
      </w:r>
      <w:r>
        <w:t xml:space="preserve">    (c) relating to an artistic movement pioneered by Pablo Picasso and Georges Braque that featured surfaces of geometrical planes to depict three-dimensional organic forms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"Cannot be helped," my mother said when I was fifteen and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vigorously</w:t>
      </w:r>
      <w:r>
        <w:rPr>
          <w:b/>
          <w:bCs/>
        </w:rPr>
        <w:t xml:space="preserve"> </w:t>
      </w:r>
      <w:r>
        <w:rPr>
          <w:b/>
          <w:bCs/>
        </w:rPr>
        <w:t xml:space="preserve">denied that I had any Chinese whatsoever below my skin.</w:t>
      </w:r>
      <w:r>
        <w:br/>
      </w:r>
      <w:r>
        <w:t xml:space="preserve">    (a) where attention is concentrated</w:t>
      </w:r>
      <w:r>
        <w:br/>
      </w:r>
      <w:r>
        <w:t xml:space="preserve">    (b) in a strong or energetic manner</w:t>
      </w:r>
      <w:r>
        <w:br/>
      </w:r>
      <w:r>
        <w:t xml:space="preserve">    (c) the ability to take on or adopt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2026-07-31T18:18:48Z</dcterms:created>
  <dcterms:modified xsi:type="dcterms:W3CDTF">2026-07-31T18:18:48Z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