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017c9580ddc52caaf2533426384108953a12f4"/>
    <w:p>
      <w:pPr>
        <w:pStyle w:val="Heading1"/>
      </w:pPr>
      <w:r>
        <w:rPr>
          <w:b/>
          <w:bCs/>
        </w:rPr>
        <w:t xml:space="preserve">The Island of Dr. Moreau</w:t>
      </w:r>
      <w:r>
        <w:br/>
      </w:r>
      <w:r>
        <w:rPr>
          <w:i/>
          <w:iCs/>
        </w:rPr>
        <w:t xml:space="preserve">H. G. Wells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read</w:t>
      </w:r>
      <w:r>
        <w:br/>
      </w:r>
      <w:r>
        <w:t xml:space="preserve">    (b) changed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crooked</w:t>
      </w:r>
      <w:r>
        <w:br/>
      </w:r>
      <w:r>
        <w:t xml:space="preserve">    (b) covered in dust</w:t>
      </w:r>
      <w:r>
        <w:br/>
      </w:r>
      <w:r>
        <w:t xml:space="preserve">    (c) alone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bear species are omnivorous, but individuals' diets can range from almost exclusively herbivorous to almost exclusively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carnivorous</w:t>
      </w:r>
      <w:r>
        <w:rPr>
          <w:b/>
          <w:bCs/>
        </w:rPr>
        <w:t xml:space="preserve"> </w:t>
      </w:r>
      <w:r>
        <w:rPr>
          <w:b/>
          <w:bCs/>
        </w:rPr>
        <w:t xml:space="preserve">depending on what food sources are available locally and seasonally.</w:t>
      </w:r>
      <w:r>
        <w:br/>
      </w:r>
      <w:r>
        <w:t xml:space="preserve">    (a) both meat-eating and plant-eating</w:t>
      </w:r>
      <w:r>
        <w:br/>
      </w:r>
      <w:r>
        <w:t xml:space="preserve">    (b) plant-eating</w:t>
      </w:r>
      <w:r>
        <w:br/>
      </w:r>
      <w:r>
        <w:t xml:space="preserve">    (c) meat-eating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expand upon</w:t>
      </w:r>
      <w:r>
        <w:br/>
      </w:r>
      <w:r>
        <w:t xml:space="preserve">    (b) reinforce</w:t>
      </w:r>
      <w:r>
        <w:br/>
      </w:r>
      <w:r>
        <w:t xml:space="preserve">    (c) disagree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funhouse mirror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her reflection, making her head look huge.</w:t>
      </w:r>
      <w:r>
        <w:br/>
      </w:r>
      <w:r>
        <w:t xml:space="preserve">    (a) altered</w:t>
      </w:r>
      <w:r>
        <w:br/>
      </w:r>
      <w:r>
        <w:t xml:space="preserve">    (b) reflected</w:t>
      </w:r>
      <w:r>
        <w:br/>
      </w:r>
      <w:r>
        <w:t xml:space="preserve">    (c) improved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resolution calls upon the country to "cease hostilities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."</w:t>
      </w:r>
      <w:r>
        <w:br/>
      </w:r>
      <w:r>
        <w:t xml:space="preserve">    (a) carefully</w:t>
      </w:r>
      <w:r>
        <w:br/>
      </w:r>
      <w:r>
        <w:t xml:space="preserve">    (b) immediately</w:t>
      </w:r>
      <w:r>
        <w:br/>
      </w:r>
      <w:r>
        <w:t xml:space="preserve">    (c) publicly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Later she said she was just trying to figure out whose phone it was, but she looked around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furtively</w:t>
      </w:r>
      <w:r>
        <w:rPr>
          <w:b/>
          <w:bCs/>
        </w:rPr>
        <w:t xml:space="preserve"> </w:t>
      </w:r>
      <w:r>
        <w:rPr>
          <w:b/>
          <w:bCs/>
        </w:rPr>
        <w:t xml:space="preserve">before she began reading my text messages.</w:t>
      </w:r>
      <w:r>
        <w:br/>
      </w:r>
      <w:r>
        <w:t xml:space="preserve">    (a) with curiosity</w:t>
      </w:r>
      <w:r>
        <w:br/>
      </w:r>
      <w:r>
        <w:t xml:space="preserve">    (b) eagerly</w:t>
      </w:r>
      <w:r>
        <w:br/>
      </w:r>
      <w:r>
        <w:t xml:space="preserve">    (c) nervously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facial expressions</w:t>
      </w:r>
      <w:r>
        <w:br/>
      </w:r>
      <w:r>
        <w:t xml:space="preserve">    (b) tones of voice</w:t>
      </w:r>
      <w:r>
        <w:br/>
      </w:r>
      <w:r>
        <w:t xml:space="preserve">    (c) gestures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disease causes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grotesque</w:t>
      </w:r>
      <w:r>
        <w:rPr>
          <w:b/>
          <w:bCs/>
        </w:rPr>
        <w:t xml:space="preserve"> </w:t>
      </w:r>
      <w:r>
        <w:rPr>
          <w:b/>
          <w:bCs/>
        </w:rPr>
        <w:t xml:space="preserve">deformity.</w:t>
      </w:r>
      <w:r>
        <w:br/>
      </w:r>
      <w:r>
        <w:t xml:space="preserve">    (a) hidden (internal)</w:t>
      </w:r>
      <w:r>
        <w:br/>
      </w:r>
      <w:r>
        <w:t xml:space="preserve">    (b) ugly or distorted</w:t>
      </w:r>
      <w:r>
        <w:br/>
      </w:r>
      <w:r>
        <w:t xml:space="preserve">    (c) as from aging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pay attention to</w:t>
      </w:r>
      <w:r>
        <w:br/>
      </w:r>
      <w:r>
        <w:t xml:space="preserve">    (b) tell others of</w:t>
      </w:r>
      <w:r>
        <w:br/>
      </w:r>
      <w:r>
        <w:t xml:space="preserve">    (c) pass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night sky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</w:t>
      </w:r>
      <w:r>
        <w:rPr>
          <w:b/>
          <w:bCs/>
        </w:rPr>
        <w:t xml:space="preserve"> </w:t>
      </w:r>
      <w:r>
        <w:rPr>
          <w:b/>
          <w:bCs/>
        </w:rPr>
        <w:t xml:space="preserve">as we gazed at countless stars.</w:t>
      </w:r>
      <w:r>
        <w:br/>
      </w:r>
      <w:r>
        <w:t xml:space="preserve">    (a) endless</w:t>
      </w:r>
      <w:r>
        <w:br/>
      </w:r>
      <w:r>
        <w:t xml:space="preserve">    (b) silent</w:t>
      </w:r>
      <w:r>
        <w:br/>
      </w:r>
      <w:r>
        <w:t xml:space="preserve">    (c) blurry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snow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luminous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moonlight.</w:t>
      </w:r>
      <w:r>
        <w:br/>
      </w:r>
      <w:r>
        <w:t xml:space="preserve">    (a) soft and silent</w:t>
      </w:r>
      <w:r>
        <w:br/>
      </w:r>
      <w:r>
        <w:t xml:space="preserve">    (b) bright and glowing</w:t>
      </w:r>
      <w:r>
        <w:br/>
      </w:r>
      <w:r>
        <w:t xml:space="preserve">    (c) wet and slushy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too concerned with wealth and possessions</w:t>
      </w:r>
      <w:r>
        <w:br/>
      </w:r>
      <w:r>
        <w:t xml:space="preserve">    (b) unwilling to spend any money</w:t>
      </w:r>
      <w:r>
        <w:br/>
      </w:r>
      <w:r>
        <w:t xml:space="preserve">    (c) too afraid of risk and uncertainty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work</w:t>
      </w:r>
      <w:r>
        <w:br/>
      </w:r>
      <w:r>
        <w:t xml:space="preserve">    (b) fail</w:t>
      </w:r>
      <w:r>
        <w:br/>
      </w:r>
      <w:r>
        <w:t xml:space="preserve">    (c) die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afraid that if we climbed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ravine</w:t>
      </w:r>
      <w:r>
        <w:rPr>
          <w:b/>
          <w:bCs/>
        </w:rPr>
        <w:t xml:space="preserve">, we might be caught in a flood before we could get out.</w:t>
      </w:r>
      <w:r>
        <w:br/>
      </w:r>
      <w:r>
        <w:t xml:space="preserve">    (a) a large, fast-moving river</w:t>
      </w:r>
      <w:r>
        <w:br/>
      </w:r>
      <w:r>
        <w:t xml:space="preserve">    (b) deep, narrow, steep-sided valley</w:t>
      </w:r>
      <w:r>
        <w:br/>
      </w:r>
      <w:r>
        <w:t xml:space="preserve">    (c) a hole so deep the bottom cannot be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spell properly</w:t>
      </w:r>
      <w:r>
        <w:br/>
      </w:r>
      <w:r>
        <w:t xml:space="preserve">    (b) pronounce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the bully's rude behavior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repulsive</w:t>
      </w:r>
      <w:r>
        <w:rPr>
          <w:b/>
          <w:bCs/>
        </w:rPr>
        <w:t xml:space="preserve">.</w:t>
      </w:r>
      <w:r>
        <w:br/>
      </w:r>
      <w:r>
        <w:t xml:space="preserve">    (a) calmly soothing</w:t>
      </w:r>
      <w:r>
        <w:br/>
      </w:r>
      <w:r>
        <w:t xml:space="preserve">    (b) deeply offensive</w:t>
      </w:r>
      <w:r>
        <w:br/>
      </w:r>
      <w:r>
        <w:t xml:space="preserve">    (c) warmly inviting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Authorities said the milk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tainted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rat poison.</w:t>
      </w:r>
      <w:r>
        <w:br/>
      </w:r>
      <w:r>
        <w:t xml:space="preserve">    (a) stored</w:t>
      </w:r>
      <w:r>
        <w:br/>
      </w:r>
      <w:r>
        <w:t xml:space="preserve">    (b) sabotaged</w:t>
      </w:r>
      <w:r>
        <w:br/>
      </w:r>
      <w:r>
        <w:t xml:space="preserve">    (c) contaminated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her over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</w:t>
      </w:r>
      <w:r>
        <w:rPr>
          <w:b/>
          <w:bCs/>
        </w:rPr>
        <w:t xml:space="preserve">.</w:t>
      </w:r>
      <w:r>
        <w:br/>
      </w:r>
      <w:r>
        <w:t xml:space="preserve">    (a) loud unpleasant music</w:t>
      </w:r>
      <w:r>
        <w:br/>
      </w:r>
      <w:r>
        <w:t xml:space="preserve">    (b) loud machinery</w:t>
      </w:r>
      <w:r>
        <w:br/>
      </w:r>
      <w:r>
        <w:t xml:space="preserve">    (c) loud disorderly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 showed poor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village in East Africa.</w:t>
      </w:r>
      <w:r>
        <w:br/>
      </w:r>
      <w:r>
        <w:t xml:space="preserve">    (a) in terrible condition</w:t>
      </w:r>
      <w:r>
        <w:br/>
      </w:r>
      <w:r>
        <w:t xml:space="preserve">    (b) foolish or thoughtless</w:t>
      </w:r>
      <w:r>
        <w:br/>
      </w:r>
      <w:r>
        <w:t xml:space="preserve">    (c) irresponsible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2026-07-31T17:46:40Z</dcterms:created>
  <dcterms:modified xsi:type="dcterms:W3CDTF">2026-07-31T17:46:40Z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