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031bd6721751d8acd6338156210980730d465e"/>
    <w:p>
      <w:pPr>
        <w:pStyle w:val="Heading1"/>
      </w:pPr>
      <w:r>
        <w:rPr>
          <w:b/>
          <w:bCs/>
        </w:rPr>
        <w:t xml:space="preserve">The Island of Dr. Moreau</w:t>
      </w:r>
      <w:r>
        <w:br/>
      </w:r>
      <w:r>
        <w:rPr>
          <w:i/>
          <w:iCs/>
        </w:rPr>
        <w:t xml:space="preserve">H. G. Wells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has hitherto been supposed that the four men who were in the dingey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perished</w:t>
      </w:r>
      <w:r>
        <w:rPr>
          <w:b/>
          <w:bCs/>
        </w:rPr>
        <w:t xml:space="preserve">, but this is incorrect.</w:t>
      </w:r>
      <w:r>
        <w:br/>
      </w:r>
      <w:r>
        <w:t xml:space="preserve">    (a) died, was destroyed, or ceased to exist</w:t>
      </w:r>
      <w:r>
        <w:br/>
      </w:r>
      <w:r>
        <w:t xml:space="preserve">    (b) examined in detail to better understand</w:t>
      </w:r>
      <w:r>
        <w:br/>
      </w:r>
      <w:r>
        <w:t xml:space="preserve">    (c) moved into position to work; or started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fancy 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recollect</w:t>
      </w:r>
      <w:r>
        <w:rPr>
          <w:b/>
          <w:bCs/>
        </w:rPr>
        <w:t xml:space="preserve"> </w:t>
      </w:r>
      <w:r>
        <w:rPr>
          <w:b/>
          <w:bCs/>
        </w:rPr>
        <w:t xml:space="preserve">some stuff being poured in between my teeth; and that is all.</w:t>
      </w:r>
      <w:r>
        <w:br/>
      </w:r>
      <w:r>
        <w:t xml:space="preserve">    (a) disagree</w:t>
      </w:r>
      <w:r>
        <w:br/>
      </w:r>
      <w:r>
        <w:t xml:space="preserve">    (b) subtract</w:t>
      </w:r>
      <w:r>
        <w:br/>
      </w:r>
      <w:r>
        <w:t xml:space="preserve">    (c) remember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heard the unseen dogs growl furiously,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forthwith</w:t>
      </w:r>
      <w:r>
        <w:rPr>
          <w:b/>
          <w:bCs/>
        </w:rPr>
        <w:t xml:space="preserve"> </w:t>
      </w:r>
      <w:r>
        <w:rPr>
          <w:b/>
          <w:bCs/>
        </w:rPr>
        <w:t xml:space="preserve">he ducked back,—coming into contact with the hand I put out to fend him off from myself.</w:t>
      </w:r>
      <w:r>
        <w:br/>
      </w:r>
      <w:r>
        <w:t xml:space="preserve">    (a) a last name</w:t>
      </w:r>
      <w:r>
        <w:br/>
      </w:r>
      <w:r>
        <w:t xml:space="preserve">    (b) immediately</w:t>
      </w:r>
      <w:r>
        <w:br/>
      </w:r>
      <w:r>
        <w:t xml:space="preserve">    (c) well suited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paused half way through the hatchway, looking back, still astonished beyond measure at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grotesque</w:t>
      </w:r>
      <w:r>
        <w:rPr>
          <w:b/>
          <w:bCs/>
        </w:rPr>
        <w:t xml:space="preserve"> </w:t>
      </w:r>
      <w:r>
        <w:rPr>
          <w:b/>
          <w:bCs/>
        </w:rPr>
        <w:t xml:space="preserve">ugliness of this black-faced creature.</w:t>
      </w:r>
      <w:r>
        <w:br/>
      </w:r>
      <w:r>
        <w:t xml:space="preserve">    (a) beautifies</w:t>
      </w:r>
      <w:r>
        <w:br/>
      </w:r>
      <w:r>
        <w:t xml:space="preserve">    (b) clarifies (makes clear)</w:t>
      </w:r>
      <w:r>
        <w:br/>
      </w:r>
      <w:r>
        <w:t xml:space="preserve">    (c) distorted and unnatural in shape or size -- especially in a disturbing way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ugly, gross, or very wrong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never beheld such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repulsive</w:t>
      </w:r>
      <w:r>
        <w:rPr>
          <w:b/>
          <w:bCs/>
        </w:rPr>
        <w:t xml:space="preserve"> </w:t>
      </w:r>
      <w:r>
        <w:rPr>
          <w:b/>
          <w:bCs/>
        </w:rPr>
        <w:t xml:space="preserve">and extraordinary face before, and yet—if the contradiction is credible—I experienced at the same time an odd feeling that in some way I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had</w:t>
      </w:r>
      <w:r>
        <w:rPr>
          <w:b/>
          <w:bCs/>
        </w:rPr>
        <w:t xml:space="preserve"> </w:t>
      </w:r>
      <w:r>
        <w:rPr>
          <w:b/>
          <w:bCs/>
        </w:rPr>
        <w:t xml:space="preserve">already encountered exactly the features and gestures that now amazed me.</w:t>
      </w:r>
      <w:r>
        <w:br/>
      </w:r>
      <w:r>
        <w:t xml:space="preserve">    (a) a tendency to think back on things</w:t>
      </w:r>
      <w:r>
        <w:br/>
      </w:r>
      <w:r>
        <w:t xml:space="preserve">    (b) relating to surrounding conditions</w:t>
      </w:r>
      <w:r>
        <w:br/>
      </w:r>
      <w:r>
        <w:t xml:space="preserve">    (c) very unpleasant or causing disgust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had never beheld such a repulsive and extraordinary face before, and yet—if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</w:t>
      </w:r>
      <w:r>
        <w:rPr>
          <w:b/>
          <w:bCs/>
        </w:rPr>
        <w:t xml:space="preserve"> </w:t>
      </w:r>
      <w:r>
        <w:rPr>
          <w:b/>
          <w:bCs/>
        </w:rPr>
        <w:t xml:space="preserve">is credible—I experienced at the same time an odd feeling that in some way I</w:t>
      </w:r>
      <w:r>
        <w:rPr>
          <w:b/>
          <w:bCs/>
        </w:rPr>
        <w:t xml:space="preserve"> </w:t>
      </w:r>
      <w:r>
        <w:rPr>
          <w:b/>
          <w:bCs/>
          <w:i/>
          <w:iCs/>
        </w:rPr>
        <w:t xml:space="preserve">had</w:t>
      </w:r>
      <w:r>
        <w:rPr>
          <w:b/>
          <w:bCs/>
        </w:rPr>
        <w:t xml:space="preserve"> </w:t>
      </w:r>
      <w:r>
        <w:rPr>
          <w:b/>
          <w:bCs/>
        </w:rPr>
        <w:t xml:space="preserve">already encountered exactly the features and gestures that now amazed me.</w:t>
      </w:r>
      <w:r>
        <w:br/>
      </w:r>
      <w:r>
        <w:t xml:space="preserve">    (a) nerve cells running from the base of the skull to the lower back and enclosed by vertebrae in adults</w:t>
      </w:r>
      <w:r>
        <w:br/>
      </w:r>
      <w:r>
        <w:t xml:space="preserve">    (b) something made of the brownish metal with the same name -- such as a sculpture or a third place medal</w:t>
      </w:r>
      <w:r>
        <w:br/>
      </w:r>
      <w:r>
        <w:t xml:space="preserve">    (c) something (typically a statement) that disagrees with itself; or (more rarely) the act of disagreeing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did not know then that a reddish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luminosity</w:t>
      </w:r>
      <w:r>
        <w:rPr>
          <w:b/>
          <w:bCs/>
        </w:rPr>
        <w:t xml:space="preserve">, at least, is not uncommon in human eyes.</w:t>
      </w:r>
      <w:r>
        <w:br/>
      </w:r>
      <w:r>
        <w:t xml:space="preserve">    (a) connected by blood or marriage; or a  plant or animal related by origin or grouping</w:t>
      </w:r>
      <w:r>
        <w:br/>
      </w:r>
      <w:r>
        <w:t xml:space="preserve">    (b) a defensive football player who takes a position close behind the defensive linemen</w:t>
      </w:r>
      <w:r>
        <w:br/>
      </w:r>
      <w:r>
        <w:t xml:space="preserve">    (c) glowing or shining</w:t>
      </w:r>
      <w:r>
        <w:br/>
      </w:r>
      <w:r>
        <w:br/>
      </w:r>
      <w:r>
        <w:t xml:space="preserve">(also used metaphorically to describe beauty or intelligence)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distorted</w:t>
      </w:r>
      <w:r>
        <w:rPr>
          <w:b/>
          <w:bCs/>
        </w:rPr>
        <w:t xml:space="preserve"> </w:t>
      </w:r>
      <w:r>
        <w:rPr>
          <w:b/>
          <w:bCs/>
        </w:rPr>
        <w:t xml:space="preserve">his lower lip, and nodded his head hopelessly at the grey-haired man beside him, to indicate his powerlessness to help me.</w:t>
      </w:r>
      <w:r>
        <w:br/>
      </w:r>
      <w:r>
        <w:t xml:space="preserve">    (a) altered in an unnatural or untrue way</w:t>
      </w:r>
      <w:r>
        <w:br/>
      </w:r>
      <w:r>
        <w:t xml:space="preserve">    (b) genetically changed through evolution</w:t>
      </w:r>
      <w:r>
        <w:br/>
      </w:r>
      <w:r>
        <w:t xml:space="preserve">    (c) said (or make a sound) with the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I stared at them, they met my gaze; and then first one and then another turned away from my direct stare, and looked at me in an odd,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furtive</w:t>
      </w:r>
      <w:r>
        <w:rPr>
          <w:b/>
          <w:bCs/>
        </w:rPr>
        <w:t xml:space="preserve"> </w:t>
      </w:r>
      <w:r>
        <w:rPr>
          <w:b/>
          <w:bCs/>
        </w:rPr>
        <w:t xml:space="preserve">manner.</w:t>
      </w:r>
      <w:r>
        <w:br/>
      </w:r>
      <w:r>
        <w:t xml:space="preserve">    (a) intended for an entire religion rather than for a selected group with distinct beliefs -- typically the Christian religion</w:t>
      </w:r>
      <w:r>
        <w:br/>
      </w:r>
      <w:r>
        <w:t xml:space="preserve">    (b) taking pains to avoid being observed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in a manner indicating nervousness (being cautious or appearing suspicious)</w:t>
      </w:r>
      <w:r>
        <w:br/>
      </w:r>
      <w:r>
        <w:t xml:space="preserve">    (c) involving an unwelcome intrusion -- possibly a physical attack into another's territory or involvement in personal matters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day of its publication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wretched</w:t>
      </w:r>
      <w:r>
        <w:rPr>
          <w:b/>
          <w:bCs/>
        </w:rPr>
        <w:t xml:space="preserve"> </w:t>
      </w:r>
      <w:r>
        <w:rPr>
          <w:b/>
          <w:bCs/>
        </w:rPr>
        <w:t xml:space="preserve">dog, flayed and otherwise mutilated, escaped from Moreau's house.</w:t>
      </w:r>
      <w:r>
        <w:br/>
      </w:r>
      <w:r>
        <w:t xml:space="preserve">    (a) exactness or accuracy</w:t>
      </w:r>
      <w:r>
        <w:br/>
      </w:r>
      <w:r>
        <w:t xml:space="preserve">    (b) miserable or very bad</w:t>
      </w:r>
      <w:r>
        <w:br/>
      </w:r>
      <w:r>
        <w:t xml:space="preserve">    (c) not easily identified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talking, or at least one of the men was talking to the other two, and all three had been too closely interested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heed</w:t>
      </w:r>
      <w:r>
        <w:rPr>
          <w:b/>
          <w:bCs/>
        </w:rPr>
        <w:t xml:space="preserve"> </w:t>
      </w:r>
      <w:r>
        <w:rPr>
          <w:b/>
          <w:bCs/>
        </w:rPr>
        <w:t xml:space="preserve">the rustling of my approach.</w:t>
      </w:r>
      <w:r>
        <w:br/>
      </w:r>
      <w:r>
        <w:t xml:space="preserve">    (a) pay close attention to; or do what is suggested</w:t>
      </w:r>
      <w:r>
        <w:br/>
      </w:r>
      <w:r>
        <w:t xml:space="preserve">    (b) a non-doctor who assisted a women in childbirth</w:t>
      </w:r>
      <w:r>
        <w:br/>
      </w:r>
      <w:r>
        <w:t xml:space="preserve">    (c) adjusted excessively or made up for excessively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path coiled down abruptly into a narrow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ravine</w:t>
      </w:r>
      <w:r>
        <w:rPr>
          <w:b/>
          <w:bCs/>
        </w:rPr>
        <w:t xml:space="preserve"> </w:t>
      </w:r>
      <w:r>
        <w:rPr>
          <w:b/>
          <w:bCs/>
        </w:rPr>
        <w:t xml:space="preserve">between two tumbled and knotty masses of blackish scoriae.</w:t>
      </w:r>
      <w:r>
        <w:br/>
      </w:r>
      <w:r>
        <w:t xml:space="preserve">    (a) describing someone as antisocial</w:t>
      </w:r>
      <w:r>
        <w:br/>
      </w:r>
      <w:r>
        <w:t xml:space="preserve">    (b) deep, narrow, steep-sided valley</w:t>
      </w:r>
      <w:r>
        <w:br/>
      </w:r>
      <w:r>
        <w:t xml:space="preserve">    (c) another battle with the same foe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gesticulating</w:t>
      </w:r>
      <w:r>
        <w:rPr>
          <w:b/>
          <w:bCs/>
        </w:rPr>
        <w:t xml:space="preserve"> </w:t>
      </w:r>
      <w:r>
        <w:rPr>
          <w:b/>
          <w:bCs/>
        </w:rPr>
        <w:t xml:space="preserve">excitedly.</w:t>
      </w:r>
      <w:r>
        <w:br/>
      </w:r>
      <w:r>
        <w:t xml:space="preserve">    (a) releasing from slavery or servitude; or (metaphorically) from social restraints</w:t>
      </w:r>
      <w:r>
        <w:br/>
      </w:r>
      <w:r>
        <w:t xml:space="preserve">    (b) surgically interrupting nerve tracts to and from the frontal lobe of the brain</w:t>
      </w:r>
      <w:r>
        <w:br/>
      </w:r>
      <w:r>
        <w:t xml:space="preserve">    (c) making gestures (hand or body movements) while speaking or to express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are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materialist</w:t>
      </w:r>
      <w:r>
        <w:rPr>
          <w:b/>
          <w:bCs/>
        </w:rPr>
        <w:t xml:space="preserve">.</w:t>
      </w:r>
      <w:r>
        <w:br/>
      </w:r>
      <w:r>
        <w:t xml:space="preserve">    (a) something exclusive to (someone or some group) -- such as an activity or place</w:t>
      </w:r>
      <w:r>
        <w:br/>
      </w:r>
      <w:r>
        <w:t xml:space="preserve">    (b) overly concerned with wealth and possessions at the expense of other interests</w:t>
      </w:r>
      <w:r>
        <w:br/>
      </w:r>
      <w:r>
        <w:t xml:space="preserve">    (c) a rough substance that can be rubbed against something else to polish or clean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Then I took a gorilla I had; and upon that, working with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infinite</w:t>
      </w:r>
      <w:r>
        <w:rPr>
          <w:b/>
          <w:bCs/>
        </w:rPr>
        <w:t xml:space="preserve"> </w:t>
      </w:r>
      <w:r>
        <w:rPr>
          <w:b/>
          <w:bCs/>
        </w:rPr>
        <w:t xml:space="preserve">care and mastering difficulty after difficulty, I made my first man.</w:t>
      </w:r>
      <w:r>
        <w:br/>
      </w:r>
      <w:r>
        <w:t xml:space="preserve">    (a) unlimited; without boundaries; or too numerous to count</w:t>
      </w:r>
      <w:r>
        <w:br/>
      </w:r>
      <w:r>
        <w:t xml:space="preserve">    (b) power or responsibility that can be taken on or adopted</w:t>
      </w:r>
      <w:r>
        <w:br/>
      </w:r>
      <w:r>
        <w:t xml:space="preserve">    (c) the characteristic of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was quick to learn, very imitative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adaptive</w:t>
      </w:r>
      <w:r>
        <w:rPr>
          <w:b/>
          <w:bCs/>
        </w:rPr>
        <w:t xml:space="preserve">, and built himself a hovel rather better, it seemed to me, than their own shanties.</w:t>
      </w:r>
      <w:r>
        <w:br/>
      </w:r>
      <w:r>
        <w:t xml:space="preserve">    (a) not concerned with what others might think of oneself</w:t>
      </w:r>
      <w:r>
        <w:br/>
      </w:r>
      <w:r>
        <w:t xml:space="preserve">    (b) having the ability to change for different situations</w:t>
      </w:r>
      <w:r>
        <w:br/>
      </w:r>
      <w:r>
        <w:t xml:space="preserve">    (c) the degree of being completely in the specified state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complex trophy of Moreau's horrible skill,—a bear,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tainted</w:t>
      </w:r>
      <w:r>
        <w:rPr>
          <w:b/>
          <w:bCs/>
        </w:rPr>
        <w:t xml:space="preserve"> </w:t>
      </w:r>
      <w:r>
        <w:rPr>
          <w:b/>
          <w:bCs/>
        </w:rPr>
        <w:t xml:space="preserve">with dog and ox, and one of the most elaborately made of all his creatures.</w:t>
      </w:r>
      <w:r>
        <w:br/>
      </w:r>
      <w:r>
        <w:t xml:space="preserve">    (a) requested or challenged</w:t>
      </w:r>
      <w:r>
        <w:br/>
      </w:r>
      <w:r>
        <w:t xml:space="preserve">    (b) did in a particular way</w:t>
      </w:r>
      <w:r>
        <w:br/>
      </w:r>
      <w:r>
        <w:t xml:space="preserve">    (c) spoiled or contaminated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another moment he had beaten off the Hyena-swine with the handle of his whip, and he and Montgomery were keeping away the excited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carnivorous</w:t>
      </w:r>
      <w:r>
        <w:rPr>
          <w:b/>
          <w:bCs/>
        </w:rPr>
        <w:t xml:space="preserve"> </w:t>
      </w:r>
      <w:r>
        <w:rPr>
          <w:b/>
          <w:bCs/>
        </w:rPr>
        <w:t xml:space="preserve">Beast People, and particularly M'ling, from the still quivering body.</w:t>
      </w:r>
      <w:r>
        <w:br/>
      </w:r>
      <w:r>
        <w:t xml:space="preserve">    (a) intentional</w:t>
      </w:r>
      <w:r>
        <w:br/>
      </w:r>
      <w:r>
        <w:t xml:space="preserve">    (b) not sincere</w:t>
      </w:r>
      <w:r>
        <w:br/>
      </w:r>
      <w:r>
        <w:t xml:space="preserve">    (c) meat-eating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chanting died down, giving place to a clamour; then it began again, and suddenly broke into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tumult</w:t>
      </w:r>
      <w:r>
        <w:rPr>
          <w:b/>
          <w:bCs/>
        </w:rPr>
        <w:t xml:space="preserve">.</w:t>
      </w:r>
      <w:r>
        <w:br/>
      </w:r>
      <w:r>
        <w:t xml:space="preserve">    (a) loud, confusing noise from an unrestrained crowd</w:t>
      </w:r>
      <w:r>
        <w:br/>
      </w:r>
      <w:r>
        <w:t xml:space="preserve">    (b) a social class consisting of those who must work for wages to support themselves</w:t>
      </w:r>
      <w:r>
        <w:br/>
      </w:r>
      <w:r>
        <w:t xml:space="preserve">    (c) a highly contagious viral disease marked by distinct red spots followed by a rash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had long since lost speech and active movement, and the lank hair of the little brute grew thicker every day and his stumpy claws more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askew</w:t>
      </w:r>
      <w:r>
        <w:rPr>
          <w:b/>
          <w:bCs/>
        </w:rPr>
        <w:t xml:space="preserve">.</w:t>
      </w:r>
      <w:r>
        <w:br/>
      </w:r>
      <w:r>
        <w:t xml:space="preserve">    (a) rain, snow, hail, or sleet</w:t>
      </w:r>
      <w:r>
        <w:br/>
      </w:r>
      <w:r>
        <w:t xml:space="preserve">    (b) opposed to "globalization"</w:t>
      </w:r>
      <w:r>
        <w:br/>
      </w:r>
      <w:r>
        <w:t xml:space="preserve">    (c) not straight; or not right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2026-07-31T17:46:41Z</dcterms:created>
  <dcterms:modified xsi:type="dcterms:W3CDTF">2026-07-31T17:46:41Z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