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d79c895411c9d392e130757360e4f0c1665714"/>
    <w:p>
      <w:pPr>
        <w:pStyle w:val="Heading1"/>
      </w:pPr>
      <w:r>
        <w:rPr>
          <w:b/>
          <w:bCs/>
        </w:rPr>
        <w:t xml:space="preserve">The Invisible Man</w:t>
      </w:r>
      <w:r>
        <w:br/>
      </w:r>
      <w:r>
        <w:rPr>
          <w:i/>
          <w:iCs/>
        </w:rPr>
        <w:t xml:space="preserve">H. G. Wells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I'm very naturally anxious to get on with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inquiries</w:t>
      </w:r>
      <w:r>
        <w:rPr>
          <w:b/>
          <w:bCs/>
        </w:rPr>
        <w:t xml:space="preserve">.</w:t>
      </w:r>
      <w:r>
        <w:br/>
      </w:r>
      <w:r>
        <w:t xml:space="preserve">    (a) social events or ceremonies</w:t>
      </w:r>
      <w:r>
        <w:br/>
      </w:r>
      <w:r>
        <w:t xml:space="preserve">    (b) reasons for doing something</w:t>
      </w:r>
      <w:r>
        <w:br/>
      </w:r>
      <w:r>
        <w:t xml:space="preserve">    (c) questions or investigations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Gleeson's corner he saw Hall, who had recently married the stranger's hostess at the "Coach and Horses," and who now drove the Iping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conveyance</w:t>
      </w:r>
      <w:r>
        <w:rPr>
          <w:b/>
          <w:bCs/>
        </w:rPr>
        <w:t xml:space="preserve">, when occasional people required it, to Sidderbridge Junction, coming towards him on his return from that place.</w:t>
      </w:r>
      <w:r>
        <w:br/>
      </w:r>
      <w:r>
        <w:t xml:space="preserve">    (a) carriage (means of transport)</w:t>
      </w:r>
      <w:r>
        <w:br/>
      </w:r>
      <w:r>
        <w:t xml:space="preserve">    (b) translate</w:t>
      </w:r>
      <w:r>
        <w:br/>
      </w:r>
      <w:r>
        <w:t xml:space="preserve">    (c) collision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Hall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everything by grimaces and dumb show, but Mrs. Hall was obdurate.</w:t>
      </w:r>
      <w:r>
        <w:br/>
      </w:r>
      <w:r>
        <w:t xml:space="preserve">    (a) create dramatic change</w:t>
      </w:r>
      <w:r>
        <w:br/>
      </w:r>
      <w:r>
        <w:t xml:space="preserve">    (b) communicate or express</w:t>
      </w:r>
      <w:r>
        <w:br/>
      </w:r>
      <w:r>
        <w:t xml:space="preserve">    (c) mirror back (an image)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 wim' don't know everything," said Mr. Hall,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ascertain more about the personality of his guest at the earliest possible opportunity.</w:t>
      </w:r>
      <w:r>
        <w:br/>
      </w:r>
      <w:r>
        <w:t xml:space="preserve">    (a) determined (or having decided)</w:t>
      </w:r>
      <w:r>
        <w:br/>
      </w:r>
      <w:r>
        <w:t xml:space="preserve">    (b) a state similar to sleep where one is unaware of anything</w:t>
      </w:r>
      <w:r>
        <w:br/>
      </w:r>
      <w:r>
        <w:t xml:space="preserve">    (c) the state of not being aware or concerned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explore the house, and spent some time in doing so as noiselessly as possible.</w:t>
      </w:r>
      <w:r>
        <w:br/>
      </w:r>
      <w:r>
        <w:t xml:space="preserve">    (a) adapted</w:t>
      </w:r>
      <w:r>
        <w:br/>
      </w:r>
      <w:r>
        <w:t xml:space="preserve">    (b) decided</w:t>
      </w:r>
      <w:r>
        <w:br/>
      </w:r>
      <w:r>
        <w:t xml:space="preserve">    (c)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wish you wouldn't come in without knocking," he said in the tone of abnormal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exasperation</w:t>
      </w:r>
      <w:r>
        <w:rPr>
          <w:b/>
          <w:bCs/>
        </w:rPr>
        <w:t xml:space="preserve"> </w:t>
      </w:r>
      <w:r>
        <w:rPr>
          <w:b/>
          <w:bCs/>
        </w:rPr>
        <w:t xml:space="preserve">that seemed so characteristic of him.</w:t>
      </w:r>
      <w:r>
        <w:br/>
      </w:r>
      <w:r>
        <w:t xml:space="preserve">    (a) relative amount</w:t>
      </w:r>
      <w:r>
        <w:br/>
      </w:r>
      <w:r>
        <w:t xml:space="preserve">    (b) great annoyance</w:t>
      </w:r>
      <w:r>
        <w:br/>
      </w:r>
      <w:r>
        <w:t xml:space="preserve">    (c) in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Just at that point,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illustrate</w:t>
      </w:r>
      <w:r>
        <w:rPr>
          <w:b/>
          <w:bCs/>
        </w:rPr>
        <w:t xml:space="preserve"> </w:t>
      </w:r>
      <w:r>
        <w:rPr>
          <w:b/>
          <w:bCs/>
        </w:rPr>
        <w:t xml:space="preserve">his story, out came his arm.</w:t>
      </w:r>
      <w:r>
        <w:br/>
      </w:r>
      <w:r>
        <w:t xml:space="preserve">    (a) think carefully</w:t>
      </w:r>
      <w:r>
        <w:br/>
      </w:r>
      <w:r>
        <w:t xml:space="preserve">    (b) work or operate</w:t>
      </w:r>
      <w:r>
        <w:br/>
      </w:r>
      <w:r>
        <w:t xml:space="preserve">    (c) help make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"There are no diagrams?" asked Mr. Bunting. "No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illustrations</w:t>
      </w:r>
      <w:r>
        <w:rPr>
          <w:b/>
          <w:bCs/>
        </w:rPr>
        <w:t xml:space="preserve"> </w:t>
      </w:r>
      <w:r>
        <w:rPr>
          <w:b/>
          <w:bCs/>
        </w:rPr>
        <w:t xml:space="preserve">throwing light—"</w:t>
      </w:r>
      <w:r>
        <w:br/>
      </w:r>
      <w:r>
        <w:t xml:space="preserve">    (a) pictures</w:t>
      </w:r>
      <w:r>
        <w:br/>
      </w:r>
      <w:r>
        <w:t xml:space="preserve">    (b) proposed or actual laws</w:t>
      </w:r>
      <w:r>
        <w:br/>
      </w:r>
      <w:r>
        <w:t xml:space="preserve">    (c) positively charged 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the man who stood there shouting some incoherent explanation, was a solid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gesticulating</w:t>
      </w:r>
      <w:r>
        <w:rPr>
          <w:b/>
          <w:bCs/>
        </w:rPr>
        <w:t xml:space="preserve"> </w:t>
      </w:r>
      <w:r>
        <w:rPr>
          <w:b/>
          <w:bCs/>
        </w:rPr>
        <w:t xml:space="preserve">figure up to the coat-collar of him, and then--nothingness, no visible thing at all!</w:t>
      </w:r>
      <w:r>
        <w:br/>
      </w:r>
      <w:r>
        <w:t xml:space="preserve">    (a) surgically interrupting nerve tracts to and from the frontal lobe of the brain</w:t>
      </w:r>
      <w:r>
        <w:br/>
      </w:r>
      <w:r>
        <w:t xml:space="preserve">    (b) releasing from slavery or servitude; or (metaphorically) from social restraints</w:t>
      </w:r>
      <w:r>
        <w:br/>
      </w:r>
      <w:r>
        <w:t xml:space="preserve">    (c) making gestures (hand or body movements) while speaking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the village green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strong ... came in for considerable favour among the adolescent, as also did the swings</w:t>
      </w:r>
      <w:r>
        <w:br/>
      </w:r>
      <w:r>
        <w:t xml:space="preserve">    (a) lied or misled</w:t>
      </w:r>
      <w:r>
        <w:br/>
      </w:r>
      <w:r>
        <w:t xml:space="preserve">    (b) told (a story)</w:t>
      </w:r>
      <w:r>
        <w:br/>
      </w:r>
      <w:r>
        <w:t xml:space="preserve">    (c) angled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think the whole business nonsense</w:t>
      </w:r>
      <w:r>
        <w:br/>
      </w:r>
      <w:r>
        <w:t xml:space="preserve">    (a) not capable of being suffered through (or put up with)</w:t>
      </w:r>
      <w:r>
        <w:br/>
      </w:r>
      <w:r>
        <w:t xml:space="preserve">    (b) the degree to which something can be solved or settled</w:t>
      </w:r>
      <w:r>
        <w:br/>
      </w:r>
      <w:r>
        <w:t xml:space="preserve">    (c) with a tendency (an attitude favoring)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...and, coming round the corner to join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tumult</w:t>
      </w:r>
      <w:r>
        <w:rPr>
          <w:b/>
          <w:bCs/>
        </w:rPr>
        <w:t xml:space="preserve">, was promptly knocked off his feet into...</w:t>
      </w:r>
      <w:r>
        <w:br/>
      </w:r>
      <w:r>
        <w:t xml:space="preserve">    (a) support or favor given</w:t>
      </w:r>
      <w:r>
        <w:br/>
      </w:r>
      <w:r>
        <w:t xml:space="preserve">    (b) confusion or disorder (often noisy)</w:t>
      </w:r>
      <w:r>
        <w:br/>
      </w:r>
      <w:r>
        <w:t xml:space="preserve">    (c) deep emotional impact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came a ringing and knocking at the front door, that grew at last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tumultuous</w:t>
      </w:r>
      <w:r>
        <w:rPr>
          <w:b/>
          <w:bCs/>
        </w:rPr>
        <w:t xml:space="preserve">,</w:t>
      </w:r>
      <w:r>
        <w:br/>
      </w:r>
      <w:r>
        <w:t xml:space="preserve">    (a) loud disorderly noise</w:t>
      </w:r>
      <w:r>
        <w:br/>
      </w:r>
      <w:r>
        <w:t xml:space="preserve">    (b) relating to the smallest amount of a chemical substance that can exist by itself</w:t>
      </w:r>
      <w:r>
        <w:br/>
      </w:r>
      <w:r>
        <w:t xml:space="preserve">    (c) of a guitar or other musical instrument:  not using electricity to amplify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unhappy-looking figure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 </w:t>
      </w:r>
      <w:r>
        <w:rPr>
          <w:b/>
          <w:bCs/>
        </w:rPr>
        <w:t xml:space="preserve">silk hat passed up the street of the little village with his burdens, and vanished into the gathering darkness beyond the lights of the windows.</w:t>
      </w:r>
      <w:r>
        <w:br/>
      </w:r>
      <w:r>
        <w:t xml:space="preserve">    (a) an appropriate size, amount, or degree in relation to something else</w:t>
      </w:r>
      <w:r>
        <w:br/>
      </w:r>
      <w:r>
        <w:t xml:space="preserve">    (b) no longer in general use because it was replaced by something better</w:t>
      </w:r>
      <w:r>
        <w:br/>
      </w:r>
      <w:r>
        <w:t xml:space="preserve">    (c) surprise -- often so much so that one doesn't know what to say or do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struck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of Mr. Marvel's appearance with this suggestion of opulence.</w:t>
      </w:r>
      <w:r>
        <w:br/>
      </w:r>
      <w:r>
        <w:t xml:space="preserve">    (a) come to terms with</w:t>
      </w:r>
      <w:r>
        <w:br/>
      </w:r>
      <w:r>
        <w:t xml:space="preserve">    (b) difference</w:t>
      </w:r>
      <w:r>
        <w:br/>
      </w:r>
      <w:r>
        <w:t xml:space="preserve">    (c) block or interfere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Outside the day was bright—</w:t>
      </w:r>
      <w:r>
        <w:rPr>
          <w:b/>
          <w:bCs/>
          <w:u w:val="single"/>
        </w:rPr>
        <w:t xml:space="preserve">by contrast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brown shadows of the dismal house in which I found myself, dazzlingly bright.</w:t>
      </w:r>
      <w:r>
        <w:br/>
      </w:r>
      <w:r>
        <w:t xml:space="preserve">    (a) injured muscles or tendons in the back</w:t>
      </w:r>
      <w:r>
        <w:br/>
      </w:r>
      <w:r>
        <w:t xml:space="preserve">    (b) in a comparison that shows differences</w:t>
      </w:r>
      <w:r>
        <w:br/>
      </w:r>
      <w:r>
        <w:t xml:space="preserve">    (c) beyond the permitted boundary or limit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found a general principle of pigments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refraction</w:t>
      </w:r>
      <w:r>
        <w:rPr>
          <w:b/>
          <w:bCs/>
        </w:rPr>
        <w:t xml:space="preserve">—a formula, a geometrical expression involving four dimensions.</w:t>
      </w:r>
      <w:r>
        <w:br/>
      </w:r>
      <w:r>
        <w:t xml:space="preserve">    (a) a melody that, after a short interval, is exactly repeated by a different instrument or voice to create competing melodic lines (a strict counterpoint)</w:t>
      </w:r>
      <w:r>
        <w:br/>
      </w:r>
      <w:r>
        <w:t xml:space="preserve">    (b) to change the velocity of a beam of light or other wave-form as it passes from one medium into another (apparently bending it when passing at an angle)</w:t>
      </w:r>
      <w:r>
        <w:br/>
      </w:r>
      <w:r>
        <w:t xml:space="preserve">    (c) a figure of speech in which a similarity between two things is highlighted by using a word to refer to something that it does not</w:t>
      </w:r>
      <w:r>
        <w:t xml:space="preserve"> </w:t>
      </w:r>
      <w:r>
        <w:rPr>
          <w:i/>
          <w:iCs/>
        </w:rPr>
        <w:t xml:space="preserve">literally</w:t>
      </w:r>
      <w:r>
        <w:t xml:space="preserve"> </w:t>
      </w:r>
      <w:r>
        <w:t xml:space="preserve">mean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could make an animal—a tissue—</w:t>
      </w:r>
      <w:r>
        <w:rPr>
          <w:b/>
          <w:bCs/>
          <w:u w:val="single"/>
        </w:rPr>
        <w:t xml:space="preserve">transparent</w:t>
      </w:r>
      <w:r>
        <w:rPr>
          <w:b/>
          <w:bCs/>
        </w:rPr>
        <w:t xml:space="preserve">!</w:t>
      </w:r>
      <w:r>
        <w:br/>
      </w:r>
      <w:r>
        <w:t xml:space="preserve">    (a) relating to properties of sound or hearing</w:t>
      </w:r>
      <w:r>
        <w:br/>
      </w:r>
      <w:r>
        <w:t xml:space="preserve">    (b) mental activity of which one is self-aware</w:t>
      </w:r>
      <w:r>
        <w:br/>
      </w:r>
      <w:r>
        <w:t xml:space="preserve">    (c) capable of being clearly seen through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set to work upon my preparations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forthwith</w:t>
      </w:r>
      <w:r>
        <w:rPr>
          <w:b/>
          <w:bCs/>
        </w:rPr>
        <w:t xml:space="preserve">.</w:t>
      </w:r>
      <w:r>
        <w:br/>
      </w:r>
      <w:r>
        <w:t xml:space="preserve">    (a) well suited</w:t>
      </w:r>
      <w:r>
        <w:br/>
      </w:r>
      <w:r>
        <w:t xml:space="preserve">    (b) a last name</w:t>
      </w:r>
      <w:r>
        <w:br/>
      </w:r>
      <w:r>
        <w:t xml:space="preserve">    (c) immediately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came a mighty effort, and the Invisible Man threw off a couple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antagonists</w:t>
      </w:r>
      <w:r>
        <w:rPr>
          <w:b/>
          <w:bCs/>
        </w:rPr>
        <w:t xml:space="preserve"> </w:t>
      </w:r>
      <w:r>
        <w:rPr>
          <w:b/>
          <w:bCs/>
        </w:rPr>
        <w:t xml:space="preserve">and rose to his knees.</w:t>
      </w:r>
      <w:r>
        <w:br/>
      </w:r>
      <w:r>
        <w:t xml:space="preserve">    (a) people who offer opposition or are hostile</w:t>
      </w:r>
      <w:r>
        <w:br/>
      </w:r>
      <w:r>
        <w:t xml:space="preserve">    (b) relating to properties of sound or hearing</w:t>
      </w:r>
      <w:r>
        <w:br/>
      </w:r>
      <w:r>
        <w:t xml:space="preserve">    (c) people who trick others for financial gain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2026-07-31T16:03:40Z</dcterms:created>
  <dcterms:modified xsi:type="dcterms:W3CDTF">2026-07-31T16:03:40Z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