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4988a60a83d55db8a071375be5042d4c8700850"/>
    <w:p>
      <w:pPr>
        <w:pStyle w:val="Heading1"/>
      </w:pPr>
      <w:r>
        <w:rPr>
          <w:b/>
          <w:bCs/>
        </w:rPr>
        <w:t xml:space="preserve">The Infinite Sea</w:t>
      </w:r>
      <w:r>
        <w:br/>
      </w:r>
      <w:r>
        <w:rPr>
          <w:i/>
          <w:iCs/>
        </w:rPr>
        <w:t xml:space="preserve">Rick Yancey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old house built by the farmer's grandfather was now a deserted island surrounded by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</w:t>
      </w:r>
      <w:r>
        <w:rPr>
          <w:b/>
          <w:bCs/>
        </w:rPr>
        <w:t xml:space="preserve"> </w:t>
      </w:r>
      <w:r>
        <w:rPr>
          <w:b/>
          <w:bCs/>
        </w:rPr>
        <w:t xml:space="preserve">sea of brown.</w:t>
      </w:r>
      <w:r>
        <w:br/>
      </w:r>
      <w:r>
        <w:t xml:space="preserve">    (a) power or responsibility that can be taken on or adopted</w:t>
      </w:r>
      <w:r>
        <w:br/>
      </w:r>
      <w:r>
        <w:t xml:space="preserve">    (b) unlimited; without boundaries; or too numerous to count</w:t>
      </w:r>
      <w:r>
        <w:br/>
      </w:r>
      <w:r>
        <w:t xml:space="preserve">    (c) the characteristic of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saw the inflamed tissue at the back of his mouth, but she did not see the hair-thin wire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embedded</w:t>
      </w:r>
      <w:r>
        <w:rPr>
          <w:b/>
          <w:bCs/>
        </w:rPr>
        <w:t xml:space="preserve"> </w:t>
      </w:r>
      <w:r>
        <w:rPr>
          <w:b/>
          <w:bCs/>
        </w:rPr>
        <w:t xml:space="preserve">near the opening of his throat.</w:t>
      </w:r>
      <w:r>
        <w:br/>
      </w:r>
      <w:r>
        <w:t xml:space="preserve">    (a) firmly within; or placed firmly within</w:t>
      </w:r>
      <w:r>
        <w:br/>
      </w:r>
      <w:r>
        <w:t xml:space="preserve">    (b) adjusted a lens to make an image clear</w:t>
      </w:r>
      <w:r>
        <w:br/>
      </w:r>
      <w:r>
        <w:t xml:space="preserve">    (c) not good at concentrating on one 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 not know, as she bent over the child to peer into his mouth, that the device inside the child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calibrated</w:t>
      </w:r>
      <w:r>
        <w:rPr>
          <w:b/>
          <w:bCs/>
        </w:rPr>
        <w:t xml:space="preserve"> </w:t>
      </w:r>
      <w:r>
        <w:rPr>
          <w:b/>
          <w:bCs/>
        </w:rPr>
        <w:t xml:space="preserve">to detect the carbon dioxide in her breath.</w:t>
      </w:r>
      <w:r>
        <w:br/>
      </w:r>
      <w:r>
        <w:t xml:space="preserve">    (a) interfered (in another's affairs or business); or handled (something that shouldn't be handled)</w:t>
      </w:r>
      <w:r>
        <w:br/>
      </w:r>
      <w:r>
        <w:t xml:space="preserve">    (b) make fine adjustments or measurements; or divide into marked intervals for optimal measuring;</w:t>
      </w:r>
      <w:r>
        <w:br/>
      </w:r>
      <w:r>
        <w:t xml:space="preserve">    (c) separated two things to prevent passage of something such as heat, cold, noise, or electricity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Life is full of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ironies</w:t>
      </w:r>
      <w:r>
        <w:rPr>
          <w:b/>
          <w:bCs/>
        </w:rPr>
        <w:t xml:space="preserve">, but it's also pockmarked with some the size of that big rock in Australia.</w:t>
      </w:r>
      <w:r>
        <w:br/>
      </w:r>
      <w:r>
        <w:t xml:space="preserve">    (a) people who share professional opinions in a specific field</w:t>
      </w:r>
      <w:r>
        <w:br/>
      </w:r>
      <w:r>
        <w:t xml:space="preserve">    (b) unborn children (or other unborn or unhatched vertebrates)</w:t>
      </w:r>
      <w:r>
        <w:br/>
      </w:r>
      <w:r>
        <w:t xml:space="preserve">    (c) things that are very different than what might be expected; or things that seem incongruous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Um, that would be one percent,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Parish</w:t>
      </w:r>
      <w:r>
        <w:rPr>
          <w:b/>
          <w:bCs/>
        </w:rPr>
        <w:t xml:space="preserve">.</w:t>
      </w:r>
      <w:r>
        <w:br/>
      </w:r>
      <w:r>
        <w:t xml:space="preserve">    (a) an artists performance of another artist's work that expresses the performer's feelings or ideas about the work</w:t>
      </w:r>
      <w:r>
        <w:br/>
      </w:r>
      <w:r>
        <w:t xml:space="preserve">    (b) someone who abandoned their religion or separated from others with whom they used to share firmly held beliefs</w:t>
      </w:r>
      <w:r>
        <w:br/>
      </w:r>
      <w:r>
        <w:t xml:space="preserve">    (c) a local church community</w:t>
      </w:r>
      <w:r>
        <w:br/>
      </w:r>
      <w:r>
        <w:br/>
      </w:r>
      <w:r>
        <w:t xml:space="preserve">or in some places including Louisiana:  a jurisdiction of government like a county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winced, hand tucked in the pocket of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hideous</w:t>
      </w:r>
      <w:r>
        <w:rPr>
          <w:b/>
          <w:bCs/>
        </w:rPr>
        <w:t xml:space="preserve"> </w:t>
      </w:r>
      <w:r>
        <w:rPr>
          <w:b/>
          <w:bCs/>
        </w:rPr>
        <w:t xml:space="preserve">hoodie like he was doing a Napoleon impression, pressing on the bullet wound that Ringer had given him.</w:t>
      </w:r>
      <w:r>
        <w:br/>
      </w:r>
      <w:r>
        <w:t xml:space="preserve">    (a) extremely ugly, offensive, and/or frightening</w:t>
      </w:r>
      <w:r>
        <w:br/>
      </w:r>
      <w:r>
        <w:t xml:space="preserve">    (b) the quality of not being sensible and careful</w:t>
      </w:r>
      <w:r>
        <w:br/>
      </w:r>
      <w:r>
        <w:t xml:space="preserve">    (c) the characteristic of demonstrating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they wanted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annihilate</w:t>
      </w:r>
      <w:r>
        <w:rPr>
          <w:b/>
          <w:bCs/>
        </w:rPr>
        <w:t xml:space="preserve"> </w:t>
      </w:r>
      <w:r>
        <w:rPr>
          <w:b/>
          <w:bCs/>
        </w:rPr>
        <w:t xml:space="preserve">us, why didn't they just go ahead and annihilate us?</w:t>
      </w:r>
      <w:r>
        <w:br/>
      </w:r>
      <w:r>
        <w:t xml:space="preserve">    (a) fulfill one's highest potential</w:t>
      </w:r>
      <w:r>
        <w:br/>
      </w:r>
      <w:r>
        <w:t xml:space="preserve">    (b) to completely destroy or defeat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 </w:t>
      </w:r>
      <w:r>
        <w:rPr>
          <w:b/>
          <w:bCs/>
        </w:rPr>
        <w:t xml:space="preserve">crackling beneath my boots.</w:t>
      </w:r>
      <w:r>
        <w:br/>
      </w:r>
      <w:r>
        <w:t xml:space="preserve">    (a) the act of treating or preparing food in a way that keeps it from spoiling</w:t>
      </w:r>
      <w:r>
        <w:br/>
      </w:r>
      <w:r>
        <w:t xml:space="preserve">    (b) passages food and drink follow between the back of mouths and the stomachs</w:t>
      </w:r>
      <w:r>
        <w:br/>
      </w:r>
      <w:r>
        <w:t xml:space="preserve">    (c) pieces of something that has been destroyed; or trash that is lying around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bird perched on a tree branch above him, a crow, regarding him with regal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indifference</w:t>
      </w:r>
      <w:r>
        <w:rPr>
          <w:b/>
          <w:bCs/>
        </w:rPr>
        <w:t xml:space="preserve">.</w:t>
      </w:r>
      <w:r>
        <w:br/>
      </w:r>
      <w:r>
        <w:t xml:space="preserve">    (a) without interest</w:t>
      </w:r>
      <w:r>
        <w:br/>
      </w:r>
      <w:r>
        <w:t xml:space="preserve">    (b) risky investment</w:t>
      </w:r>
      <w:r>
        <w:br/>
      </w:r>
      <w:r>
        <w:t xml:space="preserve">    (c) chaotic disorder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another year, perhaps two, though no more than five, there would be no need for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stealth</w:t>
      </w:r>
      <w:r>
        <w:rPr>
          <w:b/>
          <w:bCs/>
        </w:rPr>
        <w:t xml:space="preserve">, because there would be no more prey to stalk.</w:t>
      </w:r>
      <w:r>
        <w:br/>
      </w:r>
      <w:r>
        <w:t xml:space="preserve">    (a) the state or degree of being able to be taken on as one's own</w:t>
      </w:r>
      <w:r>
        <w:br/>
      </w:r>
      <w:r>
        <w:t xml:space="preserve">    (b) hard to see or detect; or done in a manner to avoid detection</w:t>
      </w:r>
      <w:r>
        <w:br/>
      </w:r>
      <w:r>
        <w:t xml:space="preserve">    (c) not trustworthy with secrets, and/or conspicuous or obtrusive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body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augmented</w:t>
      </w:r>
      <w:r>
        <w:rPr>
          <w:b/>
          <w:bCs/>
        </w:rPr>
        <w:t xml:space="preserve"> </w:t>
      </w:r>
      <w:r>
        <w:rPr>
          <w:b/>
          <w:bCs/>
        </w:rPr>
        <w:t xml:space="preserve">in preparation for his awakening.</w:t>
      </w:r>
      <w:r>
        <w:br/>
      </w:r>
      <w:r>
        <w:t xml:space="preserve">    (a) recognized difference</w:t>
      </w:r>
      <w:r>
        <w:br/>
      </w:r>
      <w:r>
        <w:t xml:space="preserve">    (b) enlarged or increased</w:t>
      </w:r>
      <w:r>
        <w:br/>
      </w:r>
      <w:r>
        <w:t xml:space="preserve">    (c) marked important text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Blond hair that fell to the middle of her back, cool, nearly arctic features, especially the ice-blue eyes,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cynical</w:t>
      </w:r>
      <w:r>
        <w:rPr>
          <w:b/>
          <w:bCs/>
        </w:rPr>
        <w:t xml:space="preserve"> </w:t>
      </w:r>
      <w:r>
        <w:rPr>
          <w:b/>
          <w:bCs/>
        </w:rPr>
        <w:t xml:space="preserve">turn of her mouth, glistening with juice.</w:t>
      </w:r>
      <w:r>
        <w:br/>
      </w:r>
      <w:r>
        <w:t xml:space="preserve">    (a) related to the change of a light wave (or other wave) when it passes an opaque edge or narrow opening</w:t>
      </w:r>
      <w:r>
        <w:br/>
      </w:r>
      <w:r>
        <w:t xml:space="preserve">    (b) someone who expects the worst -- especially of people (such as expecting them to be selfish and lie)</w:t>
      </w:r>
      <w:r>
        <w:br/>
      </w:r>
      <w:r>
        <w:t xml:space="preserve">    (c) characterized by recurrent and persistent thoughts and feelings and repetitive, ritualized behaviors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bored into his, and in a knee-weakening instant, he knew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entity</w:t>
      </w:r>
      <w:r>
        <w:rPr>
          <w:b/>
          <w:bCs/>
        </w:rPr>
        <w:t xml:space="preserve"> </w:t>
      </w:r>
      <w:r>
        <w:rPr>
          <w:b/>
          <w:bCs/>
        </w:rPr>
        <w:t xml:space="preserve">hiding inside Grace's body.</w:t>
      </w:r>
      <w:r>
        <w:br/>
      </w:r>
      <w:r>
        <w:t xml:space="preserve">    (a) person, organization, or anything with a separate existence</w:t>
      </w:r>
      <w:r>
        <w:br/>
      </w:r>
      <w:r>
        <w:t xml:space="preserve">    (b) the act of taking someone up or receiving someone in heaven</w:t>
      </w:r>
      <w:r>
        <w:br/>
      </w:r>
      <w:r>
        <w:t xml:space="preserve">    (c) an agreement to marry; or relating to an agreement to marry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bodily systems had been augmented, but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enhanced</w:t>
      </w:r>
      <w:r>
        <w:rPr>
          <w:b/>
          <w:bCs/>
        </w:rPr>
        <w:t xml:space="preserve"> </w:t>
      </w:r>
      <w:r>
        <w:rPr>
          <w:b/>
          <w:bCs/>
        </w:rPr>
        <w:t xml:space="preserve">body could reach a tipping point from which there was no return.</w:t>
      </w:r>
      <w:r>
        <w:br/>
      </w:r>
      <w:r>
        <w:t xml:space="preserve">    (a) increased or improved</w:t>
      </w:r>
      <w:r>
        <w:br/>
      </w:r>
      <w:r>
        <w:t xml:space="preserve">    (b) recognized difference</w:t>
      </w:r>
      <w:r>
        <w:br/>
      </w:r>
      <w:r>
        <w:t xml:space="preserve">    (c) marked important text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Cynical,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naïve</w:t>
      </w:r>
      <w:r>
        <w:rPr>
          <w:b/>
          <w:bCs/>
        </w:rPr>
        <w:t xml:space="preserve">, kind, cruel, soft as down, hard as tungsten steel.</w:t>
      </w:r>
      <w:r>
        <w:br/>
      </w:r>
      <w:r>
        <w:t xml:space="preserve">    (a) the quality of being characterized by fantastic imagery, or combinations of things and events that don't go together</w:t>
      </w:r>
      <w:r>
        <w:br/>
      </w:r>
      <w:r>
        <w:t xml:space="preserve">    (b) the degree of being influenced by personal belief, feelings, or preferences (rather than being based purely upon fact)</w:t>
      </w:r>
      <w:r>
        <w:br/>
      </w:r>
      <w:r>
        <w:t xml:space="preserve">    (c) lacking experience or sophistication, and the understanding that comes from them -- often too trusting or optimistic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feasible</w:t>
      </w:r>
      <w:r>
        <w:rPr>
          <w:b/>
          <w:bCs/>
        </w:rPr>
        <w:t xml:space="preserve"> </w:t>
      </w:r>
      <w:r>
        <w:rPr>
          <w:b/>
          <w:bCs/>
        </w:rPr>
        <w:t xml:space="preserve">...</w:t>
      </w:r>
      <w:r>
        <w:br/>
      </w:r>
      <w:r>
        <w:t xml:space="preserve">    (a) not easily identified</w:t>
      </w:r>
      <w:r>
        <w:br/>
      </w:r>
      <w:r>
        <w:t xml:space="preserve">    (b) able to be translated</w:t>
      </w:r>
      <w:r>
        <w:br/>
      </w:r>
      <w:r>
        <w:t xml:space="preserve">    (c) possible or practical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Perfectly perfect, I thought, a little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incoherently</w:t>
      </w:r>
      <w:r>
        <w:rPr>
          <w:b/>
          <w:bCs/>
        </w:rPr>
        <w:t xml:space="preserve">.</w:t>
      </w:r>
      <w:r>
        <w:br/>
      </w:r>
      <w:r>
        <w:t xml:space="preserve">    (a) based on something that is temporarily treated as true to advance a discussion or to further investigation</w:t>
      </w:r>
      <w:r>
        <w:br/>
      </w:r>
      <w:r>
        <w:t xml:space="preserve">    (b) not in a sensible and clear manner; or not in a manner where parts fit together consistently or pleasingly</w:t>
      </w:r>
      <w:r>
        <w:br/>
      </w:r>
      <w:r>
        <w:t xml:space="preserve">    (c) in a manner that violates a rule, promise, or social norm; or in a manner that exceeds a limit or boundary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 let people on the outside hold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delusions</w:t>
      </w:r>
      <w:r>
        <w:rPr>
          <w:b/>
          <w:bCs/>
        </w:rPr>
        <w:t xml:space="preserve">, too.</w:t>
      </w:r>
      <w:r>
        <w:br/>
      </w:r>
      <w:r>
        <w:t xml:space="preserve">    (a) false beliefs</w:t>
      </w:r>
      <w:r>
        <w:br/>
      </w:r>
      <w:r>
        <w:t xml:space="preserve">    (b) psychiatrists</w:t>
      </w:r>
      <w:r>
        <w:br/>
      </w:r>
      <w:r>
        <w:t xml:space="preserve">    (c) possibilities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white world beneath me shines like pearls, a blank canvas, an alabaster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abyss</w:t>
      </w:r>
      <w:r>
        <w:rPr>
          <w:b/>
          <w:bCs/>
        </w:rPr>
        <w:t xml:space="preserve">.</w:t>
      </w:r>
      <w:r>
        <w:br/>
      </w:r>
      <w:r>
        <w:t xml:space="preserve">    (a) of the American Indian civilization of Yucatan and Belize and Guatemala that reached its peak between AD 300 and 900</w:t>
      </w:r>
      <w:r>
        <w:br/>
      </w:r>
      <w:r>
        <w:t xml:space="preserve">    (b) removal and examination of tissues or liquids from the living body to determine the existence or cause of a disease</w:t>
      </w:r>
      <w:r>
        <w:br/>
      </w:r>
      <w:r>
        <w:t xml:space="preserve">    (c) a hole or dropoff so deep the bottom cannot be seen -- often used figuratively to imply a frightening bottomless pit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pyre</w:t>
      </w:r>
      <w:r>
        <w:rPr>
          <w:b/>
          <w:bCs/>
        </w:rPr>
        <w:t xml:space="preserve"> </w:t>
      </w:r>
      <w:r>
        <w:rPr>
          <w:b/>
          <w:bCs/>
        </w:rPr>
        <w:t xml:space="preserve">can be seen for miles, if there are any eyes to see it.</w:t>
      </w:r>
      <w:r>
        <w:br/>
      </w:r>
      <w:r>
        <w:t xml:space="preserve">    (a) meticulousness (care about small details)</w:t>
      </w:r>
      <w:r>
        <w:br/>
      </w:r>
      <w:r>
        <w:t xml:space="preserve">    (b) a particular understanding or explanation</w:t>
      </w:r>
      <w:r>
        <w:br/>
      </w:r>
      <w:r>
        <w:t xml:space="preserve">    (c) a pile of wood or other burnable material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2026-07-31T19:48:43Z</dcterms:created>
  <dcterms:modified xsi:type="dcterms:W3CDTF">2026-07-31T19:48:43Z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