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e4e97b0050051049d730549350f98d457290ce"/>
    <w:p>
      <w:pPr>
        <w:pStyle w:val="Heading1"/>
      </w:pPr>
      <w:r>
        <w:rPr>
          <w:b/>
          <w:bCs/>
        </w:rPr>
        <w:t xml:space="preserve">The Importance of Being Earnest</w:t>
      </w:r>
      <w:r>
        <w:br/>
      </w:r>
      <w:r>
        <w:rPr>
          <w:i/>
          <w:iCs/>
        </w:rPr>
        <w:t xml:space="preserve">Oscar Wilde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abstracted</w:t>
      </w:r>
      <w:r>
        <w:rPr>
          <w:b/>
          <w:bCs/>
        </w:rPr>
        <w:t xml:space="preserve"> </w:t>
      </w:r>
      <w:r>
        <w:rPr>
          <w:b/>
          <w:bCs/>
        </w:rPr>
        <w:t xml:space="preserve">look.</w:t>
      </w:r>
      <w:r>
        <w:br/>
      </w:r>
      <w:r>
        <w:t xml:space="preserve">    (a) beautiful</w:t>
      </w:r>
      <w:r>
        <w:br/>
      </w:r>
      <w:r>
        <w:t xml:space="preserve">    (b) distracted</w:t>
      </w:r>
      <w:r>
        <w:br/>
      </w:r>
      <w:r>
        <w:t xml:space="preserve">    (c) questioning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undertook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arduous</w:t>
      </w:r>
      <w:r>
        <w:rPr>
          <w:b/>
          <w:bCs/>
        </w:rPr>
        <w:t xml:space="preserve"> </w:t>
      </w:r>
      <w:r>
        <w:rPr>
          <w:b/>
          <w:bCs/>
        </w:rPr>
        <w:t xml:space="preserve">work of caring for twins.</w:t>
      </w:r>
      <w:r>
        <w:br/>
      </w:r>
      <w:r>
        <w:t xml:space="preserve">    (a) rewarding</w:t>
      </w:r>
      <w:r>
        <w:br/>
      </w:r>
      <w:r>
        <w:t xml:space="preserve">    (b) difficult</w:t>
      </w:r>
      <w:r>
        <w:br/>
      </w:r>
      <w:r>
        <w:t xml:space="preserve">    (c) profitable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museum tested the letter to prove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authenticity</w:t>
      </w:r>
      <w:r>
        <w:rPr>
          <w:b/>
          <w:bCs/>
        </w:rPr>
        <w:t xml:space="preserve">.</w:t>
      </w:r>
      <w:r>
        <w:br/>
      </w:r>
      <w:r>
        <w:t xml:space="preserve">    (a) being colorful</w:t>
      </w:r>
      <w:r>
        <w:br/>
      </w:r>
      <w:r>
        <w:t xml:space="preserve">    (b) being genuine</w:t>
      </w:r>
      <w:r>
        <w:br/>
      </w:r>
      <w:r>
        <w:t xml:space="preserve">    (c) being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credulous</w:t>
      </w:r>
      <w:r>
        <w:rPr>
          <w:b/>
          <w:bCs/>
        </w:rPr>
        <w:t xml:space="preserve"> </w:t>
      </w:r>
      <w:r>
        <w:rPr>
          <w:b/>
          <w:bCs/>
        </w:rPr>
        <w:t xml:space="preserve">she believes everything she reads.</w:t>
      </w:r>
      <w:r>
        <w:br/>
      </w:r>
      <w:r>
        <w:t xml:space="preserve">    (a) deeply thoughtful</w:t>
      </w:r>
      <w:r>
        <w:br/>
      </w:r>
      <w:r>
        <w:t xml:space="preserve">    (b) easily fooled</w:t>
      </w:r>
      <w:r>
        <w:br/>
      </w:r>
      <w:r>
        <w:t xml:space="preserve">    (c) very skeptical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dotes</w:t>
      </w:r>
      <w:r>
        <w:rPr>
          <w:b/>
          <w:bCs/>
        </w:rPr>
        <w:t xml:space="preserve"> </w:t>
      </w:r>
      <w:r>
        <w:rPr>
          <w:b/>
          <w:bCs/>
        </w:rPr>
        <w:t xml:space="preserve">upon her children.</w:t>
      </w:r>
      <w:r>
        <w:br/>
      </w:r>
      <w:r>
        <w:t xml:space="preserve">    (a) criticizes</w:t>
      </w:r>
      <w:r>
        <w:br/>
      </w:r>
      <w:r>
        <w:t xml:space="preserve">    (b) worries</w:t>
      </w:r>
      <w:r>
        <w:br/>
      </w:r>
      <w:r>
        <w:t xml:space="preserve">    (c) adores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know what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induced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get a ride from someone who was so drunk.</w:t>
      </w:r>
      <w:r>
        <w:br/>
      </w:r>
      <w:r>
        <w:t xml:space="preserve">    (a) forced</w:t>
      </w:r>
      <w:r>
        <w:br/>
      </w:r>
      <w:r>
        <w:t xml:space="preserve">    (b) tricked</w:t>
      </w:r>
      <w:r>
        <w:br/>
      </w:r>
      <w:r>
        <w:t xml:space="preserve">    (c) persuaded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agree to the terms, you give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irrevocable</w:t>
      </w:r>
      <w:r>
        <w:rPr>
          <w:b/>
          <w:bCs/>
        </w:rPr>
        <w:t xml:space="preserve"> </w:t>
      </w:r>
      <w:r>
        <w:rPr>
          <w:b/>
          <w:bCs/>
        </w:rPr>
        <w:t xml:space="preserve">permission to share your comments with others on their site.</w:t>
      </w:r>
      <w:r>
        <w:br/>
      </w:r>
      <w:r>
        <w:t xml:space="preserve">    (a) easy to reverse later</w:t>
      </w:r>
      <w:r>
        <w:br/>
      </w:r>
      <w:r>
        <w:t xml:space="preserve">    (b) needing court approval</w:t>
      </w:r>
      <w:r>
        <w:br/>
      </w:r>
      <w:r>
        <w:t xml:space="preserve">    (c) unable to be undone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teacher's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lax</w:t>
      </w:r>
      <w:r>
        <w:rPr>
          <w:b/>
          <w:bCs/>
        </w:rPr>
        <w:t xml:space="preserve"> </w:t>
      </w:r>
      <w:r>
        <w:rPr>
          <w:b/>
          <w:bCs/>
        </w:rPr>
        <w:t xml:space="preserve">discipline allowed students to talk during the test.</w:t>
      </w:r>
      <w:r>
        <w:br/>
      </w:r>
      <w:r>
        <w:t xml:space="preserve">    (a) extremely harsh</w:t>
      </w:r>
      <w:r>
        <w:br/>
      </w:r>
      <w:r>
        <w:t xml:space="preserve">    (b) not strict enough</w:t>
      </w:r>
      <w:r>
        <w:br/>
      </w:r>
      <w:r>
        <w:t xml:space="preserve">    (c) perfectly fair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bond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 </w:t>
      </w:r>
      <w:r>
        <w:rPr>
          <w:b/>
          <w:bCs/>
        </w:rPr>
        <w:t xml:space="preserve">lasted for over fifty years.</w:t>
      </w:r>
      <w:r>
        <w:br/>
      </w:r>
      <w:r>
        <w:t xml:space="preserve">    (a) marriage</w:t>
      </w:r>
      <w:r>
        <w:br/>
      </w:r>
      <w:r>
        <w:t xml:space="preserve">    (b) divorce</w:t>
      </w:r>
      <w:r>
        <w:br/>
      </w:r>
      <w:r>
        <w:t xml:space="preserve">    (c) friendship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raises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metaphysical</w:t>
      </w:r>
      <w:r>
        <w:rPr>
          <w:b/>
          <w:bCs/>
        </w:rPr>
        <w:t xml:space="preserve"> </w:t>
      </w:r>
      <w:r>
        <w:rPr>
          <w:b/>
          <w:bCs/>
        </w:rPr>
        <w:t xml:space="preserve">questions about whether the soul can exist apart from the body.</w:t>
      </w:r>
      <w:r>
        <w:br/>
      </w:r>
      <w:r>
        <w:t xml:space="preserve">    (a) about legal procedure</w:t>
      </w:r>
      <w:r>
        <w:br/>
      </w:r>
      <w:r>
        <w:t xml:space="preserve">    (b) about daily expenses</w:t>
      </w:r>
      <w:r>
        <w:br/>
      </w:r>
      <w:r>
        <w:t xml:space="preserve">    (c) about reality's nature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Google was so popular; its name became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neologism</w:t>
      </w:r>
      <w:r>
        <w:rPr>
          <w:b/>
          <w:bCs/>
        </w:rPr>
        <w:t xml:space="preserve"> </w:t>
      </w:r>
      <w:r>
        <w:rPr>
          <w:b/>
          <w:bCs/>
        </w:rPr>
        <w:t xml:space="preserve">meaning "search".</w:t>
      </w:r>
      <w:r>
        <w:br/>
      </w:r>
      <w:r>
        <w:t xml:space="preserve">    (a) something taken on or adopted</w:t>
      </w:r>
      <w:r>
        <w:br/>
      </w:r>
      <w:r>
        <w:t xml:space="preserve">    (b) aka analysist -- psychiatrist</w:t>
      </w:r>
      <w:r>
        <w:br/>
      </w:r>
      <w:r>
        <w:t xml:space="preserve">    (c) newly invented word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outlook on the future was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pessimistic</w:t>
      </w:r>
      <w:r>
        <w:rPr>
          <w:b/>
          <w:bCs/>
        </w:rPr>
        <w:t xml:space="preserve">, as she worried about the economy and the environment.</w:t>
      </w:r>
      <w:r>
        <w:br/>
      </w:r>
      <w:r>
        <w:t xml:space="preserve">    (a) expecting that things will turn out badly</w:t>
      </w:r>
      <w:r>
        <w:br/>
      </w:r>
      <w:r>
        <w:t xml:space="preserve">    (b) expecting that things will turn out well</w:t>
      </w:r>
      <w:r>
        <w:br/>
      </w:r>
      <w:r>
        <w:t xml:space="preserve">    (c) having no expectation of how things will turn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became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precept</w:t>
      </w:r>
      <w:r>
        <w:rPr>
          <w:b/>
          <w:bCs/>
        </w:rPr>
        <w:t xml:space="preserve"> </w:t>
      </w:r>
      <w:r>
        <w:rPr>
          <w:b/>
          <w:bCs/>
        </w:rPr>
        <w:t xml:space="preserve">of U.S. foreign policy.</w:t>
      </w:r>
      <w:r>
        <w:br/>
      </w:r>
      <w:r>
        <w:t xml:space="preserve">    (a) rule</w:t>
      </w:r>
      <w:r>
        <w:br/>
      </w:r>
      <w:r>
        <w:t xml:space="preserve">    (b) problem</w:t>
      </w:r>
      <w:r>
        <w:br/>
      </w:r>
      <w:r>
        <w:t xml:space="preserve">    (c) sign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Critics called the event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profligate</w:t>
      </w:r>
      <w:r>
        <w:rPr>
          <w:b/>
          <w:bCs/>
        </w:rPr>
        <w:t xml:space="preserve"> </w:t>
      </w:r>
      <w:r>
        <w:rPr>
          <w:b/>
          <w:bCs/>
        </w:rPr>
        <w:t xml:space="preserve">display of wealth during a time of economic hardship.</w:t>
      </w:r>
      <w:r>
        <w:br/>
      </w:r>
      <w:r>
        <w:t xml:space="preserve">    (a) related to intelligence -- such as requiring, appealing to, or possessing intelligence</w:t>
      </w:r>
      <w:r>
        <w:br/>
      </w:r>
      <w:r>
        <w:t xml:space="preserve">    (b) wastefully extravagant</w:t>
      </w:r>
      <w:r>
        <w:br/>
      </w:r>
      <w:r>
        <w:t xml:space="preserve">    (c) (adjective) designed to stop something  OR  (noun) something that stops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Matisse titled the work, "A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Recumbent</w:t>
      </w:r>
      <w:r>
        <w:rPr>
          <w:b/>
          <w:bCs/>
        </w:rPr>
        <w:t xml:space="preserve"> </w:t>
      </w:r>
      <w:r>
        <w:rPr>
          <w:b/>
          <w:bCs/>
        </w:rPr>
        <w:t xml:space="preserve">Woman."</w:t>
      </w:r>
      <w:r>
        <w:br/>
      </w:r>
      <w:r>
        <w:t xml:space="preserve">    (a) not friendly</w:t>
      </w:r>
      <w:r>
        <w:br/>
      </w:r>
      <w:r>
        <w:t xml:space="preserve">    (b) unbending</w:t>
      </w:r>
      <w:r>
        <w:br/>
      </w:r>
      <w:r>
        <w:t xml:space="preserve">    (c) lying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Sweden's population is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secular</w:t>
      </w:r>
      <w:r>
        <w:rPr>
          <w:b/>
          <w:bCs/>
        </w:rPr>
        <w:t xml:space="preserve"> </w:t>
      </w:r>
      <w:r>
        <w:rPr>
          <w:b/>
          <w:bCs/>
        </w:rPr>
        <w:t xml:space="preserve">than populations of most countries.</w:t>
      </w:r>
      <w:r>
        <w:br/>
      </w:r>
      <w:r>
        <w:t xml:space="preserve">    (a) blonde</w:t>
      </w:r>
      <w:r>
        <w:br/>
      </w:r>
      <w:r>
        <w:t xml:space="preserve">    (b) similar</w:t>
      </w:r>
      <w:r>
        <w:br/>
      </w:r>
      <w:r>
        <w:t xml:space="preserve">    (c) non-religious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hates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sententious</w:t>
      </w:r>
      <w:r>
        <w:rPr>
          <w:b/>
          <w:bCs/>
        </w:rPr>
        <w:t xml:space="preserve"> </w:t>
      </w:r>
      <w:r>
        <w:rPr>
          <w:b/>
          <w:bCs/>
        </w:rPr>
        <w:t xml:space="preserve">manner of speaking.</w:t>
      </w:r>
      <w:r>
        <w:br/>
      </w:r>
      <w:r>
        <w:t xml:space="preserve">    (a) innocence -- in the sense of lacking sophistication or worldliness -- especially by being direct and not masking feelings</w:t>
      </w:r>
      <w:r>
        <w:br/>
      </w:r>
      <w:r>
        <w:t xml:space="preserve">    (b) annoying attempt to sound smart or important</w:t>
      </w:r>
      <w:r>
        <w:br/>
      </w:r>
      <w:r>
        <w:t xml:space="preserve">    (c) innocent as in lacking in sophistication or worldliness -- especially in being direct and not masking feelings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supercilious</w:t>
      </w:r>
      <w:r>
        <w:rPr>
          <w:b/>
          <w:bCs/>
        </w:rPr>
        <w:t xml:space="preserve"> </w:t>
      </w:r>
      <w:r>
        <w:rPr>
          <w:b/>
          <w:bCs/>
        </w:rPr>
        <w:t xml:space="preserve">tone made everyone in the room feel inferior.</w:t>
      </w:r>
      <w:r>
        <w:br/>
      </w:r>
      <w:r>
        <w:t xml:space="preserve">    (a) warm and welcoming</w:t>
      </w:r>
      <w:r>
        <w:br/>
      </w:r>
      <w:r>
        <w:t xml:space="preserve">    (b) haughty and disdainful</w:t>
      </w:r>
      <w:r>
        <w:br/>
      </w:r>
      <w:r>
        <w:t xml:space="preserve">    (c) shy and uncertain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proud of on not letting her feelings distract from practical,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utilitarian</w:t>
      </w:r>
      <w:r>
        <w:rPr>
          <w:b/>
          <w:bCs/>
        </w:rPr>
        <w:t xml:space="preserve"> </w:t>
      </w:r>
      <w:r>
        <w:rPr>
          <w:b/>
          <w:bCs/>
        </w:rPr>
        <w:t xml:space="preserve">considerations.</w:t>
      </w:r>
      <w:r>
        <w:br/>
      </w:r>
      <w:r>
        <w:t xml:space="preserve">    (a) concerned with usefulness</w:t>
      </w:r>
      <w:r>
        <w:br/>
      </w:r>
      <w:r>
        <w:t xml:space="preserve">    (b) someone who accepts something as true (without proof)</w:t>
      </w:r>
      <w:r>
        <w:br/>
      </w:r>
      <w:r>
        <w:t xml:space="preserve">    (c) someone who controls, prevents, or makes less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determined and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vacillate</w:t>
      </w:r>
      <w:r>
        <w:rPr>
          <w:b/>
          <w:bCs/>
        </w:rPr>
        <w:t xml:space="preserve"> </w:t>
      </w:r>
      <w:r>
        <w:rPr>
          <w:b/>
          <w:bCs/>
        </w:rPr>
        <w:t xml:space="preserve">in the least.</w:t>
      </w:r>
      <w:r>
        <w:br/>
      </w:r>
      <w:r>
        <w:t xml:space="preserve">    (a) celebrate</w:t>
      </w:r>
      <w:r>
        <w:br/>
      </w:r>
      <w:r>
        <w:t xml:space="preserve">    (b) waver</w:t>
      </w:r>
      <w:r>
        <w:br/>
      </w:r>
      <w:r>
        <w:t xml:space="preserve">    (c) forget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2026-07-31T14:53:22Z</dcterms:created>
  <dcterms:modified xsi:type="dcterms:W3CDTF">2026-07-31T14:53:22Z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