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f29a2d29a374ef32e7836461055efb8a1a699"/>
    <w:p>
      <w:pPr>
        <w:pStyle w:val="Heading1"/>
      </w:pPr>
      <w:r>
        <w:rPr>
          <w:b/>
          <w:bCs/>
        </w:rPr>
        <w:t xml:space="preserve">The Importance of Being Earnest</w:t>
      </w:r>
      <w:r>
        <w:br/>
      </w:r>
      <w:r>
        <w:rPr>
          <w:i/>
          <w:iCs/>
        </w:rPr>
        <w:t xml:space="preserve">Oscar Wilde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Oh! there is no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speculating</w:t>
      </w:r>
      <w:r>
        <w:rPr>
          <w:b/>
          <w:bCs/>
        </w:rPr>
        <w:t xml:space="preserve"> </w:t>
      </w:r>
      <w:r>
        <w:rPr>
          <w:b/>
          <w:bCs/>
        </w:rPr>
        <w:t xml:space="preserve">on that subject.</w:t>
      </w:r>
      <w:r>
        <w:br/>
      </w:r>
      <w:r>
        <w:t xml:space="preserve">    (a) aka analyzing -- analyzing based upon a theory of psychiatry</w:t>
      </w:r>
      <w:r>
        <w:br/>
      </w:r>
      <w:r>
        <w:t xml:space="preserve">    (b) thinking or guessing</w:t>
      </w:r>
      <w:r>
        <w:br/>
      </w:r>
      <w:r>
        <w:t xml:space="preserve">    (c) making a decision or voicing an opinion by formal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Cecily, who addresses me as her uncle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motives</w:t>
      </w:r>
      <w:r>
        <w:rPr>
          <w:b/>
          <w:bCs/>
        </w:rPr>
        <w:t xml:space="preserve"> </w:t>
      </w:r>
      <w:r>
        <w:rPr>
          <w:b/>
          <w:bCs/>
        </w:rPr>
        <w:t xml:space="preserve">of respect that you could not possibly appreciate, lives at my place in the country under the charge of her admirable governess, Miss Prism.</w:t>
      </w:r>
      <w:r>
        <w:br/>
      </w:r>
      <w:r>
        <w:t xml:space="preserve">    (a) things that cause suffering</w:t>
      </w:r>
      <w:r>
        <w:br/>
      </w:r>
      <w:r>
        <w:t xml:space="preserve">    (b) social events or ceremonies</w:t>
      </w:r>
      <w:r>
        <w:br/>
      </w:r>
      <w:r>
        <w:t xml:space="preserve">    (c) reasons for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as a high moral tone can hardly be said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conduce</w:t>
      </w:r>
      <w:r>
        <w:rPr>
          <w:b/>
          <w:bCs/>
        </w:rPr>
        <w:t xml:space="preserve"> </w:t>
      </w:r>
      <w:r>
        <w:rPr>
          <w:b/>
          <w:bCs/>
        </w:rPr>
        <w:t xml:space="preserve">very much to either one's health or one's happiness, in order to get up to town I have always pretended to have a younger brother of the name of Ernest, who lives in the Albany, and gets into the most dreadful scrapes.</w:t>
      </w:r>
      <w:r>
        <w:br/>
      </w:r>
      <w:r>
        <w:t xml:space="preserve">    (a) include consideration of</w:t>
      </w:r>
      <w:r>
        <w:br/>
      </w:r>
      <w:r>
        <w:t xml:space="preserve">    (b) struggle or disagreement</w:t>
      </w:r>
      <w:r>
        <w:br/>
      </w:r>
      <w:r>
        <w:t xml:space="preserve">    (c) contribute (to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man who marries without knowing Bunbury has a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 </w:t>
      </w:r>
      <w:r>
        <w:rPr>
          <w:b/>
          <w:bCs/>
        </w:rPr>
        <w:t xml:space="preserve">time of it.</w:t>
      </w:r>
      <w:r>
        <w:br/>
      </w:r>
      <w:r>
        <w:t xml:space="preserve">    (a) not demonstrative of</w:t>
      </w:r>
      <w:r>
        <w:br/>
      </w:r>
      <w:r>
        <w:t xml:space="preserve">    (b) boring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Personally, darling, to speak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candidly</w:t>
      </w:r>
      <w:r>
        <w:rPr>
          <w:b/>
          <w:bCs/>
        </w:rPr>
        <w:t xml:space="preserve">, I don't much care about the name of Ernest.</w:t>
      </w:r>
      <w:r>
        <w:br/>
      </w:r>
      <w:r>
        <w:t xml:space="preserve">    (a) with honesty and directness</w:t>
      </w:r>
      <w:r>
        <w:br/>
      </w:r>
      <w:r>
        <w:t xml:space="preserve">    (b) in a strongly biased manner</w:t>
      </w:r>
      <w:r>
        <w:br/>
      </w:r>
      <w:r>
        <w:t xml:space="preserve">    (c) in a manner that challenges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I am making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, you, Gwendolen, will wait for me below in the carriage.</w:t>
      </w:r>
      <w:r>
        <w:br/>
      </w:r>
      <w:r>
        <w:t xml:space="preserve">    (a) reasons for doing something</w:t>
      </w:r>
      <w:r>
        <w:br/>
      </w:r>
      <w:r>
        <w:t xml:space="preserve">    (b) questions or investigations</w:t>
      </w:r>
      <w:r>
        <w:br/>
      </w:r>
      <w:r>
        <w:t xml:space="preserve">    (c) social events or ceremonies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[Jack looks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 </w:t>
      </w:r>
      <w:r>
        <w:rPr>
          <w:b/>
          <w:bCs/>
        </w:rPr>
        <w:t xml:space="preserve">at him, and leaves the room.]</w:t>
      </w:r>
      <w:r>
        <w:br/>
      </w:r>
      <w:r>
        <w:t xml:space="preserve">    (a) with surprise as something unexpected</w:t>
      </w:r>
      <w:r>
        <w:br/>
      </w:r>
      <w:r>
        <w:t xml:space="preserve">    (b) angered at something unjust or wrong</w:t>
      </w:r>
      <w:r>
        <w:br/>
      </w:r>
      <w:r>
        <w:t xml:space="preserve">    (c) with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spoke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metaphorically</w:t>
      </w:r>
      <w:r>
        <w:rPr>
          <w:b/>
          <w:bCs/>
        </w:rPr>
        <w:t xml:space="preserve">.</w:t>
      </w:r>
      <w:r>
        <w:br/>
      </w:r>
      <w:r>
        <w:t xml:space="preserve">    (a) in a manner that is related to relating to existentialism -- a philosophical movement that assumes each person is free to determine what is essential in their existence</w:t>
      </w:r>
      <w:r>
        <w:br/>
      </w:r>
      <w:r>
        <w:t xml:space="preserve">    (b) using a figure of speech</w:t>
      </w:r>
      <w:r>
        <w:br/>
      </w:r>
      <w:r>
        <w:t xml:space="preserve">    (c) in a manner not appearing dangerous, but actually very harmful over time  OR  treacherously  (in a dangerous manner due to trickery or from hidden or unpredictable risks)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myself am peculiarly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susceptible</w:t>
      </w:r>
      <w:r>
        <w:rPr>
          <w:b/>
          <w:bCs/>
        </w:rPr>
        <w:t xml:space="preserve"> </w:t>
      </w:r>
      <w:r>
        <w:rPr>
          <w:b/>
          <w:bCs/>
        </w:rPr>
        <w:t xml:space="preserve">to draughts.</w:t>
      </w:r>
      <w:r>
        <w:br/>
      </w:r>
      <w:r>
        <w:t xml:space="preserve">    (a) easily influenced or harmed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capable of being treated in a particular way</w:t>
      </w:r>
      <w:r>
        <w:br/>
      </w:r>
      <w:r>
        <w:t xml:space="preserve">    (b) an argument attributed to one's opponent that is weaker than their actual argument</w:t>
      </w:r>
      <w:r>
        <w:br/>
      </w:r>
      <w:r>
        <w:t xml:space="preserve">    (c) the quality of feeling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pleasant, is it not, to see so perfect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reconciliation</w:t>
      </w:r>
      <w:r>
        <w:rPr>
          <w:b/>
          <w:bCs/>
        </w:rPr>
        <w:t xml:space="preserve">?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two people making up (to bring into agreement)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young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, Algy, you must get out of this place as soon as possible.</w:t>
      </w:r>
      <w:r>
        <w:br/>
      </w:r>
      <w:r>
        <w:t xml:space="preserve">    (a) the condition of being different</w:t>
      </w:r>
      <w:r>
        <w:br/>
      </w:r>
      <w:r>
        <w:t xml:space="preserve">    (b) important, serious, or dangerous</w:t>
      </w:r>
      <w:r>
        <w:br/>
      </w:r>
      <w:r>
        <w:t xml:space="preserve">    (c) someone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boy he is!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quite like women who are interested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philanthropic</w:t>
      </w:r>
      <w:r>
        <w:rPr>
          <w:b/>
          <w:bCs/>
        </w:rPr>
        <w:t xml:space="preserve"> </w:t>
      </w:r>
      <w:r>
        <w:rPr>
          <w:b/>
          <w:bCs/>
        </w:rPr>
        <w:t xml:space="preserve">work.</w:t>
      </w:r>
      <w:r>
        <w:br/>
      </w:r>
      <w:r>
        <w:t xml:space="preserve">    (a) helping others</w:t>
      </w:r>
      <w:r>
        <w:br/>
      </w:r>
      <w:r>
        <w:t xml:space="preserve">    (b) unable to find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neglect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</w:t>
      </w:r>
      <w:r>
        <w:rPr>
          <w:b/>
          <w:bCs/>
        </w:rPr>
        <w:t xml:space="preserve"> </w:t>
      </w:r>
      <w:r>
        <w:rPr>
          <w:b/>
          <w:bCs/>
        </w:rPr>
        <w:t xml:space="preserve">duties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relating to the home or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Disloyalty would be as impossible to him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.</w:t>
      </w:r>
      <w:r>
        <w:br/>
      </w:r>
      <w:r>
        <w:t xml:space="preserve">    (a) someone bound to serve another without pay -- such as a slave or serf</w:t>
      </w:r>
      <w:r>
        <w:br/>
      </w:r>
      <w:r>
        <w:t xml:space="preserve">    (b) the degree to which something can change to fit a different situation</w:t>
      </w:r>
      <w:r>
        <w:br/>
      </w:r>
      <w:r>
        <w:t xml:space="preserve">    (c) the act of lying to or misleading someone; or something that misleads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allude</w:t>
      </w:r>
      <w:r>
        <w:rPr>
          <w:b/>
          <w:bCs/>
        </w:rPr>
        <w:t xml:space="preserve"> </w:t>
      </w:r>
      <w:r>
        <w:rPr>
          <w:b/>
          <w:bCs/>
        </w:rPr>
        <w:t xml:space="preserve">to me, Miss Cardew, as an entanglement?</w:t>
      </w:r>
      <w:r>
        <w:br/>
      </w:r>
      <w:r>
        <w:t xml:space="preserve">    (a) consume or destroy completely</w:t>
      </w:r>
      <w:r>
        <w:br/>
      </w:r>
      <w:r>
        <w:t xml:space="preserve">    (b) to make an indirect reference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see no possible defence at all for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deceiving</w:t>
      </w:r>
      <w:r>
        <w:rPr>
          <w:b/>
          <w:bCs/>
        </w:rPr>
        <w:t xml:space="preserve"> </w:t>
      </w:r>
      <w:r>
        <w:rPr>
          <w:b/>
          <w:bCs/>
        </w:rPr>
        <w:t xml:space="preserve">a brilliant, clever, thoroughly experienced young lady like Miss Fairfax.</w:t>
      </w:r>
      <w:r>
        <w:br/>
      </w:r>
      <w:r>
        <w:t xml:space="preserve">    (a) influencing opinion</w:t>
      </w:r>
      <w:r>
        <w:br/>
      </w:r>
      <w:r>
        <w:t xml:space="preserve">    (b) continuing to exist</w:t>
      </w:r>
      <w:r>
        <w:br/>
      </w:r>
      <w:r>
        <w:t xml:space="preserve">    (c) lying or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to talk about one's business.</w:t>
      </w:r>
      <w:r>
        <w:br/>
      </w:r>
      <w:r>
        <w:t xml:space="preserve">    (a) the state of being unaware of one's mental activity</w:t>
      </w:r>
      <w:r>
        <w:br/>
      </w:r>
      <w:r>
        <w:t xml:space="preserve">    (b) in bad taste (unsophisticated or crude)</w:t>
      </w:r>
      <w:r>
        <w:br/>
      </w:r>
      <w:r>
        <w:t xml:space="preserve">    (c) increasing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Algernon is an extremely, I may almost say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ostentatiously</w:t>
      </w:r>
      <w:r>
        <w:rPr>
          <w:b/>
          <w:bCs/>
        </w:rPr>
        <w:t xml:space="preserve">, eligible young man.</w:t>
      </w:r>
      <w:r>
        <w:br/>
      </w:r>
      <w:r>
        <w:t xml:space="preserve">    (a) not in a manner that is able to be promised or guaranteed</w:t>
      </w:r>
      <w:r>
        <w:br/>
      </w:r>
      <w:r>
        <w:t xml:space="preserve">    (b) in a manner intended to attract notice and impress others</w:t>
      </w:r>
      <w:r>
        <w:br/>
      </w:r>
      <w:r>
        <w:t xml:space="preserve">    (c) in a manner that is supposed (rather than known to be so)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savour ... views that I have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in four of my unpublished sermons.</w:t>
      </w:r>
      <w:r>
        <w:br/>
      </w:r>
      <w:r>
        <w:t xml:space="preserve">    (a) was attractive or desirable</w:t>
      </w:r>
      <w:r>
        <w:br/>
      </w:r>
      <w:r>
        <w:t xml:space="preserve">    (b) not wanting to do something</w:t>
      </w:r>
      <w:r>
        <w:br/>
      </w:r>
      <w:r>
        <w:t xml:space="preserve">    (c) disproved or argued against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2026-07-31T14:53:22Z</dcterms:created>
  <dcterms:modified xsi:type="dcterms:W3CDTF">2026-07-31T14:53:22Z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