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4a7b70fbfecc1ce61e82d21c2f7a80e3fde7ab"/>
    <w:p>
      <w:pPr>
        <w:pStyle w:val="Heading1"/>
      </w:pPr>
      <w:r>
        <w:rPr>
          <w:b/>
          <w:bCs/>
        </w:rPr>
        <w:t xml:space="preserve">The Importance of Being Earnest</w:t>
      </w:r>
      <w:r>
        <w:br/>
      </w:r>
      <w:r>
        <w:rPr>
          <w:i/>
          <w:iCs/>
        </w:rPr>
        <w:t xml:space="preserve">Oscar Wilde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Lanes views on marriage seem somewhat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lax</w:t>
      </w:r>
      <w:r>
        <w:rPr>
          <w:b/>
          <w:bCs/>
        </w:rPr>
        <w:t xml:space="preserve">.</w:t>
      </w:r>
      <w:r>
        <w:br/>
      </w:r>
      <w:r>
        <w:t xml:space="preserve">    (a) the trait of being easy to meet and talk with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lacking in strictness or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Algernon.  Nothing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induce</w:t>
      </w:r>
      <w:r>
        <w:rPr>
          <w:b/>
          <w:bCs/>
        </w:rPr>
        <w:t xml:space="preserve"> </w:t>
      </w:r>
      <w:r>
        <w:rPr>
          <w:b/>
          <w:bCs/>
        </w:rPr>
        <w:t xml:space="preserve">me to part with Bunbury, and if you ever get married, which seems to me extremely problematic, you will be very glad to know Bunbury.</w:t>
      </w:r>
      <w:r>
        <w:br/>
      </w:r>
      <w:r>
        <w:t xml:space="preserve">    (a) persuade (convince)</w:t>
      </w:r>
      <w:r>
        <w:br/>
      </w:r>
      <w:r>
        <w:t xml:space="preserve">    (b) gain advantage from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Algernon.  Then your wife will.  You don't seem to realise, that in married life three is company and two is none.</w:t>
      </w:r>
      <w:r>
        <w:br/>
      </w:r>
      <w:r>
        <w:rPr>
          <w:b/>
          <w:bCs/>
        </w:rPr>
        <w:t xml:space="preserve">Jack.  [</w:t>
      </w:r>
      <w:r>
        <w:rPr>
          <w:b/>
          <w:bCs/>
          <w:u w:val="single"/>
        </w:rPr>
        <w:t xml:space="preserve">Sententiously</w:t>
      </w:r>
      <w:r>
        <w:rPr>
          <w:b/>
          <w:bCs/>
        </w:rPr>
        <w:t xml:space="preserve">.]  That, my dear young friend, is the theory that the corrupt French Drama has been propounding for the last fifty years.</w:t>
      </w:r>
      <w:r>
        <w:br/>
      </w:r>
      <w:r>
        <w:t xml:space="preserve">    (a) in a manner related to a mental illness most commonly associated with undeveloped social abilities, language, and other communication skills</w:t>
      </w:r>
      <w:r>
        <w:br/>
      </w:r>
      <w:r>
        <w:t xml:space="preserve">    (b) pompously moralizing</w:t>
      </w:r>
      <w:r>
        <w:br/>
      </w:r>
      <w:r>
        <w:t xml:space="preserve">    (c) in a manner like a virus (often used to indicate that something spread quickly from person-to-person in a natural, unplanned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is clearly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metaphysical</w:t>
      </w:r>
      <w:r>
        <w:rPr>
          <w:b/>
          <w:bCs/>
        </w:rPr>
        <w:t xml:space="preserve"> </w:t>
      </w:r>
      <w:r>
        <w:rPr>
          <w:b/>
          <w:bCs/>
        </w:rPr>
        <w:t xml:space="preserve">speculation, and like most metaphysical speculations has very little reference at all to the actual facts of real life, as we know them.</w:t>
      </w:r>
      <w:r>
        <w:br/>
      </w:r>
      <w:r>
        <w:t xml:space="preserve">    (a) about things beyond the physical world, such as existence, reality, or the soul</w:t>
      </w:r>
      <w:r>
        <w:br/>
      </w:r>
      <w:r>
        <w:t xml:space="preserve">    (b)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(c) the quality of holding something back or holding others down through oppression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Rise, sir, from this semi-</w:t>
      </w:r>
      <w:r>
        <w:rPr>
          <w:b/>
          <w:bCs/>
          <w:u w:val="single"/>
        </w:rPr>
        <w:t xml:space="preserve">recumbent</w:t>
      </w:r>
      <w:r>
        <w:rPr>
          <w:b/>
          <w:bCs/>
        </w:rPr>
        <w:t xml:space="preserve"> </w:t>
      </w:r>
      <w:r>
        <w:rPr>
          <w:b/>
          <w:bCs/>
        </w:rPr>
        <w:t xml:space="preserve">posture.</w:t>
      </w:r>
      <w:r>
        <w:br/>
      </w:r>
      <w:r>
        <w:t xml:space="preserve">    (a) unbending</w:t>
      </w:r>
      <w:r>
        <w:br/>
      </w:r>
      <w:r>
        <w:t xml:space="preserve">    (b) lying down; or horizontal</w:t>
      </w:r>
      <w:r>
        <w:br/>
      </w:r>
      <w:r>
        <w:t xml:space="preserve">    (c) not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Ernest?</w:t>
      </w:r>
      <w:r>
        <w:br/>
      </w:r>
      <w:r>
        <w:t xml:space="preserve">    (a) related to intelligence -- such as requiring, appealing to, or possessing intelligence</w:t>
      </w:r>
      <w:r>
        <w:br/>
      </w:r>
      <w:r>
        <w:t xml:space="preserve">    (b) (adjective) designed to stop something  OR  (noun) something that stops something else</w:t>
      </w:r>
      <w:r>
        <w:br/>
      </w:r>
      <w:r>
        <w:t xml:space="preserve">    (c) carelessly and wastefully extravagant -- especially with money, resources, 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Lane, you're a perfect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</w:t>
      </w:r>
      <w:r>
        <w:rPr>
          <w:b/>
          <w:bCs/>
        </w:rPr>
        <w:t xml:space="preserve">.</w:t>
      </w:r>
      <w:r>
        <w:br/>
      </w:r>
      <w:r>
        <w:t xml:space="preserve">    (a) someone who joins with others in a public protest or display of support</w:t>
      </w:r>
      <w:r>
        <w:br/>
      </w:r>
      <w:r>
        <w:t xml:space="preserve">    (b) someone or something that combines components to create a complex whole</w:t>
      </w:r>
      <w:r>
        <w:br/>
      </w:r>
      <w:r>
        <w:t xml:space="preserve">    (c) someone who expects the worst; or who focuses on the bad part of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Surely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utilitarian</w:t>
      </w:r>
      <w:r>
        <w:rPr>
          <w:b/>
          <w:bCs/>
        </w:rPr>
        <w:t xml:space="preserve"> </w:t>
      </w:r>
      <w:r>
        <w:rPr>
          <w:b/>
          <w:bCs/>
        </w:rPr>
        <w:t xml:space="preserve">occupation as the watering of flowers is rather Moulton's duty than yours?</w:t>
      </w:r>
      <w:r>
        <w:br/>
      </w:r>
      <w:r>
        <w:t xml:space="preserve">    (a) someone who accepts something as true (without proof)</w:t>
      </w:r>
      <w:r>
        <w:br/>
      </w:r>
      <w:r>
        <w:t xml:space="preserve">    (b) someone who controls, prevents, or makes less intense</w:t>
      </w:r>
      <w:r>
        <w:br/>
      </w:r>
      <w:r>
        <w:t xml:space="preserve">    (c) useful, but without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not think that even I could produce any effect on a character that according to his own brother's admission is irretrievably weak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vacillating</w:t>
      </w:r>
      <w:r>
        <w:rPr>
          <w:b/>
          <w:bCs/>
        </w:rPr>
        <w:t xml:space="preserve">.</w:t>
      </w:r>
      <w:r>
        <w:br/>
      </w:r>
      <w:r>
        <w:t xml:space="preserve">    (a) trying to obtain a result through gentle and careful effort -- often gently persuading</w:t>
      </w:r>
      <w:r>
        <w:br/>
      </w:r>
      <w:r>
        <w:t xml:space="preserve">    (b) changing one's mind back and forth between conflicting ideas</w:t>
      </w:r>
      <w:r>
        <w:br/>
      </w:r>
      <w:r>
        <w:t xml:space="preserve">    (c) strongly criticizing or accusing publicly  OR  (more rarely) informing against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Miss Prism: You are too much alone, dear Dr. Chasuble.  You should get married.  A misanthrope I can understand--a womanthrope, never!</w:t>
      </w:r>
      <w:r>
        <w:br/>
      </w:r>
      <w:r>
        <w:rPr>
          <w:b/>
          <w:bCs/>
        </w:rPr>
        <w:t xml:space="preserve">Chasuble: [With a scholar's shudder.] Believe me, I do not deserve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neologistic</w:t>
      </w:r>
      <w:r>
        <w:rPr>
          <w:b/>
          <w:bCs/>
        </w:rPr>
        <w:t xml:space="preserve"> </w:t>
      </w:r>
      <w:r>
        <w:rPr>
          <w:b/>
          <w:bCs/>
        </w:rPr>
        <w:t xml:space="preserve">a phrase.</w:t>
      </w:r>
      <w:r>
        <w:br/>
      </w:r>
      <w:r>
        <w:t xml:space="preserve">    (a) newly invented</w:t>
      </w:r>
      <w:r>
        <w:br/>
      </w:r>
      <w:r>
        <w:t xml:space="preserve">    (b) the quality or degree of the involvement of other people or things</w:t>
      </w:r>
      <w:r>
        <w:br/>
      </w:r>
      <w:r>
        <w:t xml:space="preserve">    (c) not appropriate or not properly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as well as the practice of the Primitive Church was distinctly against matrimony.</w:t>
      </w:r>
      <w:r>
        <w:br/>
      </w:r>
      <w:r>
        <w:t xml:space="preserve">    (a) wrong understanding</w:t>
      </w:r>
      <w:r>
        <w:br/>
      </w:r>
      <w:r>
        <w:t xml:space="preserve">    (b) act of hiring again</w:t>
      </w:r>
      <w:r>
        <w:br/>
      </w:r>
      <w:r>
        <w:t xml:space="preserve">    (c) a rule for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precept as well as the practice of the Primitive Church was distinctly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.</w:t>
      </w:r>
      <w:r>
        <w:br/>
      </w:r>
      <w:r>
        <w:t xml:space="preserve">    (a) reporter</w:t>
      </w:r>
      <w:r>
        <w:br/>
      </w:r>
      <w:r>
        <w:t xml:space="preserve">    (b) disorder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dear guardian, with the assistance of Miss Prism, has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arduous</w:t>
      </w:r>
      <w:r>
        <w:rPr>
          <w:b/>
          <w:bCs/>
        </w:rPr>
        <w:t xml:space="preserve"> </w:t>
      </w:r>
      <w:r>
        <w:rPr>
          <w:b/>
          <w:bCs/>
        </w:rPr>
        <w:t xml:space="preserve">task of looking after me.</w:t>
      </w:r>
      <w:r>
        <w:br/>
      </w:r>
      <w:r>
        <w:t xml:space="preserve">    (a) difficult</w:t>
      </w:r>
      <w:r>
        <w:br/>
      </w:r>
      <w:r>
        <w:t xml:space="preserve">    (b) the state of doing something unintentionally</w:t>
      </w:r>
      <w:r>
        <w:br/>
      </w:r>
      <w:r>
        <w:t xml:space="preserve">    (c) the state or degree of agreeing or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Gwendolen.  [</w:t>
      </w:r>
      <w:r>
        <w:rPr>
          <w:b/>
          <w:bCs/>
          <w:u w:val="single"/>
        </w:rPr>
        <w:t xml:space="preserve">Superciliously</w:t>
      </w:r>
      <w:r>
        <w:rPr>
          <w:b/>
          <w:bCs/>
        </w:rPr>
        <w:t xml:space="preserve">.]  No, thank you.  Sugar is not fashionable any more.</w:t>
      </w:r>
      <w:r>
        <w:br/>
      </w:r>
      <w:r>
        <w:t xml:space="preserve">    (a) arrogant disdain of those one views as unworthy</w:t>
      </w:r>
      <w:r>
        <w:br/>
      </w:r>
      <w:r>
        <w:t xml:space="preserve">    (b) completely or totally</w:t>
      </w:r>
      <w:r>
        <w:br/>
      </w:r>
      <w:r>
        <w:t xml:space="preserve">    (c) exactly or accurately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voice alone inspires one with absolute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credulity</w:t>
      </w:r>
      <w:r>
        <w:rPr>
          <w:b/>
          <w:bCs/>
        </w:rPr>
        <w:t xml:space="preserve">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willingness to believe</w:t>
      </w:r>
      <w:r>
        <w:br/>
      </w:r>
      <w:r>
        <w:t xml:space="preserve">    (c) something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what proof have I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authenticity</w:t>
      </w:r>
      <w:r>
        <w:rPr>
          <w:b/>
          <w:bCs/>
        </w:rPr>
        <w:t xml:space="preserve">?</w:t>
      </w:r>
      <w:r>
        <w:br/>
      </w:r>
      <w:r>
        <w:t xml:space="preserve">    (a) quality of being real or true</w:t>
      </w:r>
      <w:r>
        <w:br/>
      </w:r>
      <w:r>
        <w:t xml:space="preserve">    (b) not recognizable as different</w:t>
      </w:r>
      <w:r>
        <w:br/>
      </w:r>
      <w:r>
        <w:t xml:space="preserve">    (c) not mirroring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as your present mood seems to be one peculiarly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secular</w:t>
      </w:r>
      <w:r>
        <w:rPr>
          <w:b/>
          <w:bCs/>
        </w:rPr>
        <w:t xml:space="preserve">, I will return to the church at once.</w:t>
      </w:r>
      <w:r>
        <w:br/>
      </w:r>
      <w:r>
        <w:t xml:space="preserve">    (a) not religious</w:t>
      </w:r>
      <w:r>
        <w:br/>
      </w:r>
      <w:r>
        <w:t xml:space="preserve">    (b) inappropriate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moment of mental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abstraction</w:t>
      </w:r>
      <w:r>
        <w:rPr>
          <w:b/>
          <w:bCs/>
        </w:rPr>
        <w:t xml:space="preserve">, for which I never can forgive myself, I deposited the manuscript in the basinette, and placed the baby in the hand-bag.</w:t>
      </w:r>
      <w:r>
        <w:br/>
      </w:r>
      <w:r>
        <w:t xml:space="preserve">    (a) the gain of advantage from something</w:t>
      </w:r>
      <w:r>
        <w:br/>
      </w:r>
      <w:r>
        <w:t xml:space="preserve">    (b) distraction</w:t>
      </w:r>
      <w:r>
        <w:br/>
      </w:r>
      <w:r>
        <w:t xml:space="preserve">    (c) the quality of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decision on the subject of my name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irrevocable</w:t>
      </w:r>
      <w:r>
        <w:rPr>
          <w:b/>
          <w:bCs/>
        </w:rPr>
        <w:t xml:space="preserve">, I suppose?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final (incapable of being undone)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luxury that money could buy, including christening, had been lavished on you by your fond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doting</w:t>
      </w:r>
      <w:r>
        <w:rPr>
          <w:b/>
          <w:bCs/>
        </w:rPr>
        <w:t xml:space="preserve"> </w:t>
      </w:r>
      <w:r>
        <w:rPr>
          <w:b/>
          <w:bCs/>
        </w:rPr>
        <w:t xml:space="preserve">parents.</w:t>
      </w:r>
      <w:r>
        <w:br/>
      </w:r>
      <w:r>
        <w:t xml:space="preserve">    (a) protecting something or keeping it as it is</w:t>
      </w:r>
      <w:r>
        <w:br/>
      </w:r>
      <w:r>
        <w:t xml:space="preserve">    (b) compensating for a loss; or paying a reward</w:t>
      </w:r>
      <w:r>
        <w:br/>
      </w:r>
      <w:r>
        <w:t xml:space="preserve">    (c) demonstrating love and uncritical affection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2026-07-31T14:53:22Z</dcterms:created>
  <dcterms:modified xsi:type="dcterms:W3CDTF">2026-07-31T14:53:22Z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