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5d140f23c6927f60d49b848b1cb4ae0bbf4fae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we observe his descriptions, images,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similes</w:t>
      </w:r>
      <w:r>
        <w:rPr>
          <w:b/>
          <w:bCs/>
        </w:rPr>
        <w:t xml:space="preserve">, we shall find the invention still predominant.</w:t>
      </w:r>
      <w:r>
        <w:br/>
      </w:r>
      <w:r>
        <w:t xml:space="preserve">    (a) descriptions of unfavorable opinions; or acts of sharing unfavorable opinions</w:t>
      </w:r>
      <w:r>
        <w:br/>
      </w:r>
      <w:r>
        <w:t xml:space="preserve">    (b) figures of speech that highlight similarity between things of different kinds</w:t>
      </w:r>
      <w:r>
        <w:br/>
      </w:r>
      <w:r>
        <w:t xml:space="preserve">    (c) geological areas where a river divides before entering a larger body of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other side, I would not be so delicate as those modern critics, who are shocked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offices and mean employments in which we sometimes see the heroes of Homer engaged.</w:t>
      </w:r>
      <w:r>
        <w:br/>
      </w:r>
      <w:r>
        <w:t xml:space="preserve">    (a) relating to practice or belief that is long-established or was previously long-established  OR  relating to stories passed down through generations</w:t>
      </w:r>
      <w:r>
        <w:br/>
      </w:r>
      <w:r>
        <w:t xml:space="preserve">    (b) related to an economic system based on government ownership or control of all important companies -- with the ideal of equal benefits to all people</w:t>
      </w:r>
      <w:r>
        <w:br/>
      </w:r>
      <w:r>
        <w:t xml:space="preserve">    (c) too eager to serve or obey others -- often in a way that seems overly submissive, weak, or lacking self-respect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related to low-status tasks</w:t>
      </w:r>
      <w:r>
        <w:br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spoils of cities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razed</w:t>
      </w:r>
      <w:r>
        <w:rPr>
          <w:b/>
          <w:bCs/>
        </w:rPr>
        <w:t xml:space="preserve"> </w:t>
      </w:r>
      <w:r>
        <w:rPr>
          <w:b/>
          <w:bCs/>
        </w:rPr>
        <w:t xml:space="preserve">and warriors slain, We share with justice, as with toil we gain; But to resume whate'er thy avarice craves (That trick of tyrants) may be borne by slaves.</w:t>
      </w:r>
      <w:r>
        <w:br/>
      </w:r>
      <w:r>
        <w:t xml:space="preserve">    (a) began fighting again</w:t>
      </w:r>
      <w:r>
        <w:br/>
      </w:r>
      <w:r>
        <w:t xml:space="preserve">    (b) took on as one's own</w:t>
      </w:r>
      <w:r>
        <w:br/>
      </w:r>
      <w:r>
        <w:t xml:space="preserve">    (c) completely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Goddess, submit; nor dare our will withstand, But dread the power of this avenging hand: The united strength of all the gods above In vain resists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omnipotence</w:t>
      </w:r>
      <w:r>
        <w:rPr>
          <w:b/>
          <w:bCs/>
        </w:rPr>
        <w:t xml:space="preserve"> </w:t>
      </w:r>
      <w:r>
        <w:rPr>
          <w:b/>
          <w:bCs/>
        </w:rPr>
        <w:t xml:space="preserve">of Jove.</w:t>
      </w:r>
      <w:r>
        <w:br/>
      </w:r>
      <w:r>
        <w:t xml:space="preserve">    (a) interacts, interests, or attracts</w:t>
      </w:r>
      <w:r>
        <w:br/>
      </w:r>
      <w:r>
        <w:t xml:space="preserve">    (b) because of a basic rule or belief</w:t>
      </w:r>
      <w:r>
        <w:br/>
      </w:r>
      <w:r>
        <w:t xml:space="preserve">    (c) the quality of being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 a fountain's sacred brink we raised Our verdant altars, and the victims blazed: 'Twas where the plane-tree spread its shades around, The altars heaved; and from the crumbling ground A mighty dragon shot, of dire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; From Jove himself the dreadful sign was sent.</w:t>
      </w:r>
      <w:r>
        <w:br/>
      </w:r>
      <w:r>
        <w:t xml:space="preserve">    (a) a basic building block for proteins</w:t>
      </w:r>
      <w:r>
        <w:br/>
      </w:r>
      <w:r>
        <w:t xml:space="preserve">    (b) someone who believe in a single God</w:t>
      </w:r>
      <w:r>
        <w:br/>
      </w:r>
      <w:r>
        <w:t xml:space="preserve">    (c) a sign of something about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Oh, hadst thou died when first thou saw'st the light, Or died at least before 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</w:t>
      </w:r>
      <w:r>
        <w:rPr>
          <w:b/>
          <w:bCs/>
        </w:rPr>
        <w:t xml:space="preserve"> </w:t>
      </w:r>
      <w:r>
        <w:rPr>
          <w:b/>
          <w:bCs/>
        </w:rPr>
        <w:t xml:space="preserve">rite!</w:t>
      </w:r>
      <w:r>
        <w:br/>
      </w:r>
      <w:r>
        <w:t xml:space="preserve">    (a) not attractive or desirable</w:t>
      </w:r>
      <w:r>
        <w:br/>
      </w:r>
      <w:r>
        <w:t xml:space="preserve">    (b) of or relating to a wedding</w:t>
      </w:r>
      <w:r>
        <w:br/>
      </w:r>
      <w:r>
        <w:t xml:space="preserve">    (c) orbiting Earth once per day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foot through all the martial ranks he moves And these encourages, and 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reproves</w:t>
      </w:r>
      <w:r>
        <w:rPr>
          <w:b/>
          <w:bCs/>
        </w:rPr>
        <w:t xml:space="preserve">.</w:t>
      </w:r>
      <w:r>
        <w:br/>
      </w:r>
      <w:r>
        <w:t xml:space="preserve">    (a) eliminates</w:t>
      </w:r>
      <w:r>
        <w:br/>
      </w:r>
      <w:r>
        <w:t xml:space="preserve">    (b) criticizes</w:t>
      </w:r>
      <w:r>
        <w:br/>
      </w:r>
      <w:r>
        <w:t xml:space="preserve">    (c)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field shall prove 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perjuries</w:t>
      </w:r>
      <w:r>
        <w:rPr>
          <w:b/>
          <w:bCs/>
        </w:rPr>
        <w:t xml:space="preserve"> </w:t>
      </w:r>
      <w:r>
        <w:rPr>
          <w:b/>
          <w:bCs/>
        </w:rPr>
        <w:t xml:space="preserve">succeed, And chains or death avenge the impious deed.</w:t>
      </w:r>
      <w:r>
        <w:br/>
      </w:r>
      <w:r>
        <w:t xml:space="preserve">    (a) the criminal offense of telling lies after formally promising to tell the truth -- such as when testifying in a court trial</w:t>
      </w:r>
      <w:r>
        <w:br/>
      </w:r>
      <w:r>
        <w:t xml:space="preserve">    (b) people of the American Indian civilization of Yucatan and Belize and Guatemala that reached its peak between AD 300 and 900</w:t>
      </w:r>
      <w:r>
        <w:br/>
      </w:r>
      <w:r>
        <w:t xml:space="preserve">    (c) things that indirectly shows other things -- such as indications, demonstrations, expressions, or representations of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raging bathes the purple plain;</w:t>
      </w:r>
      <w:r>
        <w:br/>
      </w:r>
      <w:r>
        <w:t xml:space="preserve">    (a) conflict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flank, unguarded by his ample shield, Admits the lance: he falls,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spurns</w:t>
      </w:r>
      <w:r>
        <w:rPr>
          <w:b/>
          <w:bCs/>
        </w:rPr>
        <w:t xml:space="preserve"> </w:t>
      </w:r>
      <w:r>
        <w:rPr>
          <w:b/>
          <w:bCs/>
        </w:rPr>
        <w:t xml:space="preserve">the field; The nerves, unbraced, support his limbs no more; The soul comes floating in a tide of gore.</w:t>
      </w:r>
      <w:r>
        <w:br/>
      </w:r>
      <w:r>
        <w:t xml:space="preserve">    (a) struggles or disagreements</w:t>
      </w:r>
      <w:r>
        <w:br/>
      </w:r>
      <w:r>
        <w:t xml:space="preserve">    (b) is attractive or desirable</w:t>
      </w:r>
      <w:r>
        <w:br/>
      </w:r>
      <w:r>
        <w:t xml:space="preserve">    (c) rejects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words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the impetuous warrior's heat, The god of arms and martial maid retreat; Removed from fight, on Xanthus' flowery bounds They sat, and listen'd to the dying sounds.</w:t>
      </w:r>
      <w:r>
        <w:br/>
      </w:r>
      <w:r>
        <w:t xml:space="preserve">    (a) reduce the intensity of; or calm</w:t>
      </w:r>
      <w:r>
        <w:br/>
      </w:r>
      <w:r>
        <w:t xml:space="preserve">    (b) genetic change through evolution</w:t>
      </w:r>
      <w:r>
        <w:br/>
      </w:r>
      <w:r>
        <w:t xml:space="preserve">    (c) interact again or interest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now thy country calls her wonted friends, And the proud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</w:t>
      </w:r>
      <w:r>
        <w:rPr>
          <w:b/>
          <w:bCs/>
        </w:rPr>
        <w:t xml:space="preserve"> </w:t>
      </w:r>
      <w:r>
        <w:rPr>
          <w:b/>
          <w:bCs/>
        </w:rPr>
        <w:t xml:space="preserve">in just derision ends.</w:t>
      </w:r>
      <w:r>
        <w:br/>
      </w:r>
      <w:r>
        <w:t xml:space="preserve">    (a) to extravagantly praise or boast</w:t>
      </w:r>
      <w:r>
        <w:br/>
      </w:r>
      <w:r>
        <w:t xml:space="preserve">    (b) create, start, or set in a place</w:t>
      </w:r>
      <w:r>
        <w:br/>
      </w:r>
      <w:r>
        <w:t xml:space="preserve">    (c) genetic change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bossy naves of sold silver shone; Braces of gold suspend the moving throne: The car, behind, an arching figure bore; The bending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concave</w:t>
      </w:r>
      <w:r>
        <w:rPr>
          <w:b/>
          <w:bCs/>
        </w:rPr>
        <w:t xml:space="preserve"> </w:t>
      </w:r>
      <w:r>
        <w:rPr>
          <w:b/>
          <w:bCs/>
        </w:rPr>
        <w:t xml:space="preserve">form'd an arch before.</w:t>
      </w:r>
      <w:r>
        <w:br/>
      </w:r>
      <w:r>
        <w:t xml:space="preserve">    (a) include consideration of</w:t>
      </w:r>
      <w:r>
        <w:br/>
      </w:r>
      <w:r>
        <w:t xml:space="preserve">    (b) angled or curving inward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from the walls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timorous</w:t>
      </w:r>
      <w:r>
        <w:rPr>
          <w:b/>
          <w:bCs/>
        </w:rPr>
        <w:t xml:space="preserve"> </w:t>
      </w:r>
      <w:r>
        <w:rPr>
          <w:b/>
          <w:bCs/>
        </w:rPr>
        <w:t xml:space="preserve">foes engaged, While fierce in war divine Achilles raged; Now issuing fearless they possess the plain, Now win the shores, and scarce the seas remain.</w:t>
      </w:r>
      <w:r>
        <w:br/>
      </w:r>
      <w:r>
        <w:t xml:space="preserve">    (a) consistent or the same</w:t>
      </w:r>
      <w:r>
        <w:br/>
      </w:r>
      <w:r>
        <w:t xml:space="preserve">    (b) timid (fearful) or shy</w:t>
      </w:r>
      <w:r>
        <w:br/>
      </w:r>
      <w:r>
        <w:t xml:space="preserve">    (c) not aware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had Greece eternal fame acquired, And frighted Troy within her walls, retired, Had not sage Helenus her state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redress'd</w:t>
      </w:r>
      <w:r>
        <w:rPr>
          <w:b/>
          <w:bCs/>
        </w:rPr>
        <w:t xml:space="preserve">, Taught by the gods that moved his sacred breast.</w:t>
      </w:r>
      <w:r>
        <w:br/>
      </w:r>
      <w:r>
        <w:t xml:space="preserve">    (a) moved into position to work; or started</w:t>
      </w:r>
      <w:r>
        <w:br/>
      </w:r>
      <w:r>
        <w:t xml:space="preserve">    (b) examined in detail to better understand</w:t>
      </w:r>
      <w:r>
        <w:br/>
      </w:r>
      <w:r>
        <w:t xml:space="preserve">    (c) fixed a problem; or made up for a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early youth was bred to martial pains, My soul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impels</w:t>
      </w:r>
      <w:r>
        <w:rPr>
          <w:b/>
          <w:bCs/>
        </w:rPr>
        <w:t xml:space="preserve"> </w:t>
      </w:r>
      <w:r>
        <w:rPr>
          <w:b/>
          <w:bCs/>
        </w:rPr>
        <w:t xml:space="preserve">me to the embattled plains!</w:t>
      </w:r>
      <w:r>
        <w:br/>
      </w:r>
      <w:r>
        <w:t xml:space="preserve">    (a) stops interacting; or stops having interest</w:t>
      </w:r>
      <w:r>
        <w:br/>
      </w:r>
      <w:r>
        <w:t xml:space="preserve">    (b) to make someone feel they must do something</w:t>
      </w:r>
      <w:r>
        <w:br/>
      </w:r>
      <w:r>
        <w:t xml:space="preserve">    (c) thinks carefully and makes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whom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 </w:t>
      </w:r>
      <w:r>
        <w:rPr>
          <w:b/>
          <w:bCs/>
        </w:rPr>
        <w:t xml:space="preserve">of Jove replies: "I left, for this, the council of the skies: But who shall bid conflicting hosts forbear, What art shall calm the furious sons of war?"</w:t>
      </w:r>
      <w:r>
        <w:br/>
      </w:r>
      <w:r>
        <w:t xml:space="preserve">    (a) a process of urging or commanding someone to do something; or a document for that purpose</w:t>
      </w:r>
      <w:r>
        <w:br/>
      </w:r>
      <w:r>
        <w:t xml:space="preserve">    (b) someone's child or children</w:t>
      </w:r>
      <w:r>
        <w:br/>
      </w:r>
      <w:r>
        <w:br/>
      </w:r>
      <w:r>
        <w:t xml:space="preserve">or less commonly: anything that develops from something else</w:t>
      </w:r>
      <w:r>
        <w:br/>
      </w:r>
      <w:r>
        <w:t xml:space="preserve">    (c) the belief that God created the universe, but that he doesn't interfere with how it runs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fleet once saved,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from further chase, Nor lead to Ilion's walls the Grecian race; Some adverse god thy rashness may destroy; Some god, like Phoebus, ever kind to Troy.</w:t>
      </w:r>
      <w:r>
        <w:br/>
      </w:r>
      <w:r>
        <w:t xml:space="preserve">    (a) to not do something</w:t>
      </w:r>
      <w:r>
        <w:br/>
      </w:r>
      <w:r>
        <w:t xml:space="preserve">    (b) gain advantage from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hear my counsel, and to reason yield, The bravest soon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</w:t>
      </w:r>
      <w:r>
        <w:rPr>
          <w:b/>
          <w:bCs/>
        </w:rPr>
        <w:t xml:space="preserve"> </w:t>
      </w:r>
      <w:r>
        <w:rPr>
          <w:b/>
          <w:bCs/>
        </w:rPr>
        <w:t xml:space="preserve">of the field; Though vast the heaps that strow the crimson plain, The bloody harvest brings but little gain: The scale of conquest ever wavering lies, Great Jove but turns it, and the victor dies!</w:t>
      </w:r>
      <w:r>
        <w:br/>
      </w:r>
      <w:r>
        <w:t xml:space="preserve">    (a) to satisfy a hunger; or fill to satisfaction (typically said of hunger for food, but can be said of anything desired--such as of knowledge or sensual pleasure)</w:t>
      </w:r>
      <w:r>
        <w:br/>
      </w:r>
      <w:r>
        <w:t xml:space="preserve">    (b)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(c) (noun) something that is lighter and draws attention -- such as an area of a painting  OR  (verb) making something lighter -- such as an area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date,(271) And make my future life the sport of fate.</w:t>
      </w:r>
      <w:r>
        <w:br/>
      </w:r>
      <w:r>
        <w:t xml:space="preserve">    (a) deserving or bringing disgrace or shame</w:t>
      </w:r>
      <w:r>
        <w:br/>
      </w:r>
      <w:r>
        <w:t xml:space="preserve">    (b) the state or degree of being very large</w:t>
      </w:r>
      <w:r>
        <w:br/>
      </w:r>
      <w:r>
        <w:t xml:space="preserve">    (c) the quality of relating to intelligence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2026-07-31T15:31:07Z</dcterms:created>
  <dcterms:modified xsi:type="dcterms:W3CDTF">2026-07-31T15:31:07Z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