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the-iliad-homer-vocabulary-preview"/>
    <w:p>
      <w:pPr>
        <w:pStyle w:val="Heading1"/>
      </w:pPr>
      <w:r>
        <w:rPr>
          <w:b/>
          <w:bCs/>
        </w:rPr>
        <w:t xml:space="preserve">The Iliad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missed their warm relationship and was saddened by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aloofness</w:t>
      </w:r>
      <w:r>
        <w:rPr>
          <w:b/>
          <w:bCs/>
        </w:rPr>
        <w:t xml:space="preserve">.</w:t>
      </w:r>
      <w:r>
        <w:br/>
      </w:r>
      <w:r>
        <w:t xml:space="preserve">    (a) lack of interest</w:t>
      </w:r>
      <w:r>
        <w:br/>
      </w:r>
      <w:r>
        <w:t xml:space="preserve">    (b) lack of respect</w:t>
      </w:r>
      <w:r>
        <w:br/>
      </w:r>
      <w:r>
        <w:t xml:space="preserve">    (c) lack of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every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policy.</w:t>
      </w:r>
      <w:r>
        <w:br/>
      </w:r>
      <w:r>
        <w:t xml:space="preserve">    (a) attack</w:t>
      </w:r>
      <w:r>
        <w:br/>
      </w:r>
      <w:r>
        <w:t xml:space="preserve">    (b) understand</w:t>
      </w:r>
      <w:r>
        <w:br/>
      </w:r>
      <w:r>
        <w:t xml:space="preserve">    (c)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with a natural defense</w:t>
      </w:r>
      <w:r>
        <w:br/>
      </w:r>
      <w:r>
        <w:t xml:space="preserve">    (b) lacking</w:t>
      </w:r>
      <w:r>
        <w:br/>
      </w:r>
      <w:r>
        <w:t xml:space="preserve">    (c) proud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recommends</w:t>
      </w:r>
      <w:r>
        <w:br/>
      </w:r>
      <w:r>
        <w:t xml:space="preserve">    (b) shows</w:t>
      </w:r>
      <w:r>
        <w:br/>
      </w:r>
      <w:r>
        <w:t xml:space="preserve">    (c) gives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thief walked right into the store and stole a diamond necklace in broad daylight.</w:t>
      </w:r>
      <w:r>
        <w:br/>
      </w:r>
      <w:r>
        <w:t xml:space="preserve">    (a) disguised</w:t>
      </w:r>
      <w:r>
        <w:br/>
      </w:r>
      <w:r>
        <w:t xml:space="preserve">    (b) bold and improper</w:t>
      </w:r>
      <w:r>
        <w:br/>
      </w:r>
      <w:r>
        <w:t xml:space="preserve">    (c) silent and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Obstacles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daunt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distract</w:t>
      </w:r>
      <w:r>
        <w:br/>
      </w:r>
      <w:r>
        <w:t xml:space="preserve">    (b) anger</w:t>
      </w:r>
      <w:r>
        <w:br/>
      </w:r>
      <w:r>
        <w:t xml:space="preserve">    (c) discourage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chemical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deemed</w:t>
      </w:r>
      <w:r>
        <w:rPr>
          <w:b/>
          <w:bCs/>
        </w:rPr>
        <w:t xml:space="preserve"> </w:t>
      </w:r>
      <w:r>
        <w:rPr>
          <w:b/>
          <w:bCs/>
        </w:rPr>
        <w:t xml:space="preserve">unsafe to use in children's products.</w:t>
      </w:r>
      <w:r>
        <w:br/>
      </w:r>
      <w:r>
        <w:t xml:space="preserve">    (a) judged</w:t>
      </w:r>
      <w:r>
        <w:br/>
      </w:r>
      <w:r>
        <w:t xml:space="preserve">    (b) tested</w:t>
      </w:r>
      <w:r>
        <w:br/>
      </w:r>
      <w:r>
        <w:t xml:space="preserve">    (c) manufactured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resolution calls upon the country to "cease hostilities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."</w:t>
      </w:r>
      <w:r>
        <w:br/>
      </w:r>
      <w:r>
        <w:t xml:space="preserve">    (a) publicly</w:t>
      </w:r>
      <w:r>
        <w:br/>
      </w:r>
      <w:r>
        <w:t xml:space="preserve">    (b) carefully</w:t>
      </w:r>
      <w:r>
        <w:br/>
      </w:r>
      <w:r>
        <w:t xml:space="preserve">    (c) immediately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, rich and entitled attitude.</w:t>
      </w:r>
      <w:r>
        <w:br/>
      </w:r>
      <w:r>
        <w:t xml:space="preserve">    (a) optimistic</w:t>
      </w:r>
      <w:r>
        <w:br/>
      </w:r>
      <w:r>
        <w:t xml:space="preserve">    (b) wealthy</w:t>
      </w:r>
      <w:r>
        <w:br/>
      </w:r>
      <w:r>
        <w:t xml:space="preserve">    (c) arrogant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believes we have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 </w:t>
      </w:r>
      <w:r>
        <w:rPr>
          <w:b/>
          <w:bCs/>
        </w:rPr>
        <w:t xml:space="preserve">soul.</w:t>
      </w:r>
      <w:r>
        <w:br/>
      </w:r>
      <w:r>
        <w:t xml:space="preserve">    (a) lasting forever</w:t>
      </w:r>
      <w:r>
        <w:br/>
      </w:r>
      <w:r>
        <w:t xml:space="preserve">    (b) conflicted</w:t>
      </w:r>
      <w:r>
        <w:br/>
      </w:r>
      <w:r>
        <w:t xml:space="preserve">    (c) perfect in every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cautious</w:t>
      </w:r>
      <w:r>
        <w:br/>
      </w:r>
      <w:r>
        <w:t xml:space="preserve">    (b) impulsive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purpose</w:t>
      </w:r>
      <w:r>
        <w:br/>
      </w:r>
      <w:r>
        <w:t xml:space="preserve">    (b) good support</w:t>
      </w:r>
      <w:r>
        <w:br/>
      </w:r>
      <w:r>
        <w:t xml:space="preserve">    (c) good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1829 India banned the Hindu custom of a widow's suicide on her husband's funeral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pyre</w:t>
      </w:r>
      <w:r>
        <w:rPr>
          <w:b/>
          <w:bCs/>
        </w:rPr>
        <w:t xml:space="preserve">.</w:t>
      </w:r>
      <w:r>
        <w:br/>
      </w:r>
      <w:r>
        <w:t xml:space="preserve">    (a) coffin</w:t>
      </w:r>
      <w:r>
        <w:br/>
      </w:r>
      <w:r>
        <w:t xml:space="preserve">    (b) gravestone</w:t>
      </w:r>
      <w:r>
        <w:br/>
      </w:r>
      <w:r>
        <w:t xml:space="preserve">    (c)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Hitler wanted Paris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razed</w:t>
      </w:r>
      <w:r>
        <w:rPr>
          <w:b/>
          <w:bCs/>
        </w:rPr>
        <w:t xml:space="preserve">, but his general ignored the order and surrendered.</w:t>
      </w:r>
      <w:r>
        <w:br/>
      </w:r>
      <w:r>
        <w:t xml:space="preserve">    (a) completely destroyed</w:t>
      </w:r>
      <w:r>
        <w:br/>
      </w:r>
      <w:r>
        <w:t xml:space="preserve">    (b) held up as an example</w:t>
      </w:r>
      <w:r>
        <w:br/>
      </w:r>
      <w:r>
        <w:t xml:space="preserve">    (c) held at all cost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criticize</w:t>
      </w:r>
      <w:r>
        <w:br/>
      </w:r>
      <w:r>
        <w:t xml:space="preserve">    (c) accept honor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visited every art museum in New York City, and she still wasn't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satiated</w:t>
      </w:r>
      <w:r>
        <w:rPr>
          <w:b/>
          <w:bCs/>
        </w:rPr>
        <w:t xml:space="preserve">.</w:t>
      </w:r>
      <w:r>
        <w:br/>
      </w:r>
      <w:r>
        <w:t xml:space="preserve">    (a) knowledgeable</w:t>
      </w:r>
      <w:r>
        <w:br/>
      </w:r>
      <w:r>
        <w:t xml:space="preserve">    (b) tired</w:t>
      </w:r>
      <w:r>
        <w:br/>
      </w:r>
      <w:r>
        <w:t xml:space="preserve">    (c)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in short supply</w:t>
      </w:r>
      <w:r>
        <w:br/>
      </w:r>
      <w:r>
        <w:t xml:space="preserve">    (b) easily found</w:t>
      </w:r>
      <w:r>
        <w:br/>
      </w:r>
      <w:r>
        <w:t xml:space="preserve">    (c) extremely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trains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Civil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strife</w:t>
      </w:r>
      <w:r>
        <w:rPr>
          <w:b/>
          <w:bCs/>
        </w:rPr>
        <w:t xml:space="preserve"> </w:t>
      </w:r>
      <w:r>
        <w:rPr>
          <w:b/>
          <w:bCs/>
        </w:rPr>
        <w:t xml:space="preserve">tore the country apart for nearly a decade before reform began.</w:t>
      </w:r>
      <w:r>
        <w:br/>
      </w:r>
      <w:r>
        <w:t xml:space="preserve">    (a) quiet agreement</w:t>
      </w:r>
      <w:r>
        <w:br/>
      </w:r>
      <w:r>
        <w:t xml:space="preserve">    (b) joyful celebration</w:t>
      </w:r>
      <w:r>
        <w:br/>
      </w:r>
      <w:r>
        <w:t xml:space="preserve">    (c) violent conflict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of God.</w:t>
      </w:r>
      <w:r>
        <w:br/>
      </w:r>
      <w:r>
        <w:t xml:space="preserve">    (a) angry punishment</w:t>
      </w:r>
      <w:r>
        <w:br/>
      </w:r>
      <w:r>
        <w:t xml:space="preserve">    (b) power</w:t>
      </w:r>
      <w:r>
        <w:br/>
      </w:r>
      <w:r>
        <w:t xml:space="preserve">    (c) unpredictable moods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2026-07-31T15:30:25Z</dcterms:created>
  <dcterms:modified xsi:type="dcterms:W3CDTF">2026-07-31T15:30:25Z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