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b4733e22b66727eb2e2410362435e81b9b3f8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FDA discovered the problem while reviewing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events reported in the database.</w:t>
      </w:r>
      <w:r>
        <w:br/>
      </w:r>
      <w:r>
        <w:t xml:space="preserve">    (a) routine</w:t>
      </w:r>
      <w:r>
        <w:br/>
      </w:r>
      <w:r>
        <w:t xml:space="preserve">    (b) minor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reduce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early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a successful launch for the new vaccine.</w:t>
      </w:r>
      <w:r>
        <w:br/>
      </w:r>
      <w:r>
        <w:t xml:space="preserve">    (a) delay and postpone</w:t>
      </w:r>
      <w:r>
        <w:br/>
      </w:r>
      <w:r>
        <w:t xml:space="preserve">    (b) ignore and forget</w:t>
      </w:r>
      <w:r>
        <w:br/>
      </w:r>
      <w:r>
        <w:t xml:space="preserve">    (c) predict and foretell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dark clouds rolled in on the morning of the picnic, she took it as a bad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for how the day would go.</w:t>
      </w:r>
      <w:r>
        <w:br/>
      </w:r>
      <w:r>
        <w:t xml:space="preserve">    (a) omen or sign</w:t>
      </w:r>
      <w:r>
        <w:br/>
      </w:r>
      <w:r>
        <w:t xml:space="preserve">    (b) related to a theory that views history as class struggle and argues that capitalism will be replaced by communism</w:t>
      </w:r>
      <w:r>
        <w:br/>
      </w:r>
      <w:r>
        <w:t xml:space="preserve">    (c) something that is different than others of its type (synonyms could include: adaptation, version, alternate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small in amount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conflict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Iran's top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to the United Nations nuclear agency dismissed the accusation.</w:t>
      </w:r>
      <w:r>
        <w:br/>
      </w:r>
      <w:r>
        <w:t xml:space="preserve">    (a) scientist</w:t>
      </w:r>
      <w:r>
        <w:br/>
      </w:r>
      <w:r>
        <w:t xml:space="preserve">    (b) representative</w:t>
      </w:r>
      <w:r>
        <w:br/>
      </w:r>
      <w:r>
        <w:t xml:space="preserve">    (c) translator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annual technology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exposition</w:t>
      </w:r>
      <w:r>
        <w:rPr>
          <w:b/>
          <w:bCs/>
        </w:rPr>
        <w:t xml:space="preserve"> </w:t>
      </w:r>
      <w:r>
        <w:rPr>
          <w:b/>
          <w:bCs/>
        </w:rPr>
        <w:t xml:space="preserve">drew engineers from across the country.</w:t>
      </w:r>
      <w:r>
        <w:br/>
      </w:r>
      <w:r>
        <w:t xml:space="preserve">    (a) large public exhibition</w:t>
      </w:r>
      <w:r>
        <w:br/>
      </w:r>
      <w:r>
        <w:t xml:space="preserve">    (b) small private meeting</w:t>
      </w:r>
      <w:r>
        <w:br/>
      </w:r>
      <w:r>
        <w:t xml:space="preserve">    (c) formal academic lecture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patience or tolerance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take advantage of</w:t>
      </w:r>
      <w:r>
        <w:br/>
      </w:r>
      <w:r>
        <w:t xml:space="preserve">    (b) stop (taking)</w:t>
      </w:r>
      <w:r>
        <w:br/>
      </w:r>
      <w:r>
        <w:t xml:space="preserve">    (c) make public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followed</w:t>
      </w:r>
      <w:r>
        <w:br/>
      </w:r>
      <w:r>
        <w:t xml:space="preserve">    (b) filled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quick</w:t>
      </w:r>
      <w:r>
        <w:br/>
      </w:r>
      <w:r>
        <w:t xml:space="preserve">    (b) eventual</w:t>
      </w:r>
      <w:r>
        <w:br/>
      </w:r>
      <w:r>
        <w:t xml:space="preserve">    (c) disgraceful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inserted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made even simple songs sound deeply emotional.</w:t>
      </w:r>
      <w:r>
        <w:br/>
      </w:r>
      <w:r>
        <w:t xml:space="preserve">    (a) richly appealing</w:t>
      </w:r>
      <w:r>
        <w:br/>
      </w:r>
      <w:r>
        <w:t xml:space="preserve">    (b) harshly grating</w:t>
      </w:r>
      <w:r>
        <w:br/>
      </w:r>
      <w:r>
        <w:t xml:space="preserve">    (c) barely audible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plague was a terrible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 </w:t>
      </w:r>
      <w:r>
        <w:rPr>
          <w:b/>
          <w:bCs/>
        </w:rPr>
        <w:t xml:space="preserve">that killed millions of people.</w:t>
      </w:r>
      <w:r>
        <w:br/>
      </w:r>
      <w:r>
        <w:t xml:space="preserve">    (a) famine-causing drought</w:t>
      </w:r>
      <w:r>
        <w:br/>
      </w:r>
      <w:r>
        <w:t xml:space="preserve">    (b) antibiotic-resistant bacteria</w:t>
      </w:r>
      <w:r>
        <w:br/>
      </w:r>
      <w:r>
        <w:t xml:space="preserve">    (c) widespread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beginning</w:t>
      </w:r>
      <w:r>
        <w:br/>
      </w:r>
      <w:r>
        <w:t xml:space="preserve">    (b) sign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children and their descendants</w:t>
      </w:r>
      <w:r>
        <w:br/>
      </w:r>
      <w:r>
        <w:t xml:space="preserve">    (b) move to an afterlife</w:t>
      </w:r>
      <w:r>
        <w:br/>
      </w:r>
      <w:r>
        <w:t xml:space="preserve">    (c) scientific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require a union vote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</w:t>
      </w:r>
      <w:r>
        <w:rPr>
          <w:b/>
          <w:bCs/>
        </w:rPr>
        <w:t xml:space="preserve"> </w:t>
      </w:r>
      <w:r>
        <w:rPr>
          <w:b/>
          <w:bCs/>
        </w:rPr>
        <w:t xml:space="preserve">the labor contract.</w:t>
      </w:r>
      <w:r>
        <w:br/>
      </w:r>
      <w:r>
        <w:t xml:space="preserve">    (a) approve</w:t>
      </w:r>
      <w:r>
        <w:br/>
      </w:r>
      <w:r>
        <w:t xml:space="preserve">    (b) criticize</w:t>
      </w:r>
      <w:r>
        <w:br/>
      </w:r>
      <w:r>
        <w:t xml:space="preserve">    (c) restrict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criticize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vaunted</w:t>
      </w:r>
      <w:r>
        <w:rPr>
          <w:b/>
          <w:bCs/>
        </w:rPr>
        <w:t xml:space="preserve"> </w:t>
      </w:r>
      <w:r>
        <w:rPr>
          <w:b/>
          <w:bCs/>
        </w:rPr>
        <w:t xml:space="preserve">signature dish is a must-try for any foodie.</w:t>
      </w:r>
      <w:r>
        <w:br/>
      </w:r>
      <w:r>
        <w:t xml:space="preserve">    (a) difficult to make</w:t>
      </w:r>
      <w:r>
        <w:br/>
      </w:r>
      <w:r>
        <w:t xml:space="preserve">    (b) extravagantly praised</w:t>
      </w:r>
      <w:r>
        <w:br/>
      </w:r>
      <w:r>
        <w:t xml:space="preserve">    (c) rare or expensive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2026-07-31T15:30:26Z</dcterms:created>
  <dcterms:modified xsi:type="dcterms:W3CDTF">2026-07-31T15:30:26Z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