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5d140f23c6927f60d49b848b1cb4ae0bbf4fae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priest being refused, and insolently dismissed by Agamemnon, entreats for vengeance from his god, who inflicts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 </w:t>
      </w:r>
      <w:r>
        <w:rPr>
          <w:b/>
          <w:bCs/>
        </w:rPr>
        <w:t xml:space="preserve">on the Greeks.</w:t>
      </w:r>
      <w:r>
        <w:br/>
      </w:r>
      <w:r>
        <w:t xml:space="preserve">    (a) a South African whose first language is Afrikaans -- typically descendants of 17th century Dutch settlers</w:t>
      </w:r>
      <w:r>
        <w:br/>
      </w:r>
      <w:r>
        <w:t xml:space="preserve">    (b) widespread disease (usually severe); or any severely harmful or evil influence that is hard to get rid of</w:t>
      </w:r>
      <w:r>
        <w:br/>
      </w:r>
      <w:r>
        <w:t xml:space="preserve">    (c) something that is not obvious, but noticeable by someone with adequate sensitivity and relevant knowledge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I beseech</w:t>
      </w:r>
      <w:r>
        <w:br/>
      </w:r>
      <w:r>
        <w:rPr>
          <w:b/>
          <w:bCs/>
        </w:rPr>
        <w:t xml:space="preserve">Achilles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; in whom the Greeks</w:t>
      </w:r>
      <w:r>
        <w:br/>
      </w:r>
      <w:r>
        <w:rPr>
          <w:b/>
          <w:bCs/>
        </w:rPr>
        <w:t xml:space="preserve">From adverse war their great defender see.</w:t>
      </w:r>
      <w:r>
        <w:br/>
      </w:r>
      <w:r>
        <w:t xml:space="preserve">    (a) where attention is concentrated</w:t>
      </w:r>
      <w:r>
        <w:br/>
      </w:r>
      <w:r>
        <w:t xml:space="preserve">    (b) the ability to take on or adopt</w:t>
      </w:r>
      <w:r>
        <w:br/>
      </w:r>
      <w:r>
        <w:t xml:space="preserve">    (c) refrain (hold back) from acting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I beseech</w:t>
      </w:r>
      <w:r>
        <w:br/>
      </w:r>
      <w:r>
        <w:rPr>
          <w:b/>
          <w:bCs/>
        </w:rPr>
        <w:t xml:space="preserve">Achilles to forbear; in whom the Greeks</w:t>
      </w:r>
      <w:r>
        <w:br/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war their great defender see.</w:t>
      </w:r>
      <w:r>
        <w:br/>
      </w:r>
      <w:r>
        <w:t xml:space="preserve">    (a) non-traditional or non-standard</w:t>
      </w:r>
      <w:r>
        <w:br/>
      </w:r>
      <w:r>
        <w:t xml:space="preserve">    (b) poor ability to make a decision</w:t>
      </w:r>
      <w:r>
        <w:br/>
      </w:r>
      <w:r>
        <w:t xml:space="preserve">    (c) working against one's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Thus as he spoke, the white-armed Goddess smil'd,</w:t>
      </w:r>
      <w:r>
        <w:br/>
      </w:r>
      <w:r>
        <w:rPr>
          <w:b/>
          <w:bCs/>
        </w:rPr>
        <w:t xml:space="preserve">And, smiling, from, his hand receiv'd the cup,</w:t>
      </w:r>
      <w:r>
        <w:br/>
      </w:r>
      <w:r>
        <w:rPr>
          <w:b/>
          <w:bCs/>
        </w:rPr>
        <w:t xml:space="preserve">Then to th' Immortals all, in order due,</w:t>
      </w:r>
      <w:r>
        <w:br/>
      </w:r>
      <w:r>
        <w:rPr>
          <w:b/>
          <w:bCs/>
        </w:rPr>
        <w:t xml:space="preserve">He minister'd, and from the flagon pour'd</w:t>
      </w:r>
      <w:r>
        <w:br/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nectar; while among the Gods</w:t>
      </w:r>
      <w:r>
        <w:br/>
      </w:r>
      <w:r>
        <w:rPr>
          <w:b/>
          <w:bCs/>
        </w:rPr>
        <w:t xml:space="preserve">Rose laughter irrepressible, at sight</w:t>
      </w:r>
      <w:r>
        <w:br/>
      </w:r>
      <w:r>
        <w:rPr>
          <w:b/>
          <w:bCs/>
        </w:rPr>
        <w:t xml:space="preserve">Of Vulcan hobbling round the spacious hall.</w:t>
      </w:r>
      <w:r>
        <w:br/>
      </w:r>
      <w:r>
        <w:t xml:space="preserve">    (a) very desirable</w:t>
      </w:r>
      <w:r>
        <w:br/>
      </w:r>
      <w:r>
        <w:t xml:space="preserve">    (b) very important</w:t>
      </w:r>
      <w:r>
        <w:br/>
      </w:r>
      <w:r>
        <w:t xml:space="preserve">    (c) able to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know'st not yet Atrides' secret mind:</w:t>
      </w:r>
      <w:r>
        <w:br/>
      </w:r>
      <w:r>
        <w:rPr>
          <w:b/>
          <w:bCs/>
        </w:rPr>
        <w:t xml:space="preserve">He tries us now, and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us soon.</w:t>
      </w:r>
      <w:r>
        <w:br/>
      </w:r>
      <w:r>
        <w:t xml:space="preserve">    (a) collision</w:t>
      </w:r>
      <w:r>
        <w:br/>
      </w:r>
      <w:r>
        <w:t xml:space="preserve">    (b) translate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should I seek the multitude to name,</w:t>
      </w:r>
      <w:r>
        <w:br/>
      </w:r>
      <w:r>
        <w:rPr>
          <w:b/>
          <w:bCs/>
        </w:rPr>
        <w:t xml:space="preserve">Not if ten tongues were mine, ten mouths to speak,</w:t>
      </w:r>
      <w:r>
        <w:br/>
      </w:r>
      <w:r>
        <w:rPr>
          <w:b/>
          <w:bCs/>
        </w:rPr>
        <w:t xml:space="preserve">Voice inexhaustible, and heart of brass,</w:t>
      </w:r>
      <w:r>
        <w:br/>
      </w:r>
      <w:r>
        <w:rPr>
          <w:b/>
          <w:bCs/>
        </w:rPr>
        <w:t xml:space="preserve">Should I succeed, unless, Olympian maids,</w:t>
      </w:r>
      <w:r>
        <w:br/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 </w:t>
      </w:r>
      <w:r>
        <w:rPr>
          <w:b/>
          <w:bCs/>
        </w:rPr>
        <w:t xml:space="preserve">of aegis-bearing Jove,</w:t>
      </w:r>
      <w:r>
        <w:br/>
      </w:r>
      <w:r>
        <w:rPr>
          <w:b/>
          <w:bCs/>
        </w:rPr>
        <w:t xml:space="preserve">Ye should their names record, who came to Troy.</w:t>
      </w:r>
      <w:r>
        <w:br/>
      </w:r>
      <w:r>
        <w:t xml:space="preserve">    (a) the belief that God created the universe, but that he doesn't interfere with how it runs</w:t>
      </w:r>
      <w:r>
        <w:br/>
      </w:r>
      <w:r>
        <w:t xml:space="preserve">    (b) someone's child or children</w:t>
      </w:r>
      <w:r>
        <w:br/>
      </w:r>
      <w:r>
        <w:br/>
      </w:r>
      <w:r>
        <w:t xml:space="preserve">or less commonly: anything that develops from something else</w:t>
      </w:r>
      <w:r>
        <w:br/>
      </w:r>
      <w:r>
        <w:t xml:space="preserve">    (c) a process of urging or commanding someone to do something; or a document for that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Chromis the Mysians led, and Ennomus;</w:t>
      </w:r>
      <w:r>
        <w:br/>
      </w:r>
      <w:r>
        <w:rPr>
          <w:b/>
          <w:bCs/>
        </w:rPr>
        <w:t xml:space="preserve">A skilful augur, but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br/>
      </w:r>
      <w:r>
        <w:rPr>
          <w:b/>
          <w:bCs/>
        </w:rPr>
        <w:t xml:space="preserve">From gloomy death to save him nought avail'd;</w:t>
      </w:r>
      <w:r>
        <w:br/>
      </w:r>
      <w:r>
        <w:rPr>
          <w:b/>
          <w:bCs/>
        </w:rPr>
        <w:t xml:space="preserve">Slain by the son of Peleus, in the stream,</w:t>
      </w:r>
      <w:r>
        <w:br/>
      </w:r>
      <w:r>
        <w:rPr>
          <w:b/>
          <w:bCs/>
        </w:rPr>
        <w:t xml:space="preserve">Where many another Trojan felt his arm.</w:t>
      </w:r>
      <w:r>
        <w:br/>
      </w:r>
      <w:r>
        <w:t xml:space="preserve">    (a) the practice of predicting the future by interpreting signs or omens, or a sign believed to show what will happen</w:t>
      </w:r>
      <w:r>
        <w:br/>
      </w:r>
      <w:r>
        <w:t xml:space="preserve">    (b) something that is different than others of its type (synonyms could include: adaptation, version, alternate form)</w:t>
      </w:r>
      <w:r>
        <w:br/>
      </w:r>
      <w:r>
        <w:t xml:space="preserve">    (c) related to a theory that views history as class struggle and argues that capitalism will be replaced by communism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ye, who after death beneath the earth</w:t>
      </w:r>
      <w:r>
        <w:br/>
      </w:r>
      <w:r>
        <w:rPr>
          <w:b/>
          <w:bCs/>
        </w:rPr>
        <w:t xml:space="preserve">Your vengeance wreak on souls of men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forsworn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Be witness ye, and this our cov'nant guard.</w:t>
      </w:r>
      <w:r>
        <w:br/>
      </w:r>
      <w:r>
        <w:t xml:space="preserve">    (a) to decide to stop doing something; or to renounce or disavow something</w:t>
      </w:r>
      <w:r>
        <w:br/>
      </w:r>
      <w:r>
        <w:t xml:space="preserve">    (b) the profession of assisting women in childbirth without being a doctor</w:t>
      </w:r>
      <w:r>
        <w:br/>
      </w:r>
      <w:r>
        <w:t xml:space="preserve">    (c) constraining in some way -- such as tying up, requiring, or obligating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Again the name of war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fierce,</w:t>
      </w:r>
      <w:r>
        <w:br/>
      </w:r>
      <w:r>
        <w:t xml:space="preserve">    (a) conflict and disagreement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when, descending from the mountain's brow,</w:t>
      </w:r>
      <w:r>
        <w:br/>
      </w:r>
      <w:r>
        <w:rPr>
          <w:b/>
          <w:bCs/>
        </w:rPr>
        <w:t xml:space="preserve">Two wintry torrents, from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source</w:t>
      </w:r>
      <w:r>
        <w:br/>
      </w:r>
      <w:r>
        <w:rPr>
          <w:b/>
          <w:bCs/>
        </w:rPr>
        <w:t xml:space="preserve">Pour downward to the narrow pass, where meet</w:t>
      </w:r>
      <w:r>
        <w:br/>
      </w:r>
      <w:r>
        <w:rPr>
          <w:b/>
          <w:bCs/>
        </w:rPr>
        <w:t xml:space="preserve">Their mingled waters in some deep ravine,</w:t>
      </w:r>
      <w:r>
        <w:br/>
      </w:r>
      <w:r>
        <w:rPr>
          <w:b/>
          <w:bCs/>
        </w:rPr>
        <w:t xml:space="preserve">Their weight of flood; on the far mountain's side</w:t>
      </w:r>
      <w:r>
        <w:br/>
      </w:r>
      <w:r>
        <w:rPr>
          <w:b/>
          <w:bCs/>
        </w:rPr>
        <w:t xml:space="preserve">The shepherd hears the roar; so loud arose</w:t>
      </w:r>
      <w:r>
        <w:br/>
      </w:r>
      <w:r>
        <w:rPr>
          <w:b/>
          <w:bCs/>
        </w:rPr>
        <w:t xml:space="preserve">The shouts and yells of those commingling hosts.</w:t>
      </w:r>
      <w:r>
        <w:br/>
      </w:r>
      <w:r>
        <w:t xml:space="preserve">    (a) able to accept as true (without proof)</w:t>
      </w:r>
      <w:r>
        <w:br/>
      </w:r>
      <w:r>
        <w:t xml:space="preserve">    (b) abundant (large in quantity or number)</w:t>
      </w:r>
      <w:r>
        <w:br/>
      </w:r>
      <w:r>
        <w:t xml:space="preserve">    (c) able to be protected or kept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said; and wip'd the ichor from, the wound;</w:t>
      </w:r>
      <w:r>
        <w:br/>
      </w:r>
      <w:r>
        <w:rPr>
          <w:b/>
          <w:bCs/>
        </w:rPr>
        <w:t xml:space="preserve">he hand was heal'd, the grievous pains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allay'd</w:t>
      </w:r>
      <w:r>
        <w:rPr>
          <w:b/>
          <w:bCs/>
        </w:rPr>
        <w:t xml:space="preserve">.</w:t>
      </w:r>
      <w:r>
        <w:br/>
      </w:r>
      <w:r>
        <w:t xml:space="preserve">    (a) not provided with investment funds</w:t>
      </w:r>
      <w:r>
        <w:br/>
      </w:r>
      <w:r>
        <w:t xml:space="preserve">    (b) reduced the intensity of or calmed</w:t>
      </w:r>
      <w:r>
        <w:br/>
      </w:r>
      <w:r>
        <w:t xml:space="preserve">    (c) stopped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bane of mortals, blood-stain'd Lord,</w:t>
      </w:r>
      <w:r>
        <w:br/>
      </w:r>
      <w:r>
        <w:rPr>
          <w:b/>
          <w:bCs/>
        </w:rPr>
        <w:t xml:space="preserve">Razer of cities, wer't not well thyself</w:t>
      </w:r>
      <w:r>
        <w:br/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</w:t>
      </w:r>
      <w:r>
        <w:rPr>
          <w:b/>
          <w:bCs/>
        </w:rPr>
        <w:t xml:space="preserve">, and from the battle-field</w:t>
      </w:r>
      <w:r>
        <w:br/>
      </w:r>
      <w:r>
        <w:rPr>
          <w:b/>
          <w:bCs/>
        </w:rPr>
        <w:t xml:space="preserve">Withdraw this chief, Tydides?</w:t>
      </w:r>
      <w:r>
        <w:br/>
      </w:r>
      <w:r>
        <w:t xml:space="preserve">    (a) insert between other elements; or to interrupt or stop action by others</w:t>
      </w:r>
      <w:r>
        <w:br/>
      </w:r>
      <w:r>
        <w:t xml:space="preserve">    (b) the right to run a local store or business under a big company’s name</w:t>
      </w:r>
      <w:r>
        <w:br/>
      </w:r>
      <w:r>
        <w:t xml:space="preserve">    (c) dry out by heat or excessive exposure to sunlight; or make very thirsty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Thus as he spoke, his counsel,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death,</w:t>
      </w:r>
      <w:r>
        <w:br/>
      </w:r>
      <w:r>
        <w:rPr>
          <w:b/>
          <w:bCs/>
        </w:rPr>
        <w:t xml:space="preserve">His brother's purpose chang'd; he with his hand</w:t>
      </w:r>
      <w:r>
        <w:br/>
      </w:r>
      <w:r>
        <w:rPr>
          <w:b/>
          <w:bCs/>
        </w:rPr>
        <w:t xml:space="preserve">Adrastus thrust aside, whom with his lance</w:t>
      </w:r>
      <w:r>
        <w:br/>
      </w:r>
      <w:r>
        <w:rPr>
          <w:b/>
          <w:bCs/>
        </w:rPr>
        <w:t xml:space="preserve">Fierce Agamemnon through the loins transfix'd;</w:t>
      </w:r>
      <w:r>
        <w:br/>
      </w:r>
      <w:r>
        <w:rPr>
          <w:b/>
          <w:bCs/>
        </w:rPr>
        <w:t xml:space="preserve">And, as he roll'd in death, upon his breast</w:t>
      </w:r>
      <w:r>
        <w:br/>
      </w:r>
      <w:r>
        <w:rPr>
          <w:b/>
          <w:bCs/>
        </w:rPr>
        <w:t xml:space="preserve">Planting his foot, the ashen spear withdrew.</w:t>
      </w:r>
      <w:r>
        <w:br/>
      </w:r>
      <w:r>
        <w:t xml:space="preserve">    (a) full of negative things; or marked by or causing distress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hath not pleas'd high-thron'd Saturnian Jove</w:t>
      </w:r>
      <w:r>
        <w:br/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ratify</w:t>
      </w:r>
      <w:r>
        <w:rPr>
          <w:b/>
          <w:bCs/>
        </w:rPr>
        <w:t xml:space="preserve"> </w:t>
      </w:r>
      <w:r>
        <w:rPr>
          <w:b/>
          <w:bCs/>
        </w:rPr>
        <w:t xml:space="preserve">our truce, who both afflicts</w:t>
      </w:r>
      <w:r>
        <w:br/>
      </w:r>
      <w:r>
        <w:rPr>
          <w:b/>
          <w:bCs/>
        </w:rPr>
        <w:t xml:space="preserve">With labours hard, till either ye shall take</w:t>
      </w:r>
      <w:r>
        <w:br/>
      </w:r>
      <w:r>
        <w:rPr>
          <w:b/>
          <w:bCs/>
        </w:rPr>
        <w:t xml:space="preserve">Our well-fenc'd city, or yourselves to us</w:t>
      </w:r>
      <w:r>
        <w:br/>
      </w:r>
      <w:r>
        <w:rPr>
          <w:b/>
          <w:bCs/>
        </w:rPr>
        <w:t xml:space="preserve">Succumb beside your ocean-going ships.</w:t>
      </w:r>
      <w:r>
        <w:br/>
      </w:r>
      <w:r>
        <w:t xml:space="preserve">    (a) restore</w:t>
      </w:r>
      <w:r>
        <w:br/>
      </w:r>
      <w:r>
        <w:t xml:space="preserve">    (b) examine</w:t>
      </w:r>
      <w:r>
        <w:br/>
      </w:r>
      <w:r>
        <w:t xml:space="preserve">    (c) approve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If, from the rest apart, one God I find</w:t>
      </w:r>
      <w:r>
        <w:br/>
      </w:r>
      <w:r>
        <w:rPr>
          <w:b/>
          <w:bCs/>
        </w:rPr>
        <w:t xml:space="preserve">Presuming or to Trojans or to Greeks</w:t>
      </w:r>
      <w:r>
        <w:br/>
      </w:r>
      <w:r>
        <w:rPr>
          <w:b/>
          <w:bCs/>
        </w:rPr>
        <w:t xml:space="preserve">To give his aid,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stripes</w:t>
      </w:r>
      <w:r>
        <w:br/>
      </w:r>
      <w:r>
        <w:rPr>
          <w:b/>
          <w:bCs/>
        </w:rPr>
        <w:t xml:space="preserve">Back to Olympus shall that God be driv'n;</w:t>
      </w:r>
      <w:r>
        <w:br/>
      </w:r>
      <w:r>
        <w:rPr>
          <w:b/>
          <w:bCs/>
        </w:rPr>
        <w:t xml:space="preserve">Or to the gloom of Tartarus profound,</w:t>
      </w:r>
      <w:r>
        <w:br/>
      </w:r>
      <w:r>
        <w:rPr>
          <w:b/>
          <w:bCs/>
        </w:rPr>
        <w:t xml:space="preserve">Far off, the lowest abyss beneath the earth,</w:t>
      </w:r>
      <w:r>
        <w:br/>
      </w:r>
      <w:r>
        <w:rPr>
          <w:b/>
          <w:bCs/>
        </w:rPr>
        <w:t xml:space="preserve">With, gates of iron, and with floor of brass,</w:t>
      </w:r>
      <w:r>
        <w:br/>
      </w:r>
      <w:r>
        <w:rPr>
          <w:b/>
          <w:bCs/>
        </w:rPr>
        <w:t xml:space="preserve">Beneath the shades as far as earth from Heav'n,</w:t>
      </w:r>
      <w:r>
        <w:br/>
      </w:r>
      <w:r>
        <w:rPr>
          <w:b/>
          <w:bCs/>
        </w:rPr>
        <w:t xml:space="preserve">There will I hurl him, and ye all shall know</w:t>
      </w:r>
      <w:r>
        <w:br/>
      </w:r>
      <w:r>
        <w:rPr>
          <w:b/>
          <w:bCs/>
        </w:rPr>
        <w:t xml:space="preserve">In strength how greatly I surpass you all.</w:t>
      </w:r>
      <w:r>
        <w:br/>
      </w:r>
      <w:r>
        <w:t xml:space="preserve">    (a) the state or degree of being very large</w:t>
      </w:r>
      <w:r>
        <w:br/>
      </w:r>
      <w:r>
        <w:t xml:space="preserve">    (b) deserving or bringing disgrace or shame</w:t>
      </w:r>
      <w:r>
        <w:br/>
      </w:r>
      <w:r>
        <w:t xml:space="preserve">    (c) the quality of relating to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ere to-morrow's sun be high in Heav'n,</w:t>
      </w:r>
      <w:r>
        <w:br/>
      </w:r>
      <w:r>
        <w:rPr>
          <w:b/>
          <w:bCs/>
        </w:rPr>
        <w:t xml:space="preserve">He, 'mid the foremost, if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right,</w:t>
      </w:r>
      <w:r>
        <w:br/>
      </w:r>
      <w:r>
        <w:rPr>
          <w:b/>
          <w:bCs/>
        </w:rPr>
        <w:t xml:space="preserve">Wounded and bleeding in the dust shall lie,</w:t>
      </w:r>
      <w:r>
        <w:br/>
      </w:r>
      <w:r>
        <w:rPr>
          <w:b/>
          <w:bCs/>
        </w:rPr>
        <w:t xml:space="preserve">And many a comrade round him.</w:t>
      </w:r>
      <w:r>
        <w:br/>
      </w:r>
      <w:r>
        <w:t xml:space="preserve">    (a)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(b) to indicate or predict that something will happen --especially as a sign of what’s to come; or in ancient Rome, a religious official who interpreted signs and omens to guide public decisions</w:t>
      </w:r>
      <w:r>
        <w:br/>
      </w:r>
      <w:r>
        <w:t xml:space="preserve">    (c) (verb) to intentionally anger, challenge, or upset someone -- especially by mocking them or hurling insults  OR  (noun) an insult or other action intended to anger, challenge, or upset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to Atrides' tent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envoys</w:t>
      </w:r>
      <w:r>
        <w:rPr>
          <w:b/>
          <w:bCs/>
        </w:rPr>
        <w:t xml:space="preserve"> </w:t>
      </w:r>
      <w:r>
        <w:rPr>
          <w:b/>
          <w:bCs/>
        </w:rPr>
        <w:t xml:space="preserve">came,</w:t>
      </w:r>
      <w:r>
        <w:br/>
      </w:r>
      <w:r>
        <w:rPr>
          <w:b/>
          <w:bCs/>
        </w:rPr>
        <w:t xml:space="preserve">The chiefs, uprising, pledg'd them one by one</w:t>
      </w:r>
      <w:r>
        <w:br/>
      </w:r>
      <w:r>
        <w:rPr>
          <w:b/>
          <w:bCs/>
        </w:rPr>
        <w:t xml:space="preserve">In golden goblets; then their tidings ask'd.</w:t>
      </w:r>
      <w:r>
        <w:br/>
      </w:r>
      <w:r>
        <w:t xml:space="preserve">    (a) representatives sent on a mission</w:t>
      </w:r>
      <w:r>
        <w:br/>
      </w:r>
      <w:r>
        <w:t xml:space="preserve">    (b) the main buildings of governments</w:t>
      </w:r>
      <w:r>
        <w:br/>
      </w:r>
      <w:r>
        <w:t xml:space="preserve">    (c) groups of animal or plant species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rose Aurora from Tithonus' bed,</w:t>
      </w:r>
      <w:r>
        <w:br/>
      </w:r>
      <w:r>
        <w:rPr>
          <w:b/>
          <w:bCs/>
        </w:rPr>
        <w:t xml:space="preserve">To mortals and Immortals bringing light;</w:t>
      </w:r>
      <w:r>
        <w:br/>
      </w:r>
      <w:r>
        <w:rPr>
          <w:b/>
          <w:bCs/>
        </w:rPr>
        <w:t xml:space="preserve">When to the ships of Greece came Discord down,</w:t>
      </w:r>
      <w:r>
        <w:br/>
      </w:r>
      <w:r>
        <w:rPr>
          <w:b/>
          <w:bCs/>
        </w:rPr>
        <w:t xml:space="preserve">Despatch'd from Jove, with dire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portents</w:t>
      </w:r>
      <w:r>
        <w:rPr>
          <w:b/>
          <w:bCs/>
        </w:rPr>
        <w:t xml:space="preserve"> </w:t>
      </w:r>
      <w:r>
        <w:rPr>
          <w:b/>
          <w:bCs/>
        </w:rPr>
        <w:t xml:space="preserve">of war.</w:t>
      </w:r>
      <w:r>
        <w:br/>
      </w:r>
      <w:r>
        <w:t xml:space="preserve">    (a) other battles with the same foe</w:t>
      </w:r>
      <w:r>
        <w:br/>
      </w:r>
      <w:r>
        <w:t xml:space="preserve">    (b) drugs that calm or put to sleep</w:t>
      </w:r>
      <w:r>
        <w:br/>
      </w:r>
      <w:r>
        <w:t xml:space="preserve">    (c) signs of things about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warlike Menelaus aim'd his spear</w:t>
      </w:r>
      <w:r>
        <w:br/>
      </w:r>
      <w:r>
        <w:rPr>
          <w:b/>
          <w:bCs/>
        </w:rPr>
        <w:t xml:space="preserve">Where Thoas' breast, unguarded by his shield,</w:t>
      </w:r>
      <w:r>
        <w:br/>
      </w:r>
      <w:r>
        <w:rPr>
          <w:b/>
          <w:bCs/>
        </w:rPr>
        <w:t xml:space="preserve">Was left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expos</w:t>
      </w:r>
      <w:r>
        <w:rPr>
          <w:b/>
          <w:bCs/>
        </w:rPr>
        <w:t xml:space="preserve">'d; and slack'd his limbs in death.</w:t>
      </w:r>
      <w:r>
        <w:br/>
      </w:r>
      <w:r>
        <w:t xml:space="preserve">    (a) collections of things on public display</w:t>
      </w:r>
      <w:r>
        <w:br/>
      </w:r>
      <w:r>
        <w:t xml:space="preserve">    (b) things accepted as true (without proof)</w:t>
      </w:r>
      <w:r>
        <w:br/>
      </w:r>
      <w:r>
        <w:t xml:space="preserve">    (c) ways of seeing or thinking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 me, good friend, 'tis not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vaunting</w:t>
      </w:r>
      <w:r>
        <w:rPr>
          <w:b/>
          <w:bCs/>
        </w:rPr>
        <w:t xml:space="preserve"> </w:t>
      </w:r>
      <w:r>
        <w:rPr>
          <w:b/>
          <w:bCs/>
        </w:rPr>
        <w:t xml:space="preserve">speech,</w:t>
      </w:r>
      <w:r>
        <w:br/>
      </w:r>
      <w:r>
        <w:rPr>
          <w:b/>
          <w:bCs/>
        </w:rPr>
        <w:t xml:space="preserve">Unseconded by deeds, that we may hope</w:t>
      </w:r>
      <w:r>
        <w:br/>
      </w:r>
      <w:r>
        <w:rPr>
          <w:b/>
          <w:bCs/>
        </w:rPr>
        <w:t xml:space="preserve">To scare away the Trojans from the slain:</w:t>
      </w:r>
      <w:r>
        <w:br/>
      </w:r>
      <w:r>
        <w:rPr>
          <w:b/>
          <w:bCs/>
        </w:rPr>
        <w:t xml:space="preserve">Hands are for battle, words for council meet;</w:t>
      </w:r>
      <w:r>
        <w:br/>
      </w:r>
      <w:r>
        <w:rPr>
          <w:b/>
          <w:bCs/>
        </w:rPr>
        <w:t xml:space="preserve">Boots it not now to wrangle, but to fight.</w:t>
      </w:r>
      <w:r>
        <w:br/>
      </w:r>
      <w:r>
        <w:t xml:space="preserve">    (a) finding, searching, or researching</w:t>
      </w:r>
      <w:r>
        <w:br/>
      </w:r>
      <w:r>
        <w:t xml:space="preserve">    (b) taking up or receiving into heaven</w:t>
      </w:r>
      <w:r>
        <w:br/>
      </w:r>
      <w:r>
        <w:t xml:space="preserve">    (c) extravagantly praising or boasting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2026-07-31T15:30:26Z</dcterms:created>
  <dcterms:modified xsi:type="dcterms:W3CDTF">2026-07-31T15:30:26Z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