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iliad-homer-vocabulary-preview"/>
    <w:p>
      <w:pPr>
        <w:pStyle w:val="Heading1"/>
      </w:pPr>
      <w:r>
        <w:rPr>
          <w:b/>
          <w:bCs/>
        </w:rPr>
        <w:t xml:space="preserve">The Iliad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understand</w:t>
      </w:r>
      <w:r>
        <w:br/>
      </w:r>
      <w:r>
        <w:t xml:space="preserve">    (b) study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made of a high-quality wood</w:t>
      </w:r>
      <w:r>
        <w:br/>
      </w:r>
      <w:r>
        <w:t xml:space="preserve">    (b) notably large and appearing heavy</w:t>
      </w:r>
      <w:r>
        <w:br/>
      </w:r>
      <w:r>
        <w:t xml:space="preserve">    (c) made of a type of high-quality metal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chemical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deemed</w:t>
      </w:r>
      <w:r>
        <w:rPr>
          <w:b/>
          <w:bCs/>
        </w:rPr>
        <w:t xml:space="preserve"> </w:t>
      </w:r>
      <w:r>
        <w:rPr>
          <w:b/>
          <w:bCs/>
        </w:rPr>
        <w:t xml:space="preserve">unsafe to use in children's products.</w:t>
      </w:r>
      <w:r>
        <w:br/>
      </w:r>
      <w:r>
        <w:t xml:space="preserve">    (a) manufactured</w:t>
      </w:r>
      <w:r>
        <w:br/>
      </w:r>
      <w:r>
        <w:t xml:space="preserve">    (b) tested</w:t>
      </w:r>
      <w:r>
        <w:br/>
      </w:r>
      <w:r>
        <w:t xml:space="preserve">    (c) judged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create</w:t>
      </w:r>
      <w:r>
        <w:br/>
      </w:r>
      <w:r>
        <w:t xml:space="preserve">    (b) save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publicly</w:t>
      </w:r>
      <w:r>
        <w:br/>
      </w:r>
      <w:r>
        <w:t xml:space="preserve">    (b) carefully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offense against morality.</w:t>
      </w:r>
      <w:r>
        <w:br/>
      </w:r>
      <w:r>
        <w:t xml:space="preserve">    (a) minor</w:t>
      </w:r>
      <w:r>
        <w:br/>
      </w:r>
      <w:r>
        <w:t xml:space="preserve">    (b) foolish</w:t>
      </w:r>
      <w:r>
        <w:br/>
      </w:r>
      <w:r>
        <w:t xml:space="preserve">    (c)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lecture</w:t>
      </w:r>
      <w:r>
        <w:br/>
      </w:r>
      <w:r>
        <w:t xml:space="preserve">    (b) delay</w:t>
      </w:r>
      <w:r>
        <w:br/>
      </w:r>
      <w:r>
        <w:t xml:space="preserve">    (c) assignment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helping or assisting</w:t>
      </w:r>
      <w:r>
        <w:br/>
      </w:r>
      <w:r>
        <w:t xml:space="preserve">    (b) making difficult</w:t>
      </w:r>
      <w:r>
        <w:br/>
      </w:r>
      <w:r>
        <w:t xml:space="preserve">    (c) drawing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we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soul.</w:t>
      </w:r>
      <w:r>
        <w:br/>
      </w:r>
      <w:r>
        <w:t xml:space="preserve">    (a) lasting forever</w:t>
      </w:r>
      <w:r>
        <w:br/>
      </w:r>
      <w:r>
        <w:t xml:space="preserve">    (b) perfect in every way</w:t>
      </w:r>
      <w:r>
        <w:br/>
      </w:r>
      <w:r>
        <w:t xml:space="preserve">    (c) conflicted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impulsive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made worse</w:t>
      </w:r>
      <w:r>
        <w:br/>
      </w:r>
      <w:r>
        <w:t xml:space="preserve">    (b) improved</w:t>
      </w:r>
      <w:r>
        <w:br/>
      </w:r>
      <w:r>
        <w:t xml:space="preserve">    (c) expressed grief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in contrast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fail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compensation for loss</w:t>
      </w:r>
      <w:r>
        <w:br/>
      </w:r>
      <w:r>
        <w:t xml:space="preserve">    (b) a penalty fine</w:t>
      </w:r>
      <w:r>
        <w:br/>
      </w:r>
      <w:r>
        <w:t xml:space="preserve">    (c) an apology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 freshly brewed coffee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her sleep.</w:t>
      </w:r>
      <w:r>
        <w:br/>
      </w:r>
      <w:r>
        <w:t xml:space="preserve">    (a) deepened</w:t>
      </w:r>
      <w:r>
        <w:br/>
      </w:r>
      <w:r>
        <w:t xml:space="preserve">    (b) awakened</w:t>
      </w:r>
      <w:r>
        <w:br/>
      </w:r>
      <w:r>
        <w:t xml:space="preserve">    (c) interrupted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tore the country apart for nearly a decade before reform began.</w:t>
      </w:r>
      <w:r>
        <w:br/>
      </w:r>
      <w:r>
        <w:t xml:space="preserve">    (a) quiet agreement</w:t>
      </w:r>
      <w:r>
        <w:br/>
      </w:r>
      <w:r>
        <w:t xml:space="preserve">    (b) violent conflict</w:t>
      </w:r>
      <w:r>
        <w:br/>
      </w:r>
      <w:r>
        <w:t xml:space="preserve">    (c) joyful 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courage</w:t>
      </w:r>
      <w:r>
        <w:br/>
      </w:r>
      <w:r>
        <w:t xml:space="preserve">    (b) wisdom</w:t>
      </w:r>
      <w:r>
        <w:br/>
      </w:r>
      <w:r>
        <w:t xml:space="preserve">    (c)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power</w:t>
      </w:r>
      <w:r>
        <w:br/>
      </w:r>
      <w:r>
        <w:t xml:space="preserve">    (b) angry punishment</w:t>
      </w:r>
      <w:r>
        <w:br/>
      </w:r>
      <w:r>
        <w:t xml:space="preserve">    (c) unpredictable moods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slowed down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gave in</w:t>
      </w:r>
      <w:r>
        <w:br/>
      </w:r>
      <w:r>
        <w:t xml:space="preserve">    (b) added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2026-07-31T15:29:57Z</dcterms:created>
  <dcterms:modified xsi:type="dcterms:W3CDTF">2026-07-31T15:29:57Z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