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cb4733e22b66727eb2e2410362435e81b9b3f8"/>
    <w:p>
      <w:pPr>
        <w:pStyle w:val="Heading1"/>
      </w:pPr>
      <w:r>
        <w:rPr>
          <w:b/>
          <w:bCs/>
        </w:rPr>
        <w:t xml:space="preserve">The Iliad</w:t>
      </w:r>
      <w:r>
        <w:br/>
      </w:r>
      <w:r>
        <w:rPr>
          <w:i/>
          <w:iCs/>
        </w:rPr>
        <w:t xml:space="preserve">Homer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chief made a statement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assuaged</w:t>
      </w:r>
      <w:r>
        <w:rPr>
          <w:b/>
          <w:bCs/>
        </w:rPr>
        <w:t xml:space="preserve"> </w:t>
      </w:r>
      <w:r>
        <w:rPr>
          <w:b/>
          <w:bCs/>
        </w:rPr>
        <w:t xml:space="preserve">many people's worst fears.</w:t>
      </w:r>
      <w:r>
        <w:br/>
      </w:r>
      <w:r>
        <w:t xml:space="preserve">    (a) made worse</w:t>
      </w:r>
      <w:r>
        <w:br/>
      </w:r>
      <w:r>
        <w:t xml:space="preserve">    (b) soothed</w:t>
      </w:r>
      <w:r>
        <w:br/>
      </w:r>
      <w:r>
        <w:t xml:space="preserve">    (c) made a joke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early test results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</w:t>
      </w:r>
      <w:r>
        <w:rPr>
          <w:b/>
          <w:bCs/>
        </w:rPr>
        <w:t xml:space="preserve"> </w:t>
      </w:r>
      <w:r>
        <w:rPr>
          <w:b/>
          <w:bCs/>
        </w:rPr>
        <w:t xml:space="preserve">a successful launch for the new vaccine.</w:t>
      </w:r>
      <w:r>
        <w:br/>
      </w:r>
      <w:r>
        <w:t xml:space="preserve">    (a) predict and foretell</w:t>
      </w:r>
      <w:r>
        <w:br/>
      </w:r>
      <w:r>
        <w:t xml:space="preserve">    (b) ignore and forget</w:t>
      </w:r>
      <w:r>
        <w:br/>
      </w:r>
      <w:r>
        <w:t xml:space="preserve">    (c) delay and postpone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Constant interruptions are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bane</w:t>
      </w:r>
      <w:r>
        <w:rPr>
          <w:b/>
          <w:bCs/>
        </w:rPr>
        <w:t xml:space="preserve"> </w:t>
      </w:r>
      <w:r>
        <w:rPr>
          <w:b/>
          <w:bCs/>
        </w:rPr>
        <w:t xml:space="preserve">of my work day.</w:t>
      </w:r>
      <w:r>
        <w:br/>
      </w:r>
      <w:r>
        <w:t xml:space="preserve">    (a) recurring difficulty</w:t>
      </w:r>
      <w:r>
        <w:br/>
      </w:r>
      <w:r>
        <w:t xml:space="preserve">    (b) primary focus</w:t>
      </w:r>
      <w:r>
        <w:br/>
      </w:r>
      <w:r>
        <w:t xml:space="preserve">    (c) defeated challenge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wined, dined,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into signing the contract.</w:t>
      </w:r>
      <w:r>
        <w:br/>
      </w:r>
      <w:r>
        <w:t xml:space="preserve">    (a) tricked</w:t>
      </w:r>
      <w:r>
        <w:br/>
      </w:r>
      <w:r>
        <w:t xml:space="preserve">    (b) encouraged</w:t>
      </w:r>
      <w:r>
        <w:br/>
      </w:r>
      <w:r>
        <w:t xml:space="preserve">    (c) 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bereft</w:t>
      </w:r>
      <w:r>
        <w:rPr>
          <w:b/>
          <w:bCs/>
        </w:rPr>
        <w:t xml:space="preserve"> </w:t>
      </w:r>
      <w:r>
        <w:rPr>
          <w:b/>
          <w:bCs/>
        </w:rPr>
        <w:t xml:space="preserve">of natural borders.</w:t>
      </w:r>
      <w:r>
        <w:br/>
      </w:r>
      <w:r>
        <w:t xml:space="preserve">    (a) lacking</w:t>
      </w:r>
      <w:r>
        <w:br/>
      </w:r>
      <w:r>
        <w:t xml:space="preserve">    (b) proud</w:t>
      </w:r>
      <w:r>
        <w:br/>
      </w:r>
      <w:r>
        <w:t xml:space="preserve">    (c) with a natural defense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farm is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bountiful</w:t>
      </w:r>
      <w:r>
        <w:rPr>
          <w:b/>
          <w:bCs/>
        </w:rPr>
        <w:t xml:space="preserve"> </w:t>
      </w:r>
      <w:r>
        <w:rPr>
          <w:b/>
          <w:bCs/>
        </w:rPr>
        <w:t xml:space="preserve">land.</w:t>
      </w:r>
      <w:r>
        <w:br/>
      </w:r>
      <w:r>
        <w:t xml:space="preserve">    (a) barren (unproductive)</w:t>
      </w:r>
      <w:r>
        <w:br/>
      </w:r>
      <w:r>
        <w:t xml:space="preserve">    (b) giving in abundance</w:t>
      </w:r>
      <w:r>
        <w:br/>
      </w:r>
      <w:r>
        <w:t xml:space="preserve">    (c) arid (dry)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Congressional power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court.</w:t>
      </w:r>
      <w:r>
        <w:br/>
      </w:r>
      <w:r>
        <w:t xml:space="preserve">    (a) threatened</w:t>
      </w:r>
      <w:r>
        <w:br/>
      </w:r>
      <w:r>
        <w:t xml:space="preserve">    (b) enforced</w:t>
      </w:r>
      <w:r>
        <w:br/>
      </w:r>
      <w:r>
        <w:t xml:space="preserve">    (c) restricted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constraints</w:t>
      </w:r>
      <w:r>
        <w:rPr>
          <w:b/>
          <w:bCs/>
        </w:rPr>
        <w:t xml:space="preserve"> </w:t>
      </w:r>
      <w:r>
        <w:rPr>
          <w:b/>
          <w:bCs/>
        </w:rPr>
        <w:t xml:space="preserve">on her power to spend taxpayer funds.</w:t>
      </w:r>
      <w:r>
        <w:br/>
      </w:r>
      <w:r>
        <w:t xml:space="preserve">    (a) limitations</w:t>
      </w:r>
      <w:r>
        <w:br/>
      </w:r>
      <w:r>
        <w:t xml:space="preserve">    (b) flexibility</w:t>
      </w:r>
      <w:r>
        <w:br/>
      </w:r>
      <w:r>
        <w:t xml:space="preserve">    (c) increases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loud noise</w:t>
      </w:r>
      <w:r>
        <w:br/>
      </w:r>
      <w:r>
        <w:t xml:space="preserve">    (b) uncritical agreement</w:t>
      </w:r>
      <w:r>
        <w:br/>
      </w:r>
      <w:r>
        <w:t xml:space="preserve">    (c) conflict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harbors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enmity</w:t>
      </w:r>
      <w:r>
        <w:rPr>
          <w:b/>
          <w:bCs/>
        </w:rPr>
        <w:t xml:space="preserve"> </w:t>
      </w:r>
      <w:r>
        <w:rPr>
          <w:b/>
          <w:bCs/>
        </w:rPr>
        <w:t xml:space="preserve">towards her ex-husband.</w:t>
      </w:r>
      <w:r>
        <w:br/>
      </w:r>
      <w:r>
        <w:t xml:space="preserve">    (a) hatred</w:t>
      </w:r>
      <w:r>
        <w:br/>
      </w:r>
      <w:r>
        <w:t xml:space="preserve">    (b) disrespect</w:t>
      </w:r>
      <w:r>
        <w:br/>
      </w:r>
      <w:r>
        <w:t xml:space="preserve">    (c) love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financial loan</w:t>
      </w:r>
      <w:r>
        <w:br/>
      </w:r>
      <w:r>
        <w:t xml:space="preserve">    (b) family concerns</w:t>
      </w:r>
      <w:r>
        <w:br/>
      </w:r>
      <w:r>
        <w:t xml:space="preserve">    (c) patience or tolerance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fought against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iniquity</w:t>
      </w:r>
      <w:r>
        <w:rPr>
          <w:b/>
          <w:bCs/>
        </w:rPr>
        <w:t xml:space="preserve"> </w:t>
      </w:r>
      <w:r>
        <w:rPr>
          <w:b/>
          <w:bCs/>
        </w:rPr>
        <w:t xml:space="preserve">of slavery.</w:t>
      </w:r>
      <w:r>
        <w:br/>
      </w:r>
      <w:r>
        <w:t xml:space="preserve">    (a) supporters</w:t>
      </w:r>
      <w:r>
        <w:br/>
      </w:r>
      <w:r>
        <w:t xml:space="preserve">    (b) practice</w:t>
      </w:r>
      <w:r>
        <w:br/>
      </w:r>
      <w:r>
        <w:t xml:space="preserve">    (c) immorality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Chicago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ordinance</w:t>
      </w:r>
      <w:r>
        <w:rPr>
          <w:b/>
          <w:bCs/>
        </w:rPr>
        <w:t xml:space="preserve"> </w:t>
      </w:r>
      <w:r>
        <w:rPr>
          <w:b/>
          <w:bCs/>
        </w:rPr>
        <w:t xml:space="preserve">required that new streets be laid out with eight streets per mile in one direction and sixteen in the other direction.</w:t>
      </w:r>
      <w:r>
        <w:br/>
      </w:r>
      <w:r>
        <w:t xml:space="preserve">    (a) law</w:t>
      </w:r>
      <w:r>
        <w:br/>
      </w:r>
      <w:r>
        <w:t xml:space="preserve">    (b) suggestion</w:t>
      </w:r>
      <w:r>
        <w:br/>
      </w:r>
      <w:r>
        <w:t xml:space="preserve">    (c) custom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plague was a terrible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pestilence</w:t>
      </w:r>
      <w:r>
        <w:rPr>
          <w:b/>
          <w:bCs/>
        </w:rPr>
        <w:t xml:space="preserve"> </w:t>
      </w:r>
      <w:r>
        <w:rPr>
          <w:b/>
          <w:bCs/>
        </w:rPr>
        <w:t xml:space="preserve">that killed millions of people.</w:t>
      </w:r>
      <w:r>
        <w:br/>
      </w:r>
      <w:r>
        <w:t xml:space="preserve">    (a) widespread disease</w:t>
      </w:r>
      <w:r>
        <w:br/>
      </w:r>
      <w:r>
        <w:t xml:space="preserve">    (b) famine-causing drought</w:t>
      </w:r>
      <w:r>
        <w:br/>
      </w:r>
      <w:r>
        <w:t xml:space="preserve">    (c) antibiotic-resistant bacteria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sudden appearance of dark clouds served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</w:t>
      </w:r>
      <w:r>
        <w:rPr>
          <w:b/>
          <w:bCs/>
        </w:rPr>
        <w:t xml:space="preserve"> </w:t>
      </w:r>
      <w:r>
        <w:rPr>
          <w:b/>
          <w:bCs/>
        </w:rPr>
        <w:t xml:space="preserve">of the impending storm.</w:t>
      </w:r>
      <w:r>
        <w:br/>
      </w:r>
      <w:r>
        <w:t xml:space="preserve">    (a) sign</w:t>
      </w:r>
      <w:r>
        <w:br/>
      </w:r>
      <w:r>
        <w:t xml:space="preserve">    (b) beginning</w:t>
      </w:r>
      <w:r>
        <w:br/>
      </w:r>
      <w:r>
        <w:t xml:space="preserve">    (c) darkness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remiss</w:t>
      </w:r>
      <w:r>
        <w:rPr>
          <w:b/>
          <w:bCs/>
        </w:rPr>
        <w:t xml:space="preserve"> </w:t>
      </w:r>
      <w:r>
        <w:rPr>
          <w:b/>
          <w:bCs/>
        </w:rPr>
        <w:t xml:space="preserve">of you not to pay your bills.</w:t>
      </w:r>
      <w:r>
        <w:br/>
      </w:r>
      <w:r>
        <w:t xml:space="preserve">    (a) the state or degree of agreeing or approving</w:t>
      </w:r>
      <w:r>
        <w:br/>
      </w:r>
      <w:r>
        <w:t xml:space="preserve">    (b) careless</w:t>
      </w:r>
      <w:r>
        <w:br/>
      </w:r>
      <w:r>
        <w:t xml:space="preserve">    (c) exceedingly important, serious, or dangerous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criticize</w:t>
      </w:r>
      <w:r>
        <w:br/>
      </w:r>
      <w:r>
        <w:t xml:space="preserve">    (b) instruct</w:t>
      </w:r>
      <w:r>
        <w:br/>
      </w:r>
      <w:r>
        <w:t xml:space="preserve">    (c) compliment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visited every art museum in New York City, and she still wasn't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satiated</w:t>
      </w:r>
      <w:r>
        <w:rPr>
          <w:b/>
          <w:bCs/>
        </w:rPr>
        <w:t xml:space="preserve">.</w:t>
      </w:r>
      <w:r>
        <w:br/>
      </w:r>
      <w:r>
        <w:t xml:space="preserve">    (a) satisfied</w:t>
      </w:r>
      <w:r>
        <w:br/>
      </w:r>
      <w:r>
        <w:t xml:space="preserve">    (b) knowledgeable</w:t>
      </w:r>
      <w:r>
        <w:br/>
      </w:r>
      <w:r>
        <w:t xml:space="preserve">    (c) tired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soothsayer</w:t>
      </w:r>
      <w:r>
        <w:rPr>
          <w:b/>
          <w:bCs/>
        </w:rPr>
        <w:t xml:space="preserve"> </w:t>
      </w:r>
      <w:r>
        <w:rPr>
          <w:b/>
          <w:bCs/>
        </w:rPr>
        <w:t xml:space="preserve">foresaw a severe drought.</w:t>
      </w:r>
      <w:r>
        <w:br/>
      </w:r>
      <w:r>
        <w:t xml:space="preserve">    (a) someone skilled in predicting weather patterns</w:t>
      </w:r>
      <w:r>
        <w:br/>
      </w:r>
      <w:r>
        <w:t xml:space="preserve">    (b) someone who analyzes statistic to predict the future</w:t>
      </w:r>
      <w:r>
        <w:br/>
      </w:r>
      <w:r>
        <w:t xml:space="preserve">    (c) Someone claiming magical ability to foresee the future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first chapter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whets</w:t>
      </w:r>
      <w:r>
        <w:rPr>
          <w:b/>
          <w:bCs/>
        </w:rPr>
        <w:t xml:space="preserve"> </w:t>
      </w:r>
      <w:r>
        <w:rPr>
          <w:b/>
          <w:bCs/>
        </w:rPr>
        <w:t xml:space="preserve">the reader's curiosity about the mystery.</w:t>
      </w:r>
      <w:r>
        <w:br/>
      </w:r>
      <w:r>
        <w:t xml:space="preserve">    (a) diminishes</w:t>
      </w:r>
      <w:r>
        <w:br/>
      </w:r>
      <w:r>
        <w:t xml:space="preserve">    (b) confuses</w:t>
      </w:r>
      <w:r>
        <w:br/>
      </w:r>
      <w:r>
        <w:t xml:space="preserve">    (c) stimulates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2026-07-31T15:29:57Z</dcterms:created>
  <dcterms:modified xsi:type="dcterms:W3CDTF">2026-07-31T15:29:57Z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