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5d140f23c6927f60d49b848b1cb4ae0bbf4fae"/>
    <w:p>
      <w:pPr>
        <w:pStyle w:val="Heading1"/>
      </w:pPr>
      <w:r>
        <w:rPr>
          <w:b/>
          <w:bCs/>
        </w:rPr>
        <w:t xml:space="preserve">The Iliad</w:t>
      </w:r>
      <w:r>
        <w:br/>
      </w:r>
      <w:r>
        <w:rPr>
          <w:i/>
          <w:iCs/>
        </w:rPr>
        <w:t xml:space="preserve">Homer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invention was bound to be inconclusive, for both figures were needed later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saga</w:t>
      </w:r>
      <w:r>
        <w:rPr>
          <w:b/>
          <w:bCs/>
        </w:rPr>
        <w:t xml:space="preserve">—Paris must kill Akhilleus, and Menelaos must take Helen home at last.</w:t>
      </w:r>
      <w:r>
        <w:br/>
      </w:r>
      <w:r>
        <w:t xml:space="preserve">    (a) act of hiring again</w:t>
      </w:r>
      <w:r>
        <w:br/>
      </w:r>
      <w:r>
        <w:t xml:space="preserve">    (b) long involved story</w:t>
      </w:r>
      <w:r>
        <w:br/>
      </w:r>
      <w:r>
        <w:t xml:space="preserve">    (c) wrong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simile</w:t>
      </w:r>
      <w:r>
        <w:rPr>
          <w:b/>
          <w:bCs/>
        </w:rPr>
        <w:t xml:space="preserve"> </w:t>
      </w:r>
      <w:r>
        <w:rPr>
          <w:b/>
          <w:bCs/>
        </w:rPr>
        <w:t xml:space="preserve">conveys the hero, named after a river on whose banks he was conceived, to another river.</w:t>
      </w:r>
      <w:r>
        <w:br/>
      </w:r>
      <w:r>
        <w:t xml:space="preserve">    (a) a word picture that clarifies meaning</w:t>
      </w:r>
      <w:r>
        <w:br/>
      </w:r>
      <w:r>
        <w:t xml:space="preserve">    (b) a pun or joke that plays on word meaning</w:t>
      </w:r>
      <w:r>
        <w:br/>
      </w:r>
      <w:r>
        <w:t xml:space="preserve">    (c) a figure of speech that highlights similarity between things of different kinds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the man of prayer whom Agamemnon treated with contempt: he kept his daughter,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spurned</w:t>
      </w:r>
      <w:r>
        <w:rPr>
          <w:b/>
          <w:bCs/>
        </w:rPr>
        <w:t xml:space="preserve"> </w:t>
      </w:r>
      <w:r>
        <w:rPr>
          <w:b/>
          <w:bCs/>
        </w:rPr>
        <w:t xml:space="preserve">his gifts: for that man's sake the Archer visited grief upon us and will again.</w:t>
      </w:r>
      <w:r>
        <w:br/>
      </w:r>
      <w:r>
        <w:t xml:space="preserve">    (a) not having gotten closer to</w:t>
      </w:r>
      <w:r>
        <w:br/>
      </w:r>
      <w:r>
        <w:t xml:space="preserve">    (b) rejected as not good enough</w:t>
      </w:r>
      <w:r>
        <w:br/>
      </w:r>
      <w:r>
        <w:t xml:space="preserve">    (c) not wanting to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fear of him the blissful gods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forbore</w:t>
      </w:r>
      <w:r>
        <w:rPr>
          <w:b/>
          <w:bCs/>
        </w:rPr>
        <w:t xml:space="preserve"> </w:t>
      </w:r>
      <w:r>
        <w:rPr>
          <w:b/>
          <w:bCs/>
        </w:rPr>
        <w:t xml:space="preserve">to manacle Zeus.</w:t>
      </w:r>
      <w:r>
        <w:br/>
      </w:r>
      <w:r>
        <w:t xml:space="preserve">    (a) refrained (held back)</w:t>
      </w:r>
      <w:r>
        <w:br/>
      </w:r>
      <w:r>
        <w:t xml:space="preserve">    (b) interacts, interests, or attracts</w:t>
      </w:r>
      <w:r>
        <w:br/>
      </w:r>
      <w:r>
        <w:t xml:space="preserve">    (c) because of a basic rule or 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Lend the Trojans power, until the Akhaians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recompense</w:t>
      </w:r>
      <w:r>
        <w:rPr>
          <w:b/>
          <w:bCs/>
        </w:rPr>
        <w:t xml:space="preserve"> </w:t>
      </w:r>
      <w:r>
        <w:rPr>
          <w:b/>
          <w:bCs/>
        </w:rPr>
        <w:t xml:space="preserve">my son and heap new honor upon him!</w:t>
      </w:r>
      <w:r>
        <w:br/>
      </w:r>
      <w:r>
        <w:t xml:space="preserve">    (a) examine in detail to better understand</w:t>
      </w:r>
      <w:r>
        <w:br/>
      </w:r>
      <w:r>
        <w:t xml:space="preserve">    (b) compensate for a loss; or pay a reward</w:t>
      </w:r>
      <w:r>
        <w:br/>
      </w:r>
      <w:r>
        <w:t xml:space="preserve">    (c) appropriate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this affront they blinded him,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bereft</w:t>
      </w:r>
      <w:r>
        <w:rPr>
          <w:b/>
          <w:bCs/>
        </w:rPr>
        <w:t xml:space="preserve"> </w:t>
      </w:r>
      <w:r>
        <w:rPr>
          <w:b/>
          <w:bCs/>
        </w:rPr>
        <w:t xml:space="preserve">him of his god-given song, and stilled his harping.</w:t>
      </w:r>
      <w:r>
        <w:br/>
      </w:r>
      <w:r>
        <w:t xml:space="preserve">    (a) not appropriate or not properly related in size, amount, or degree</w:t>
      </w:r>
      <w:r>
        <w:br/>
      </w:r>
      <w:r>
        <w:t xml:space="preserve">    (b) not having something, or greatly saddened by the loss of something</w:t>
      </w:r>
      <w:r>
        <w:br/>
      </w:r>
      <w:r>
        <w:t xml:space="preserve">    (c) in a manner that is not a careful, systematic, logical examination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hungry lion that falls on heavy game—an antlered deer or a wild goat—will rend and feast upon it even though hunters and their hounds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assail</w:t>
      </w:r>
      <w:r>
        <w:rPr>
          <w:b/>
          <w:bCs/>
        </w:rPr>
        <w:t xml:space="preserve"> </w:t>
      </w:r>
      <w:r>
        <w:rPr>
          <w:b/>
          <w:bCs/>
        </w:rPr>
        <w:t xml:space="preserve">him.</w:t>
      </w:r>
      <w:r>
        <w:br/>
      </w:r>
      <w:r>
        <w:t xml:space="preserve">    (a) to attack or cause trouble</w:t>
      </w:r>
      <w:r>
        <w:br/>
      </w:r>
      <w:r>
        <w:t xml:space="preserve">    (b) hire again or occupy again</w:t>
      </w:r>
      <w:r>
        <w:br/>
      </w:r>
      <w:r>
        <w:t xml:space="preserve">    (c) learn, discover, or decide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fiery she made his head and shoulders as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impelled</w:t>
      </w:r>
      <w:r>
        <w:rPr>
          <w:b/>
          <w:bCs/>
        </w:rPr>
        <w:t xml:space="preserve"> </w:t>
      </w:r>
      <w:r>
        <w:rPr>
          <w:b/>
          <w:bCs/>
        </w:rPr>
        <w:t xml:space="preserve">him to the center where the greatest number fought.</w:t>
      </w:r>
      <w:r>
        <w:br/>
      </w:r>
      <w:r>
        <w:t xml:space="preserve">    (a) to make someone feel they must do something</w:t>
      </w:r>
      <w:r>
        <w:br/>
      </w:r>
      <w:r>
        <w:t xml:space="preserve">    (b) made appropriate in size, amount, or degree</w:t>
      </w:r>
      <w:r>
        <w:br/>
      </w:r>
      <w:r>
        <w:t xml:space="preserve">    (c) concentrated, look at, or paid attention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Amid the Akhaians those two men named Aias, joining Diomedes and Odysseus, made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bastion</w:t>
      </w:r>
      <w:r>
        <w:rPr>
          <w:b/>
          <w:bCs/>
        </w:rPr>
        <w:t xml:space="preserve"> </w:t>
      </w:r>
      <w:r>
        <w:rPr>
          <w:b/>
          <w:bCs/>
        </w:rPr>
        <w:t xml:space="preserve">for Danaans.</w:t>
      </w:r>
      <w:r>
        <w:br/>
      </w:r>
      <w:r>
        <w:t xml:space="preserve">    (a) a strong defender or reliable example of something -- like a fortress or a person upholding a principle</w:t>
      </w:r>
      <w:r>
        <w:br/>
      </w:r>
      <w:r>
        <w:t xml:space="preserve">    (b) a living organism such as a bacterium, or virus that is so small, it can be seen only with a microscope</w:t>
      </w:r>
      <w:r>
        <w:br/>
      </w:r>
      <w:r>
        <w:t xml:space="preserve">    (c) someone who specializes in a branch of psychology concerned with the links between biology and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Before another woman's loom in Argos it may be you will pass, or at Messeis or Hypereie fountain, carrying water, against your will—iron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constraint</w:t>
      </w:r>
      <w:r>
        <w:rPr>
          <w:b/>
          <w:bCs/>
        </w:rPr>
        <w:t xml:space="preserve"> </w:t>
      </w:r>
      <w:r>
        <w:rPr>
          <w:b/>
          <w:bCs/>
        </w:rPr>
        <w:t xml:space="preserve">upon you.</w:t>
      </w:r>
      <w:r>
        <w:br/>
      </w:r>
      <w:r>
        <w:t xml:space="preserve">    (a) lacking experience or sophistication</w:t>
      </w:r>
      <w:r>
        <w:br/>
      </w:r>
      <w:r>
        <w:t xml:space="preserve">    (b) something that limits something else</w:t>
      </w:r>
      <w:r>
        <w:br/>
      </w:r>
      <w:r>
        <w:t xml:space="preserve">    (c) a Muslim religious teacher or leader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Think how a stallion fed on clover and barley,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mettlesome</w:t>
      </w:r>
      <w:r>
        <w:rPr>
          <w:b/>
          <w:bCs/>
        </w:rPr>
        <w:t xml:space="preserve">, thundering in a stall, may snap his picket rope and canter down a field to bathe as he would daily in the river— glorying in freedom!</w:t>
      </w:r>
      <w:r>
        <w:br/>
      </w:r>
      <w:r>
        <w:t xml:space="preserve">    (a) able to be taken on as one's own</w:t>
      </w:r>
      <w:r>
        <w:br/>
      </w:r>
      <w:r>
        <w:t xml:space="preserve">    (b) courage or strength of character</w:t>
      </w:r>
      <w:r>
        <w:br/>
      </w:r>
      <w:r>
        <w:t xml:space="preserve">    (c) not clear or easily identifiable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treasure, all that I once brought home from Argos, though, I offer willingly, and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increment</w:t>
      </w:r>
      <w:r>
        <w:rPr>
          <w:b/>
          <w:bCs/>
        </w:rPr>
        <w:t xml:space="preserve">.</w:t>
      </w:r>
      <w:r>
        <w:br/>
      </w:r>
      <w:r>
        <w:t xml:space="preserve">    (a) involvement in or the suggestion that someone was involved</w:t>
      </w:r>
      <w:r>
        <w:br/>
      </w:r>
      <w:r>
        <w:t xml:space="preserve">    (b) one of a series of increases; or the amount of an increase</w:t>
      </w:r>
      <w:r>
        <w:br/>
      </w:r>
      <w:r>
        <w:t xml:space="preserve">    (c) someone who fled their homeland; or related to such people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made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copious</w:t>
      </w:r>
      <w:r>
        <w:rPr>
          <w:b/>
          <w:bCs/>
        </w:rPr>
        <w:t xml:space="preserve"> </w:t>
      </w:r>
      <w:r>
        <w:rPr>
          <w:b/>
          <w:bCs/>
        </w:rPr>
        <w:t xml:space="preserve">feast, and all night long Akhaians with flowing hair feasted, while the Trojans and their allies likewise made a feast.</w:t>
      </w:r>
      <w:r>
        <w:br/>
      </w:r>
      <w:r>
        <w:t xml:space="preserve">    (a) able to accept as true (without proof)</w:t>
      </w:r>
      <w:r>
        <w:br/>
      </w:r>
      <w:r>
        <w:t xml:space="preserve">    (b) able to be protected or kept unchanged</w:t>
      </w:r>
      <w:r>
        <w:br/>
      </w:r>
      <w:r>
        <w:t xml:space="preserve">    (c) abundant (large in quantity or number)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Here before everyone I may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enumerate</w:t>
      </w:r>
      <w:r>
        <w:rPr>
          <w:b/>
          <w:bCs/>
        </w:rPr>
        <w:t xml:space="preserve"> </w:t>
      </w:r>
      <w:r>
        <w:rPr>
          <w:b/>
          <w:bCs/>
        </w:rPr>
        <w:t xml:space="preserve">the gifts I'll give.</w:t>
      </w:r>
      <w:r>
        <w:br/>
      </w:r>
      <w:r>
        <w:t xml:space="preserve">    (a) to name or list things one-by-one</w:t>
      </w:r>
      <w:r>
        <w:br/>
      </w:r>
      <w:r>
        <w:t xml:space="preserve">    (b) walk in an awkward, shuffling way</w:t>
      </w:r>
      <w:r>
        <w:br/>
      </w:r>
      <w:r>
        <w:t xml:space="preserve">    (c) make someone want to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broke the horsehair plume away, and down it fell,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resplendent</w:t>
      </w:r>
      <w:r>
        <w:rPr>
          <w:b/>
          <w:bCs/>
        </w:rPr>
        <w:t xml:space="preserve"> </w:t>
      </w:r>
      <w:r>
        <w:rPr>
          <w:b/>
          <w:bCs/>
        </w:rPr>
        <w:t xml:space="preserve">with fresh purple, in the dust.</w:t>
      </w:r>
      <w:r>
        <w:br/>
      </w:r>
      <w:r>
        <w:t xml:space="preserve">    (a) beautiful or splendid</w:t>
      </w:r>
      <w:r>
        <w:br/>
      </w:r>
      <w:r>
        <w:t xml:space="preserve">    (b) able to be translated</w:t>
      </w:r>
      <w:r>
        <w:br/>
      </w:r>
      <w:r>
        <w:t xml:space="preserve">    (c) exactness or accuracy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Hektor caught hold of the dead man's head and held, while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antagonist</w:t>
      </w:r>
      <w:r>
        <w:rPr>
          <w:b/>
          <w:bCs/>
        </w:rPr>
        <w:t xml:space="preserve"> </w:t>
      </w:r>
      <w:r>
        <w:rPr>
          <w:b/>
          <w:bCs/>
        </w:rPr>
        <w:t xml:space="preserve">clung to a single foot as Trojans and Danaans pressed the fight.</w:t>
      </w:r>
      <w:r>
        <w:br/>
      </w:r>
      <w:r>
        <w:t xml:space="preserve">    (a) someone who changes something (upon review)</w:t>
      </w:r>
      <w:r>
        <w:br/>
      </w:r>
      <w:r>
        <w:t xml:space="preserve">    (b) someone who takes something on as their own</w:t>
      </w:r>
      <w:r>
        <w:br/>
      </w:r>
      <w:r>
        <w:t xml:space="preserve">    (c) someone who offers opposition or is hostile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Automedon, peer in speed of the wargod, took the dead man's armor,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vaunting</w:t>
      </w:r>
      <w:r>
        <w:rPr>
          <w:b/>
          <w:bCs/>
        </w:rPr>
        <w:t xml:space="preserve"> </w:t>
      </w:r>
      <w:r>
        <w:rPr>
          <w:b/>
          <w:bCs/>
        </w:rPr>
        <w:t xml:space="preserve">cried: "By heaven now I've eased my heart somewhat of anguish for Patroklos, tearing out a man's guts; but no such man as he."</w:t>
      </w:r>
      <w:r>
        <w:br/>
      </w:r>
      <w:r>
        <w:t xml:space="preserve">    (a) finding, searching, or researching</w:t>
      </w:r>
      <w:r>
        <w:br/>
      </w:r>
      <w:r>
        <w:t xml:space="preserve">    (b) extravagantly praising or boasting</w:t>
      </w:r>
      <w:r>
        <w:br/>
      </w:r>
      <w:r>
        <w:t xml:space="preserve">    (c) taking up or receiving into heaven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Zeus gives men more excellence or less as he desires, being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omnipotent</w:t>
      </w:r>
      <w:r>
        <w:rPr>
          <w:b/>
          <w:bCs/>
        </w:rPr>
        <w:t xml:space="preserve">.</w:t>
      </w:r>
      <w:r>
        <w:br/>
      </w:r>
      <w:r>
        <w:t xml:space="preserve">    (a) not pleasing</w:t>
      </w:r>
      <w:r>
        <w:br/>
      </w:r>
      <w:r>
        <w:t xml:space="preserve">    (b) sticking out</w:t>
      </w:r>
      <w:r>
        <w:br/>
      </w:r>
      <w:r>
        <w:t xml:space="preserve">    (c) all powerful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the runner-up he offered a six-year-old unbroken mare, big with a mule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foal</w:t>
      </w:r>
      <w:r>
        <w:rPr>
          <w:b/>
          <w:bCs/>
        </w:rPr>
        <w:t xml:space="preserve">.</w:t>
      </w:r>
      <w:r>
        <w:br/>
      </w:r>
      <w:r>
        <w:t xml:space="preserve">    (a) give an opinion of what is wrong with something</w:t>
      </w:r>
      <w:r>
        <w:br/>
      </w:r>
      <w:r>
        <w:t xml:space="preserve">    (b) mark important text; or the text that is marked</w:t>
      </w:r>
      <w:r>
        <w:br/>
      </w:r>
      <w:r>
        <w:t xml:space="preserve">    (c) a young horse; or giving birth to a young horse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is no madman, no blind brute, nor one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flout</w:t>
      </w:r>
      <w:r>
        <w:rPr>
          <w:b/>
          <w:bCs/>
        </w:rPr>
        <w:t xml:space="preserve"> </w:t>
      </w:r>
      <w:r>
        <w:rPr>
          <w:b/>
          <w:bCs/>
        </w:rPr>
        <w:t xml:space="preserve">the gods, but dutiful toward men who beg his mercy.</w:t>
      </w:r>
      <w:r>
        <w:br/>
      </w:r>
      <w:r>
        <w:t xml:space="preserve">    (a) make more varied</w:t>
      </w:r>
      <w:r>
        <w:br/>
      </w:r>
      <w:r>
        <w:t xml:space="preserve">    (b) take on or adopt</w:t>
      </w:r>
      <w:r>
        <w:br/>
      </w:r>
      <w:r>
        <w:t xml:space="preserve">    (c) openly disregard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2026-07-31T17:01:19Z</dcterms:created>
  <dcterms:modified xsi:type="dcterms:W3CDTF">2026-07-31T17:01:19Z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